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7E26" w14:textId="7605E1FF" w:rsidR="00704882" w:rsidRPr="0022295D" w:rsidRDefault="00BE06EA" w:rsidP="00BE06EA">
      <w:pPr>
        <w:pStyle w:val="Heading1"/>
        <w:spacing w:before="0"/>
        <w:jc w:val="center"/>
        <w:rPr>
          <w:color w:val="000000" w:themeColor="text1"/>
          <w:sz w:val="20"/>
          <w:szCs w:val="20"/>
        </w:rPr>
      </w:pPr>
      <w:r w:rsidRPr="0022295D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CE726E1" wp14:editId="20CB2328">
            <wp:simplePos x="0" y="0"/>
            <wp:positionH relativeFrom="column">
              <wp:posOffset>-752475</wp:posOffset>
            </wp:positionH>
            <wp:positionV relativeFrom="paragraph">
              <wp:posOffset>-819150</wp:posOffset>
            </wp:positionV>
            <wp:extent cx="1190625" cy="1190625"/>
            <wp:effectExtent l="0" t="0" r="9525" b="9525"/>
            <wp:wrapNone/>
            <wp:docPr id="493357635" name="Picture 1" descr="Image shared by Ross T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shared by Ross Tel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A652" w14:textId="77777777" w:rsidR="0022295D" w:rsidRDefault="0022295D" w:rsidP="00085B9C">
      <w:pPr>
        <w:pStyle w:val="Heading3"/>
        <w:spacing w:before="0"/>
        <w:rPr>
          <w:sz w:val="28"/>
          <w:szCs w:val="28"/>
        </w:rPr>
      </w:pPr>
    </w:p>
    <w:p w14:paraId="6ED069F6" w14:textId="6BC29608" w:rsidR="00704882" w:rsidRPr="00085B9C" w:rsidRDefault="0082388E" w:rsidP="00085B9C">
      <w:pPr>
        <w:pStyle w:val="Heading3"/>
        <w:spacing w:before="0"/>
        <w:rPr>
          <w:sz w:val="28"/>
          <w:szCs w:val="28"/>
        </w:rPr>
      </w:pPr>
      <w:r w:rsidRPr="00085B9C">
        <w:rPr>
          <w:sz w:val="28"/>
          <w:szCs w:val="28"/>
        </w:rPr>
        <w:t>CHECK-IN</w:t>
      </w:r>
    </w:p>
    <w:p w14:paraId="57BCD323" w14:textId="77777777" w:rsidR="0022295D" w:rsidRPr="0022295D" w:rsidRDefault="0082388E" w:rsidP="0022295D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Friday: </w:t>
      </w:r>
      <w:r w:rsidR="00BE06EA" w:rsidRPr="0022295D">
        <w:rPr>
          <w:sz w:val="20"/>
          <w:szCs w:val="20"/>
        </w:rPr>
        <w:t>1</w:t>
      </w:r>
      <w:r w:rsidRPr="0022295D">
        <w:rPr>
          <w:sz w:val="20"/>
          <w:szCs w:val="20"/>
        </w:rPr>
        <w:t xml:space="preserve">2:00 PM – </w:t>
      </w:r>
      <w:r w:rsidR="00085B9C" w:rsidRPr="0022295D">
        <w:rPr>
          <w:sz w:val="20"/>
          <w:szCs w:val="20"/>
        </w:rPr>
        <w:t>4</w:t>
      </w:r>
      <w:r w:rsidRPr="0022295D">
        <w:rPr>
          <w:sz w:val="20"/>
          <w:szCs w:val="20"/>
        </w:rPr>
        <w:t>:</w:t>
      </w:r>
      <w:r w:rsidR="00085B9C" w:rsidRPr="0022295D">
        <w:rPr>
          <w:sz w:val="20"/>
          <w:szCs w:val="20"/>
        </w:rPr>
        <w:t>0</w:t>
      </w:r>
      <w:r w:rsidRPr="0022295D">
        <w:rPr>
          <w:sz w:val="20"/>
          <w:szCs w:val="20"/>
        </w:rPr>
        <w:t>0 PM</w:t>
      </w:r>
    </w:p>
    <w:p w14:paraId="33FE93DF" w14:textId="6B593115" w:rsidR="00704882" w:rsidRPr="0022295D" w:rsidRDefault="0082388E" w:rsidP="0022295D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Chief Cook’s Meeting: Friday at 5:00 PM at the Judge’s Trailer</w:t>
      </w:r>
    </w:p>
    <w:p w14:paraId="69AE98BC" w14:textId="77777777" w:rsidR="0022295D" w:rsidRDefault="0022295D" w:rsidP="0022295D">
      <w:pPr>
        <w:spacing w:after="0"/>
      </w:pPr>
    </w:p>
    <w:p w14:paraId="487B94EC" w14:textId="7C74D86E" w:rsidR="00704882" w:rsidRPr="00085B9C" w:rsidRDefault="0082388E" w:rsidP="00085B9C">
      <w:pPr>
        <w:pStyle w:val="Heading3"/>
        <w:spacing w:before="0"/>
        <w:rPr>
          <w:sz w:val="28"/>
          <w:szCs w:val="28"/>
        </w:rPr>
      </w:pPr>
      <w:r w:rsidRPr="00085B9C">
        <w:rPr>
          <w:sz w:val="28"/>
          <w:szCs w:val="28"/>
        </w:rPr>
        <w:t>CATEGORIES &amp; TURN-IN TIMES</w:t>
      </w:r>
    </w:p>
    <w:p w14:paraId="480D0371" w14:textId="77777777" w:rsidR="00704882" w:rsidRDefault="0082388E" w:rsidP="00085B9C">
      <w:pPr>
        <w:pStyle w:val="Heading4"/>
        <w:spacing w:before="0"/>
      </w:pPr>
      <w:r>
        <w:t>FRIDAY</w:t>
      </w:r>
    </w:p>
    <w:p w14:paraId="3649DA7F" w14:textId="0B4CA74C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Margaritas – 5:00 PM (judged during Captain’s Meeting; winner announced immediately)</w:t>
      </w:r>
    </w:p>
    <w:p w14:paraId="4A5008D0" w14:textId="2C108BED" w:rsidR="00704882" w:rsidRPr="0022295D" w:rsidRDefault="00085B9C" w:rsidP="00085B9C">
      <w:pPr>
        <w:spacing w:after="0"/>
        <w:rPr>
          <w:i/>
          <w:iCs/>
          <w:sz w:val="20"/>
          <w:szCs w:val="20"/>
        </w:rPr>
      </w:pPr>
      <w:r w:rsidRPr="0022295D">
        <w:rPr>
          <w:sz w:val="20"/>
          <w:szCs w:val="20"/>
        </w:rPr>
        <w:t xml:space="preserve">  *</w:t>
      </w:r>
      <w:r w:rsidR="0082388E" w:rsidRPr="0022295D">
        <w:rPr>
          <w:i/>
          <w:iCs/>
          <w:sz w:val="20"/>
          <w:szCs w:val="20"/>
        </w:rPr>
        <w:t>E</w:t>
      </w:r>
      <w:r w:rsidR="0082388E" w:rsidRPr="0022295D">
        <w:rPr>
          <w:i/>
          <w:iCs/>
          <w:sz w:val="20"/>
          <w:szCs w:val="20"/>
        </w:rPr>
        <w:t>ach team must provide one judge</w:t>
      </w:r>
      <w:r w:rsidRPr="0022295D">
        <w:rPr>
          <w:i/>
          <w:iCs/>
          <w:sz w:val="20"/>
          <w:szCs w:val="20"/>
        </w:rPr>
        <w:t xml:space="preserve"> for margarita judging</w:t>
      </w:r>
    </w:p>
    <w:p w14:paraId="7B6EE2C2" w14:textId="7B8AB8CC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Sausage – 6:00 PM</w:t>
      </w:r>
    </w:p>
    <w:p w14:paraId="67FE2C74" w14:textId="2087B871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BBQ Sauce – 6:00 PM</w:t>
      </w:r>
    </w:p>
    <w:p w14:paraId="1CFC4146" w14:textId="10F84977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Open</w:t>
      </w:r>
      <w:r w:rsidR="00007664" w:rsidRPr="0022295D">
        <w:rPr>
          <w:sz w:val="20"/>
          <w:szCs w:val="20"/>
        </w:rPr>
        <w:t xml:space="preserve"> (Anything you want to </w:t>
      </w:r>
      <w:proofErr w:type="gramStart"/>
      <w:r w:rsidR="00007664" w:rsidRPr="0022295D">
        <w:rPr>
          <w:sz w:val="20"/>
          <w:szCs w:val="20"/>
        </w:rPr>
        <w:t>cook)</w:t>
      </w:r>
      <w:r w:rsidR="0082388E" w:rsidRPr="0022295D">
        <w:rPr>
          <w:sz w:val="20"/>
          <w:szCs w:val="20"/>
        </w:rPr>
        <w:t xml:space="preserve"> </w:t>
      </w:r>
      <w:r w:rsidR="0082388E" w:rsidRPr="0022295D">
        <w:rPr>
          <w:sz w:val="20"/>
          <w:szCs w:val="20"/>
        </w:rPr>
        <w:t xml:space="preserve"> –</w:t>
      </w:r>
      <w:proofErr w:type="gramEnd"/>
      <w:r w:rsidR="0082388E" w:rsidRPr="0022295D">
        <w:rPr>
          <w:sz w:val="20"/>
          <w:szCs w:val="20"/>
        </w:rPr>
        <w:t xml:space="preserve"> 7:00 PM</w:t>
      </w:r>
    </w:p>
    <w:p w14:paraId="7C271D5F" w14:textId="77777777" w:rsidR="00085B9C" w:rsidRPr="0022295D" w:rsidRDefault="00085B9C" w:rsidP="00085B9C">
      <w:pPr>
        <w:spacing w:after="0"/>
        <w:rPr>
          <w:sz w:val="20"/>
          <w:szCs w:val="20"/>
        </w:rPr>
      </w:pPr>
    </w:p>
    <w:p w14:paraId="1460D9D2" w14:textId="77777777" w:rsidR="00704882" w:rsidRDefault="0082388E" w:rsidP="00085B9C">
      <w:pPr>
        <w:pStyle w:val="Heading4"/>
        <w:spacing w:before="0"/>
      </w:pPr>
      <w:r>
        <w:t>SATURDAY</w:t>
      </w:r>
    </w:p>
    <w:p w14:paraId="62911A63" w14:textId="69CDE14D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Chicken – 1:00 PM</w:t>
      </w:r>
    </w:p>
    <w:p w14:paraId="73AE44A5" w14:textId="054E1CC7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Beans – 2:00 PM</w:t>
      </w:r>
    </w:p>
    <w:p w14:paraId="7F8C515E" w14:textId="45DA0D0F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Pork Ribs (no baby backs) – 3:00 PM</w:t>
      </w:r>
    </w:p>
    <w:p w14:paraId="451A84D9" w14:textId="4D8AC22C" w:rsidR="00704882" w:rsidRPr="0022295D" w:rsidRDefault="00085B9C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="0082388E" w:rsidRPr="0022295D">
        <w:rPr>
          <w:sz w:val="20"/>
          <w:szCs w:val="20"/>
        </w:rPr>
        <w:t>Brisket – 5:00 PM</w:t>
      </w:r>
    </w:p>
    <w:p w14:paraId="6E74C415" w14:textId="11264E36" w:rsidR="00085B9C" w:rsidRDefault="00085B9C" w:rsidP="00085B9C">
      <w:pPr>
        <w:spacing w:after="0"/>
      </w:pPr>
    </w:p>
    <w:p w14:paraId="256762DC" w14:textId="77777777" w:rsidR="00704882" w:rsidRDefault="0082388E" w:rsidP="00085B9C">
      <w:pPr>
        <w:pStyle w:val="Heading3"/>
        <w:spacing w:before="0"/>
      </w:pPr>
      <w:r>
        <w:t>SHOWMANSHIP</w:t>
      </w:r>
    </w:p>
    <w:p w14:paraId="0A48463A" w14:textId="77777777" w:rsidR="00704882" w:rsidRPr="0022295D" w:rsidRDefault="0082388E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Free to enter (must register at check-in).</w:t>
      </w:r>
    </w:p>
    <w:p w14:paraId="11BACA4F" w14:textId="77777777" w:rsidR="00704882" w:rsidRDefault="0082388E" w:rsidP="00085B9C">
      <w:pPr>
        <w:spacing w:after="0"/>
      </w:pPr>
      <w:r w:rsidRPr="0022295D">
        <w:rPr>
          <w:sz w:val="20"/>
          <w:szCs w:val="20"/>
        </w:rPr>
        <w:t>Judging will take place Saturday between 12:00 PM – 5:00 PM.</w:t>
      </w:r>
    </w:p>
    <w:p w14:paraId="7CEE70FB" w14:textId="77777777" w:rsidR="00085B9C" w:rsidRDefault="00085B9C" w:rsidP="00085B9C">
      <w:pPr>
        <w:spacing w:after="0"/>
      </w:pPr>
    </w:p>
    <w:p w14:paraId="45EFE4C2" w14:textId="77777777" w:rsidR="00704882" w:rsidRDefault="0082388E" w:rsidP="00085B9C">
      <w:pPr>
        <w:pStyle w:val="Heading3"/>
        <w:spacing w:before="0"/>
      </w:pPr>
      <w:r>
        <w:t>ENTRY FEES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85B9C" w14:paraId="7AA3E707" w14:textId="77777777" w:rsidTr="00085B9C">
        <w:tc>
          <w:tcPr>
            <w:tcW w:w="2952" w:type="dxa"/>
          </w:tcPr>
          <w:p w14:paraId="60FA0E52" w14:textId="2267B565" w:rsidR="00085B9C" w:rsidRPr="00085B9C" w:rsidRDefault="00085B9C" w:rsidP="00085B9C">
            <w:pPr>
              <w:jc w:val="center"/>
              <w:rPr>
                <w:b/>
                <w:bCs/>
              </w:rPr>
            </w:pPr>
            <w:r w:rsidRPr="00085B9C">
              <w:rPr>
                <w:b/>
                <w:bCs/>
              </w:rPr>
              <w:t>Categories</w:t>
            </w:r>
          </w:p>
        </w:tc>
        <w:tc>
          <w:tcPr>
            <w:tcW w:w="2952" w:type="dxa"/>
          </w:tcPr>
          <w:p w14:paraId="740439DA" w14:textId="593938B7" w:rsidR="00085B9C" w:rsidRPr="00085B9C" w:rsidRDefault="00085B9C" w:rsidP="00085B9C">
            <w:pPr>
              <w:jc w:val="center"/>
              <w:rPr>
                <w:b/>
                <w:bCs/>
              </w:rPr>
            </w:pPr>
            <w:r w:rsidRPr="00085B9C">
              <w:rPr>
                <w:b/>
                <w:bCs/>
              </w:rPr>
              <w:t>Pre-Registration Price</w:t>
            </w:r>
          </w:p>
        </w:tc>
        <w:tc>
          <w:tcPr>
            <w:tcW w:w="2952" w:type="dxa"/>
          </w:tcPr>
          <w:p w14:paraId="612C46C5" w14:textId="06CAD3FA" w:rsidR="00085B9C" w:rsidRPr="00085B9C" w:rsidRDefault="00085B9C" w:rsidP="00085B9C">
            <w:pPr>
              <w:jc w:val="center"/>
              <w:rPr>
                <w:b/>
                <w:bCs/>
              </w:rPr>
            </w:pPr>
            <w:r w:rsidRPr="00085B9C">
              <w:rPr>
                <w:b/>
                <w:bCs/>
              </w:rPr>
              <w:t>Late Registration Price</w:t>
            </w:r>
          </w:p>
        </w:tc>
      </w:tr>
      <w:tr w:rsidR="00085B9C" w14:paraId="239670AC" w14:textId="77777777" w:rsidTr="00085B9C">
        <w:tc>
          <w:tcPr>
            <w:tcW w:w="2952" w:type="dxa"/>
          </w:tcPr>
          <w:p w14:paraId="7CE2F438" w14:textId="041A0533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Chicken</w:t>
            </w:r>
          </w:p>
        </w:tc>
        <w:tc>
          <w:tcPr>
            <w:tcW w:w="2952" w:type="dxa"/>
          </w:tcPr>
          <w:p w14:paraId="29C01223" w14:textId="10156965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$50</w:t>
            </w:r>
          </w:p>
        </w:tc>
        <w:tc>
          <w:tcPr>
            <w:tcW w:w="2952" w:type="dxa"/>
          </w:tcPr>
          <w:p w14:paraId="4884A40D" w14:textId="48268E86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$60</w:t>
            </w:r>
          </w:p>
        </w:tc>
      </w:tr>
      <w:tr w:rsidR="00085B9C" w14:paraId="1A07F499" w14:textId="77777777" w:rsidTr="00085B9C">
        <w:tc>
          <w:tcPr>
            <w:tcW w:w="2952" w:type="dxa"/>
          </w:tcPr>
          <w:p w14:paraId="5D6D4A2E" w14:textId="0FD7BC8E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Pork Ribs</w:t>
            </w:r>
          </w:p>
        </w:tc>
        <w:tc>
          <w:tcPr>
            <w:tcW w:w="2952" w:type="dxa"/>
          </w:tcPr>
          <w:p w14:paraId="44C39C6E" w14:textId="3A022D03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$50</w:t>
            </w:r>
          </w:p>
        </w:tc>
        <w:tc>
          <w:tcPr>
            <w:tcW w:w="2952" w:type="dxa"/>
          </w:tcPr>
          <w:p w14:paraId="1F54FA02" w14:textId="35959666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$60</w:t>
            </w:r>
          </w:p>
        </w:tc>
      </w:tr>
      <w:tr w:rsidR="00085B9C" w14:paraId="292BFD86" w14:textId="77777777" w:rsidTr="00085B9C">
        <w:tc>
          <w:tcPr>
            <w:tcW w:w="2952" w:type="dxa"/>
          </w:tcPr>
          <w:p w14:paraId="3E3F4B34" w14:textId="28CFD00C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Sausage</w:t>
            </w:r>
          </w:p>
        </w:tc>
        <w:tc>
          <w:tcPr>
            <w:tcW w:w="2952" w:type="dxa"/>
          </w:tcPr>
          <w:p w14:paraId="1D34D785" w14:textId="264F0FED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$50</w:t>
            </w:r>
          </w:p>
        </w:tc>
        <w:tc>
          <w:tcPr>
            <w:tcW w:w="2952" w:type="dxa"/>
          </w:tcPr>
          <w:p w14:paraId="0F3CC3B0" w14:textId="39D4C257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$60</w:t>
            </w:r>
          </w:p>
        </w:tc>
      </w:tr>
      <w:tr w:rsidR="00085B9C" w14:paraId="74F5DC54" w14:textId="77777777" w:rsidTr="00085B9C">
        <w:tc>
          <w:tcPr>
            <w:tcW w:w="2952" w:type="dxa"/>
          </w:tcPr>
          <w:p w14:paraId="17A9B534" w14:textId="51FE1C12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Brisket</w:t>
            </w:r>
          </w:p>
        </w:tc>
        <w:tc>
          <w:tcPr>
            <w:tcW w:w="2952" w:type="dxa"/>
          </w:tcPr>
          <w:p w14:paraId="64995638" w14:textId="2FF465EC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$50</w:t>
            </w:r>
          </w:p>
        </w:tc>
        <w:tc>
          <w:tcPr>
            <w:tcW w:w="2952" w:type="dxa"/>
          </w:tcPr>
          <w:p w14:paraId="698D8360" w14:textId="7A9BB1AF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$60</w:t>
            </w:r>
          </w:p>
        </w:tc>
      </w:tr>
      <w:tr w:rsidR="00085B9C" w14:paraId="681BF16C" w14:textId="77777777" w:rsidTr="00085B9C">
        <w:tc>
          <w:tcPr>
            <w:tcW w:w="2952" w:type="dxa"/>
          </w:tcPr>
          <w:p w14:paraId="17127648" w14:textId="2E9DB53E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BBQ Sauce</w:t>
            </w:r>
          </w:p>
        </w:tc>
        <w:tc>
          <w:tcPr>
            <w:tcW w:w="2952" w:type="dxa"/>
          </w:tcPr>
          <w:p w14:paraId="3A50740F" w14:textId="26AB99DB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$15</w:t>
            </w:r>
          </w:p>
        </w:tc>
        <w:tc>
          <w:tcPr>
            <w:tcW w:w="2952" w:type="dxa"/>
          </w:tcPr>
          <w:p w14:paraId="3B813D5D" w14:textId="275CA07E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$20</w:t>
            </w:r>
          </w:p>
        </w:tc>
      </w:tr>
      <w:tr w:rsidR="00085B9C" w14:paraId="63DA90A4" w14:textId="77777777" w:rsidTr="00085B9C">
        <w:tc>
          <w:tcPr>
            <w:tcW w:w="2952" w:type="dxa"/>
          </w:tcPr>
          <w:p w14:paraId="706CA306" w14:textId="647E0983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Beans</w:t>
            </w:r>
          </w:p>
        </w:tc>
        <w:tc>
          <w:tcPr>
            <w:tcW w:w="2952" w:type="dxa"/>
          </w:tcPr>
          <w:p w14:paraId="12B6FF44" w14:textId="19193426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$30</w:t>
            </w:r>
          </w:p>
        </w:tc>
        <w:tc>
          <w:tcPr>
            <w:tcW w:w="2952" w:type="dxa"/>
          </w:tcPr>
          <w:p w14:paraId="116B7E57" w14:textId="752D0561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$35</w:t>
            </w:r>
          </w:p>
        </w:tc>
      </w:tr>
      <w:tr w:rsidR="00085B9C" w14:paraId="59B6DE94" w14:textId="77777777" w:rsidTr="00085B9C">
        <w:tc>
          <w:tcPr>
            <w:tcW w:w="2952" w:type="dxa"/>
          </w:tcPr>
          <w:p w14:paraId="26B35FFB" w14:textId="2A0B352D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Open</w:t>
            </w:r>
          </w:p>
        </w:tc>
        <w:tc>
          <w:tcPr>
            <w:tcW w:w="2952" w:type="dxa"/>
          </w:tcPr>
          <w:p w14:paraId="4A75EBA3" w14:textId="4BF6A192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$30</w:t>
            </w:r>
          </w:p>
        </w:tc>
        <w:tc>
          <w:tcPr>
            <w:tcW w:w="2952" w:type="dxa"/>
          </w:tcPr>
          <w:p w14:paraId="28DDA2AF" w14:textId="748CA6FF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$35</w:t>
            </w:r>
          </w:p>
        </w:tc>
      </w:tr>
      <w:tr w:rsidR="00085B9C" w14:paraId="1808FCDB" w14:textId="77777777" w:rsidTr="00085B9C">
        <w:tc>
          <w:tcPr>
            <w:tcW w:w="2952" w:type="dxa"/>
          </w:tcPr>
          <w:p w14:paraId="3A67C81E" w14:textId="3D42C207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Margaritas</w:t>
            </w:r>
          </w:p>
        </w:tc>
        <w:tc>
          <w:tcPr>
            <w:tcW w:w="2952" w:type="dxa"/>
          </w:tcPr>
          <w:p w14:paraId="3A750B4E" w14:textId="3E95A0A5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$25</w:t>
            </w:r>
          </w:p>
        </w:tc>
        <w:tc>
          <w:tcPr>
            <w:tcW w:w="2952" w:type="dxa"/>
          </w:tcPr>
          <w:p w14:paraId="373F7219" w14:textId="1A9F47FF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$30</w:t>
            </w:r>
          </w:p>
        </w:tc>
      </w:tr>
      <w:tr w:rsidR="00085B9C" w14:paraId="4CBDE821" w14:textId="77777777" w:rsidTr="00085B9C">
        <w:tc>
          <w:tcPr>
            <w:tcW w:w="2952" w:type="dxa"/>
          </w:tcPr>
          <w:p w14:paraId="2AFE0040" w14:textId="55BE6B59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 xml:space="preserve">Enter All </w:t>
            </w:r>
            <w:r w:rsidR="00BE06EA" w:rsidRPr="0022295D">
              <w:rPr>
                <w:sz w:val="20"/>
                <w:szCs w:val="20"/>
              </w:rPr>
              <w:t>Categories</w:t>
            </w:r>
          </w:p>
        </w:tc>
        <w:tc>
          <w:tcPr>
            <w:tcW w:w="2952" w:type="dxa"/>
          </w:tcPr>
          <w:p w14:paraId="6D5C5237" w14:textId="3DF753FB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$285</w:t>
            </w:r>
          </w:p>
        </w:tc>
        <w:tc>
          <w:tcPr>
            <w:tcW w:w="2952" w:type="dxa"/>
          </w:tcPr>
          <w:p w14:paraId="09CB0650" w14:textId="543B7859" w:rsidR="00085B9C" w:rsidRPr="0022295D" w:rsidRDefault="00085B9C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$</w:t>
            </w:r>
            <w:r w:rsidR="00BE06EA" w:rsidRPr="0022295D">
              <w:rPr>
                <w:sz w:val="20"/>
                <w:szCs w:val="20"/>
              </w:rPr>
              <w:t>345</w:t>
            </w:r>
          </w:p>
        </w:tc>
      </w:tr>
      <w:tr w:rsidR="00BE06EA" w14:paraId="7C083016" w14:textId="77777777" w:rsidTr="00085B9C">
        <w:tc>
          <w:tcPr>
            <w:tcW w:w="2952" w:type="dxa"/>
          </w:tcPr>
          <w:p w14:paraId="6D12BEC8" w14:textId="642472FD" w:rsidR="00BE06EA" w:rsidRPr="0022295D" w:rsidRDefault="00BE06EA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Showmanship</w:t>
            </w:r>
          </w:p>
        </w:tc>
        <w:tc>
          <w:tcPr>
            <w:tcW w:w="2952" w:type="dxa"/>
          </w:tcPr>
          <w:p w14:paraId="032DE04B" w14:textId="22EEF97F" w:rsidR="00BE06EA" w:rsidRPr="0022295D" w:rsidRDefault="00BE06EA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Free</w:t>
            </w:r>
          </w:p>
        </w:tc>
        <w:tc>
          <w:tcPr>
            <w:tcW w:w="2952" w:type="dxa"/>
          </w:tcPr>
          <w:p w14:paraId="12024470" w14:textId="1835F0A0" w:rsidR="00BE06EA" w:rsidRPr="0022295D" w:rsidRDefault="00BE06EA" w:rsidP="00085B9C">
            <w:pPr>
              <w:jc w:val="center"/>
              <w:rPr>
                <w:sz w:val="20"/>
                <w:szCs w:val="20"/>
              </w:rPr>
            </w:pPr>
            <w:r w:rsidRPr="0022295D">
              <w:rPr>
                <w:sz w:val="20"/>
                <w:szCs w:val="20"/>
              </w:rPr>
              <w:t>Free</w:t>
            </w:r>
          </w:p>
        </w:tc>
      </w:tr>
    </w:tbl>
    <w:p w14:paraId="29B7DB4A" w14:textId="77777777" w:rsidR="00704882" w:rsidRPr="00BE06EA" w:rsidRDefault="0082388E" w:rsidP="00BE06EA">
      <w:pPr>
        <w:spacing w:after="0"/>
        <w:jc w:val="center"/>
        <w:rPr>
          <w:i/>
          <w:iCs/>
        </w:rPr>
      </w:pPr>
      <w:r w:rsidRPr="00BE06EA">
        <w:rPr>
          <w:i/>
          <w:iCs/>
        </w:rPr>
        <w:t>Pre-register at: www.weimarchamber.com</w:t>
      </w:r>
    </w:p>
    <w:p w14:paraId="0D646D25" w14:textId="77777777" w:rsidR="00704882" w:rsidRDefault="0082388E" w:rsidP="00085B9C">
      <w:pPr>
        <w:pStyle w:val="Heading3"/>
        <w:spacing w:before="0"/>
      </w:pPr>
      <w:r>
        <w:t>PAYOUTS &amp; AWARDS</w:t>
      </w:r>
    </w:p>
    <w:p w14:paraId="27A9B0D7" w14:textId="2C0DE5BE" w:rsidR="0022295D" w:rsidRPr="0022295D" w:rsidRDefault="0022295D" w:rsidP="0022295D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Winners will be announced on Saturday around 7pm on the Main Stage at the Pavilion.</w:t>
      </w:r>
    </w:p>
    <w:p w14:paraId="60BBCDF3" w14:textId="11C758E3" w:rsidR="00704882" w:rsidRPr="0022295D" w:rsidRDefault="0082388E" w:rsidP="0022295D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• 80% of entry fees paid out</w:t>
      </w:r>
      <w:r w:rsidR="0022295D" w:rsidRPr="0022295D">
        <w:rPr>
          <w:sz w:val="20"/>
          <w:szCs w:val="20"/>
        </w:rPr>
        <w:t>.</w:t>
      </w:r>
    </w:p>
    <w:p w14:paraId="1FD8D53F" w14:textId="7F2D652D" w:rsidR="00704882" w:rsidRPr="0022295D" w:rsidRDefault="0082388E" w:rsidP="0022295D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proofErr w:type="gramStart"/>
      <w:r w:rsidRPr="0022295D">
        <w:rPr>
          <w:sz w:val="20"/>
          <w:szCs w:val="20"/>
        </w:rPr>
        <w:t>Overall</w:t>
      </w:r>
      <w:proofErr w:type="gramEnd"/>
      <w:r w:rsidRPr="0022295D">
        <w:rPr>
          <w:sz w:val="20"/>
          <w:szCs w:val="20"/>
        </w:rPr>
        <w:t xml:space="preserve"> Champion receives a</w:t>
      </w:r>
      <w:r w:rsidR="0022295D" w:rsidRPr="0022295D">
        <w:rPr>
          <w:sz w:val="20"/>
          <w:szCs w:val="20"/>
        </w:rPr>
        <w:t xml:space="preserve"> Trophy &amp; Prizes</w:t>
      </w:r>
      <w:r w:rsidRPr="0022295D">
        <w:rPr>
          <w:sz w:val="20"/>
          <w:szCs w:val="20"/>
        </w:rPr>
        <w:t>.</w:t>
      </w:r>
    </w:p>
    <w:p w14:paraId="5C798FED" w14:textId="77777777" w:rsidR="00704882" w:rsidRPr="0022295D" w:rsidRDefault="0082388E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• Places paid based on number of entries in each category.</w:t>
      </w:r>
    </w:p>
    <w:p w14:paraId="488ED20D" w14:textId="29249258" w:rsidR="0022295D" w:rsidRPr="0022295D" w:rsidRDefault="0022295D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• </w:t>
      </w:r>
      <w:r w:rsidRPr="0022295D">
        <w:rPr>
          <w:sz w:val="20"/>
          <w:szCs w:val="20"/>
        </w:rPr>
        <w:t xml:space="preserve">Top 5 Showmanship teams will receive prizes or trophies. </w:t>
      </w:r>
    </w:p>
    <w:p w14:paraId="13DBB54A" w14:textId="77777777" w:rsidR="00BE06EA" w:rsidRDefault="00BE06EA" w:rsidP="00085B9C">
      <w:pPr>
        <w:spacing w:after="0"/>
      </w:pPr>
    </w:p>
    <w:p w14:paraId="3E936039" w14:textId="77777777" w:rsidR="00704882" w:rsidRDefault="0082388E" w:rsidP="00085B9C">
      <w:pPr>
        <w:pStyle w:val="Heading3"/>
        <w:spacing w:before="0"/>
      </w:pPr>
      <w:r>
        <w:lastRenderedPageBreak/>
        <w:t>GENERAL COOK-OFF RULES</w:t>
      </w:r>
    </w:p>
    <w:p w14:paraId="36DF3E7A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All meat entries must be cooked on site.</w:t>
      </w:r>
    </w:p>
    <w:p w14:paraId="2D6CAB02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Meats will be inspected prior to seasoning and cooking.</w:t>
      </w:r>
    </w:p>
    <w:p w14:paraId="3CE939A7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All meat categories must be cooked with wood or wood products.</w:t>
      </w:r>
    </w:p>
    <w:p w14:paraId="2AE83A7F" w14:textId="7282A2AF" w:rsidR="00BE06EA" w:rsidRPr="0022295D" w:rsidRDefault="00BE06EA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All categories will be provided with turn-in containers.</w:t>
      </w:r>
    </w:p>
    <w:p w14:paraId="1FCB741C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Fires must be in fireboxes (not on the ground).</w:t>
      </w:r>
    </w:p>
    <w:p w14:paraId="5B320F31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Maximum of three teams per pit.</w:t>
      </w:r>
    </w:p>
    <w:p w14:paraId="2A7DAD68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Cooking areas must be kept clean and sanitary.</w:t>
      </w:r>
    </w:p>
    <w:p w14:paraId="32724A1F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Beans may not contain anything larger than a bean.</w:t>
      </w:r>
    </w:p>
    <w:p w14:paraId="65924AD8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Open category must be cooked on the pit.</w:t>
      </w:r>
    </w:p>
    <w:p w14:paraId="384E3A87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Generators are permitted.</w:t>
      </w:r>
    </w:p>
    <w:p w14:paraId="2C2822C3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Assigned spaces are for </w:t>
      </w:r>
      <w:proofErr w:type="gramStart"/>
      <w:r w:rsidRPr="0022295D">
        <w:rPr>
          <w:sz w:val="20"/>
          <w:szCs w:val="20"/>
        </w:rPr>
        <w:t>cook</w:t>
      </w:r>
      <w:proofErr w:type="gramEnd"/>
      <w:r w:rsidRPr="0022295D">
        <w:rPr>
          <w:sz w:val="20"/>
          <w:szCs w:val="20"/>
        </w:rPr>
        <w:t xml:space="preserve"> teams only.</w:t>
      </w:r>
    </w:p>
    <w:p w14:paraId="1ACA64E4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No stakes or rods driven into paved areas.</w:t>
      </w:r>
    </w:p>
    <w:p w14:paraId="618D2E55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Music must be kept at a reasonable level.</w:t>
      </w:r>
    </w:p>
    <w:p w14:paraId="003752DE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Teams must clean their area before leaving.</w:t>
      </w:r>
    </w:p>
    <w:p w14:paraId="6572B5E9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Decisions of judges and officials are final.</w:t>
      </w:r>
    </w:p>
    <w:p w14:paraId="7CB98C60" w14:textId="77777777" w:rsidR="00704882" w:rsidRPr="0022295D" w:rsidRDefault="0082388E" w:rsidP="00085B9C">
      <w:pPr>
        <w:pStyle w:val="ListNumber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Officials reserve the right to make additional rules as needed.</w:t>
      </w:r>
    </w:p>
    <w:p w14:paraId="488C6AF6" w14:textId="0E0CB976" w:rsidR="0022295D" w:rsidRPr="0022295D" w:rsidRDefault="0022295D" w:rsidP="0022295D">
      <w:pPr>
        <w:pStyle w:val="ListNumber"/>
        <w:rPr>
          <w:sz w:val="20"/>
          <w:szCs w:val="20"/>
        </w:rPr>
      </w:pPr>
      <w:r w:rsidRPr="0022295D">
        <w:rPr>
          <w:sz w:val="20"/>
          <w:szCs w:val="20"/>
        </w:rPr>
        <w:t>All vehicles must be moved from the cooking area by 4:30 PM, unless approval has been given.</w:t>
      </w:r>
    </w:p>
    <w:p w14:paraId="7EA4145E" w14:textId="77777777" w:rsidR="00007664" w:rsidRDefault="00007664" w:rsidP="00007664">
      <w:pPr>
        <w:pStyle w:val="ListNumber"/>
        <w:numPr>
          <w:ilvl w:val="0"/>
          <w:numId w:val="0"/>
        </w:numPr>
        <w:spacing w:after="0"/>
        <w:ind w:left="360" w:hanging="360"/>
      </w:pPr>
    </w:p>
    <w:p w14:paraId="295CCDD3" w14:textId="29E4C0D5" w:rsidR="00007664" w:rsidRDefault="00007664" w:rsidP="00007664">
      <w:pPr>
        <w:pStyle w:val="Heading3"/>
        <w:spacing w:before="0"/>
      </w:pPr>
      <w:r>
        <w:t>MEAT</w:t>
      </w:r>
      <w:r>
        <w:t xml:space="preserve"> </w:t>
      </w:r>
      <w:r>
        <w:t xml:space="preserve">SPECIFIC </w:t>
      </w:r>
      <w:r>
        <w:t>CATEGORY RULES</w:t>
      </w:r>
    </w:p>
    <w:p w14:paraId="78D548F5" w14:textId="59F75456" w:rsidR="00007664" w:rsidRPr="0022295D" w:rsidRDefault="00007664" w:rsidP="00007664">
      <w:pPr>
        <w:pStyle w:val="ListNumber"/>
        <w:numPr>
          <w:ilvl w:val="0"/>
          <w:numId w:val="10"/>
        </w:num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Brisket- Nine (9) Full width slices (</w:t>
      </w:r>
      <w:proofErr w:type="gramStart"/>
      <w:r w:rsidRPr="0022295D">
        <w:rPr>
          <w:sz w:val="20"/>
          <w:szCs w:val="20"/>
        </w:rPr>
        <w:t>approx..</w:t>
      </w:r>
      <w:proofErr w:type="gramEnd"/>
      <w:r w:rsidRPr="0022295D">
        <w:rPr>
          <w:sz w:val="20"/>
          <w:szCs w:val="20"/>
        </w:rPr>
        <w:t xml:space="preserve"> 1/4” to 3/8” thick). All blocking must be done before cooking. The fat cap may be trimmed or cut away before the slices are placed in tray. </w:t>
      </w:r>
    </w:p>
    <w:p w14:paraId="2FA67D8A" w14:textId="08DC9C78" w:rsidR="00007664" w:rsidRPr="0022295D" w:rsidRDefault="00007664" w:rsidP="00007664">
      <w:pPr>
        <w:pStyle w:val="ListNumber"/>
        <w:numPr>
          <w:ilvl w:val="0"/>
          <w:numId w:val="10"/>
        </w:num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Pork </w:t>
      </w:r>
      <w:proofErr w:type="gramStart"/>
      <w:r w:rsidRPr="0022295D">
        <w:rPr>
          <w:sz w:val="20"/>
          <w:szCs w:val="20"/>
        </w:rPr>
        <w:t>Spare Ribs</w:t>
      </w:r>
      <w:proofErr w:type="gramEnd"/>
      <w:r w:rsidRPr="0022295D">
        <w:rPr>
          <w:sz w:val="20"/>
          <w:szCs w:val="20"/>
        </w:rPr>
        <w:t xml:space="preserve">- Nine (9) individual ribs (bone-in) St Louis cut acceptable. (No baby back ribs allowed). Ribs must be placed in the trap top side up lying parallel to the hinge. </w:t>
      </w:r>
    </w:p>
    <w:p w14:paraId="3E23D599" w14:textId="6B33C879" w:rsidR="00007664" w:rsidRPr="0022295D" w:rsidRDefault="00007664" w:rsidP="00007664">
      <w:pPr>
        <w:pStyle w:val="ListNumber"/>
        <w:numPr>
          <w:ilvl w:val="0"/>
          <w:numId w:val="10"/>
        </w:num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Chicken- Two (2) Separate 1/2 fully jointed chicken halves to include breast, wing, thigh and drumstick. SKIN ON. (No Cornish hens. No garnishes, sauce or </w:t>
      </w:r>
      <w:proofErr w:type="gramStart"/>
      <w:r w:rsidRPr="0022295D">
        <w:rPr>
          <w:sz w:val="20"/>
          <w:szCs w:val="20"/>
        </w:rPr>
        <w:t>Puddling</w:t>
      </w:r>
      <w:proofErr w:type="gramEnd"/>
      <w:r w:rsidRPr="0022295D">
        <w:rPr>
          <w:sz w:val="20"/>
          <w:szCs w:val="20"/>
        </w:rPr>
        <w:t xml:space="preserve"> in bottom of tray allowed). </w:t>
      </w:r>
    </w:p>
    <w:p w14:paraId="218D9996" w14:textId="6E6ECD3A" w:rsidR="00007664" w:rsidRPr="0022295D" w:rsidRDefault="00007664" w:rsidP="00007664">
      <w:pPr>
        <w:pStyle w:val="ListNumber"/>
        <w:numPr>
          <w:ilvl w:val="0"/>
          <w:numId w:val="10"/>
        </w:num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 xml:space="preserve">No sauces or garnishes allowed in meat </w:t>
      </w:r>
      <w:proofErr w:type="gramStart"/>
      <w:r w:rsidRPr="0022295D">
        <w:rPr>
          <w:sz w:val="20"/>
          <w:szCs w:val="20"/>
        </w:rPr>
        <w:t>turn</w:t>
      </w:r>
      <w:proofErr w:type="gramEnd"/>
      <w:r w:rsidRPr="0022295D">
        <w:rPr>
          <w:sz w:val="20"/>
          <w:szCs w:val="20"/>
        </w:rPr>
        <w:t xml:space="preserve"> in containers</w:t>
      </w:r>
    </w:p>
    <w:p w14:paraId="5116C304" w14:textId="77777777" w:rsidR="00BE06EA" w:rsidRPr="0022295D" w:rsidRDefault="00BE06EA" w:rsidP="00BE06EA">
      <w:pPr>
        <w:pStyle w:val="ListNumber"/>
        <w:numPr>
          <w:ilvl w:val="0"/>
          <w:numId w:val="0"/>
        </w:numPr>
        <w:spacing w:after="0"/>
        <w:ind w:left="360"/>
        <w:rPr>
          <w:sz w:val="20"/>
          <w:szCs w:val="20"/>
        </w:rPr>
      </w:pPr>
    </w:p>
    <w:p w14:paraId="754B3A34" w14:textId="77777777" w:rsidR="00704882" w:rsidRDefault="0082388E" w:rsidP="00085B9C">
      <w:pPr>
        <w:pStyle w:val="Heading3"/>
        <w:spacing w:before="0"/>
      </w:pPr>
      <w:r>
        <w:t>MARGARITA CATEGORY RULES</w:t>
      </w:r>
    </w:p>
    <w:p w14:paraId="6204DC7E" w14:textId="77777777" w:rsidR="00704882" w:rsidRPr="0022295D" w:rsidRDefault="0082388E" w:rsidP="00085B9C">
      <w:pPr>
        <w:pStyle w:val="ListBullet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All participants must be 21 or older.</w:t>
      </w:r>
    </w:p>
    <w:p w14:paraId="6F8BB47F" w14:textId="77777777" w:rsidR="00704882" w:rsidRPr="0022295D" w:rsidRDefault="0082388E" w:rsidP="00085B9C">
      <w:pPr>
        <w:pStyle w:val="ListBullet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Must be served on the rocks (</w:t>
      </w:r>
      <w:proofErr w:type="gramStart"/>
      <w:r w:rsidRPr="0022295D">
        <w:rPr>
          <w:sz w:val="20"/>
          <w:szCs w:val="20"/>
        </w:rPr>
        <w:t>no</w:t>
      </w:r>
      <w:proofErr w:type="gramEnd"/>
      <w:r w:rsidRPr="0022295D">
        <w:rPr>
          <w:sz w:val="20"/>
          <w:szCs w:val="20"/>
        </w:rPr>
        <w:t xml:space="preserve"> frozen).</w:t>
      </w:r>
    </w:p>
    <w:p w14:paraId="5D986D76" w14:textId="77777777" w:rsidR="00704882" w:rsidRPr="0022295D" w:rsidRDefault="0082388E" w:rsidP="00085B9C">
      <w:pPr>
        <w:pStyle w:val="ListBullet"/>
        <w:spacing w:after="0"/>
        <w:rPr>
          <w:sz w:val="20"/>
          <w:szCs w:val="20"/>
        </w:rPr>
      </w:pPr>
      <w:proofErr w:type="gramStart"/>
      <w:r w:rsidRPr="0022295D">
        <w:rPr>
          <w:sz w:val="20"/>
          <w:szCs w:val="20"/>
        </w:rPr>
        <w:t>Must</w:t>
      </w:r>
      <w:proofErr w:type="gramEnd"/>
      <w:r w:rsidRPr="0022295D">
        <w:rPr>
          <w:sz w:val="20"/>
          <w:szCs w:val="20"/>
        </w:rPr>
        <w:t xml:space="preserve"> contain tequila.</w:t>
      </w:r>
    </w:p>
    <w:p w14:paraId="3BAC357D" w14:textId="77777777" w:rsidR="00704882" w:rsidRPr="0022295D" w:rsidRDefault="0082388E" w:rsidP="00085B9C">
      <w:pPr>
        <w:pStyle w:val="ListBullet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Judged on taste and presentation.</w:t>
      </w:r>
    </w:p>
    <w:p w14:paraId="7145028C" w14:textId="77777777" w:rsidR="0022295D" w:rsidRPr="0022295D" w:rsidRDefault="0082388E" w:rsidP="0022295D">
      <w:pPr>
        <w:pStyle w:val="ListBullet"/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Turn in a full designated container.</w:t>
      </w:r>
    </w:p>
    <w:p w14:paraId="3974A500" w14:textId="77777777" w:rsidR="0022295D" w:rsidRDefault="0022295D" w:rsidP="0022295D">
      <w:pPr>
        <w:pStyle w:val="ListBullet"/>
        <w:numPr>
          <w:ilvl w:val="0"/>
          <w:numId w:val="0"/>
        </w:numPr>
        <w:spacing w:after="0"/>
      </w:pPr>
    </w:p>
    <w:p w14:paraId="2C85D820" w14:textId="2F786983" w:rsidR="00704882" w:rsidRPr="0022295D" w:rsidRDefault="0082388E" w:rsidP="0022295D">
      <w:pPr>
        <w:pStyle w:val="ListBullet"/>
        <w:numPr>
          <w:ilvl w:val="0"/>
          <w:numId w:val="0"/>
        </w:numPr>
        <w:spacing w:after="0"/>
        <w:rPr>
          <w:rFonts w:asciiTheme="majorHAnsi" w:hAnsiTheme="majorHAnsi" w:cstheme="majorHAnsi"/>
          <w:b/>
          <w:bCs/>
          <w:color w:val="4F81BD" w:themeColor="accent1"/>
        </w:rPr>
      </w:pPr>
      <w:r w:rsidRPr="0022295D">
        <w:rPr>
          <w:rFonts w:asciiTheme="majorHAnsi" w:hAnsiTheme="majorHAnsi" w:cstheme="majorHAnsi"/>
          <w:b/>
          <w:bCs/>
          <w:color w:val="4F81BD" w:themeColor="accent1"/>
        </w:rPr>
        <w:t>LIABILITY</w:t>
      </w:r>
    </w:p>
    <w:p w14:paraId="25C101AB" w14:textId="77777777" w:rsidR="00704882" w:rsidRPr="0022295D" w:rsidRDefault="0082388E" w:rsidP="00085B9C">
      <w:pPr>
        <w:spacing w:after="0"/>
        <w:rPr>
          <w:sz w:val="20"/>
          <w:szCs w:val="20"/>
        </w:rPr>
      </w:pPr>
      <w:r w:rsidRPr="0022295D">
        <w:rPr>
          <w:sz w:val="20"/>
          <w:szCs w:val="20"/>
        </w:rPr>
        <w:t>T</w:t>
      </w:r>
      <w:r w:rsidRPr="0022295D">
        <w:rPr>
          <w:sz w:val="20"/>
          <w:szCs w:val="20"/>
        </w:rPr>
        <w:t>he Weimar Gedenke BBQ Cook-Off and its officials are not responsible for theft, damage, or injury.</w:t>
      </w:r>
    </w:p>
    <w:sectPr w:rsidR="00704882" w:rsidRPr="0022295D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B3E85" w14:textId="77777777" w:rsidR="0082388E" w:rsidRDefault="0082388E" w:rsidP="00BE06EA">
      <w:pPr>
        <w:spacing w:after="0" w:line="240" w:lineRule="auto"/>
      </w:pPr>
      <w:r>
        <w:separator/>
      </w:r>
    </w:p>
  </w:endnote>
  <w:endnote w:type="continuationSeparator" w:id="0">
    <w:p w14:paraId="7D55052B" w14:textId="77777777" w:rsidR="0082388E" w:rsidRDefault="0082388E" w:rsidP="00BE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29662" w14:textId="77777777" w:rsidR="0082388E" w:rsidRDefault="0082388E" w:rsidP="00BE06EA">
      <w:pPr>
        <w:spacing w:after="0" w:line="240" w:lineRule="auto"/>
      </w:pPr>
      <w:r>
        <w:separator/>
      </w:r>
    </w:p>
  </w:footnote>
  <w:footnote w:type="continuationSeparator" w:id="0">
    <w:p w14:paraId="3C9D14E4" w14:textId="77777777" w:rsidR="0082388E" w:rsidRDefault="0082388E" w:rsidP="00BE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51AE2" w14:textId="7ABCAB92" w:rsidR="00BE06EA" w:rsidRDefault="00BE06EA" w:rsidP="00BE06EA">
    <w:pPr>
      <w:pStyle w:val="Header"/>
      <w:jc w:val="center"/>
      <w:rPr>
        <w:sz w:val="52"/>
        <w:szCs w:val="52"/>
      </w:rPr>
    </w:pPr>
    <w:r w:rsidRPr="00BE06EA">
      <w:rPr>
        <w:sz w:val="52"/>
        <w:szCs w:val="52"/>
      </w:rPr>
      <w:t>GEDENKE BBQ COOK-OFF</w:t>
    </w:r>
  </w:p>
  <w:p w14:paraId="6346A84C" w14:textId="2AC3A80C" w:rsidR="00BE06EA" w:rsidRPr="00BE06EA" w:rsidRDefault="00BE06EA" w:rsidP="00BE06EA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Official Rules &amp; Information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8EA469E"/>
    <w:multiLevelType w:val="hybridMultilevel"/>
    <w:tmpl w:val="CBD2E7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9291664">
    <w:abstractNumId w:val="8"/>
  </w:num>
  <w:num w:numId="2" w16cid:durableId="139543878">
    <w:abstractNumId w:val="6"/>
  </w:num>
  <w:num w:numId="3" w16cid:durableId="1627345456">
    <w:abstractNumId w:val="5"/>
  </w:num>
  <w:num w:numId="4" w16cid:durableId="981613343">
    <w:abstractNumId w:val="4"/>
  </w:num>
  <w:num w:numId="5" w16cid:durableId="614362292">
    <w:abstractNumId w:val="7"/>
  </w:num>
  <w:num w:numId="6" w16cid:durableId="85882829">
    <w:abstractNumId w:val="3"/>
  </w:num>
  <w:num w:numId="7" w16cid:durableId="224068180">
    <w:abstractNumId w:val="2"/>
  </w:num>
  <w:num w:numId="8" w16cid:durableId="1574510171">
    <w:abstractNumId w:val="1"/>
  </w:num>
  <w:num w:numId="9" w16cid:durableId="1287004203">
    <w:abstractNumId w:val="0"/>
  </w:num>
  <w:num w:numId="10" w16cid:durableId="16373753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664"/>
    <w:rsid w:val="00034616"/>
    <w:rsid w:val="0006063C"/>
    <w:rsid w:val="00085B9C"/>
    <w:rsid w:val="0015074B"/>
    <w:rsid w:val="0022295D"/>
    <w:rsid w:val="0029639D"/>
    <w:rsid w:val="00326F90"/>
    <w:rsid w:val="00704882"/>
    <w:rsid w:val="00785A8F"/>
    <w:rsid w:val="0082388E"/>
    <w:rsid w:val="00AA1D8D"/>
    <w:rsid w:val="00B47730"/>
    <w:rsid w:val="00BE06E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25DFB2"/>
  <w14:defaultImageDpi w14:val="300"/>
  <w15:docId w15:val="{B2A63144-8023-46FB-A8B4-F42DE248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Weimar Chamber</cp:lastModifiedBy>
  <cp:revision>2</cp:revision>
  <dcterms:created xsi:type="dcterms:W3CDTF">2026-03-03T16:09:00Z</dcterms:created>
  <dcterms:modified xsi:type="dcterms:W3CDTF">2026-03-03T16:09:00Z</dcterms:modified>
  <cp:category/>
</cp:coreProperties>
</file>