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TÉRMINOS Y CONDICIONES DE USO DEL CANAL DIGITAL</w:t>
      </w:r>
    </w:p>
    <w:p>
      <w:r>
        <w:t>CUSCO INKA TRAVEL SOCIEDAD ANÓNIMA CERRADA</w:t>
        <w:br/>
        <w:t>RUC: 20527994145</w:t>
        <w:br/>
        <w:t>Última actualización: Julio de 2026</w:t>
      </w:r>
    </w:p>
    <w:p>
      <w:pPr>
        <w:pStyle w:val="Heading2"/>
      </w:pPr>
      <w:r>
        <w:t>1. Objeto</w:t>
      </w:r>
    </w:p>
    <w:p>
      <w:r>
        <w:t>Los presentes Términos y Condiciones regulan el acceso y uso del sitio web y demás canales digitales de CUSCO INKA TRAVEL S.A.C., así como la contratación de servicios turísticos ofrecidos por la empresa.</w:t>
      </w:r>
    </w:p>
    <w:p>
      <w:pPr>
        <w:pStyle w:val="Heading2"/>
      </w:pPr>
      <w:r>
        <w:t>2. Identificación del proveedor</w:t>
      </w:r>
    </w:p>
    <w:p>
      <w:r>
        <w:t>Razón Social: CUSCO INKA TRAVEL SOCIEDAD ANÓNIMA CERRADA</w:t>
        <w:br/>
        <w:t>RUC: 20527994145</w:t>
        <w:br/>
        <w:t>Dirección: Avenida Baja N.° 259, Cusco, Perú</w:t>
        <w:br/>
        <w:t>Correo: cuscoinkatravel@gmail.com</w:t>
        <w:br/>
        <w:t>Teléfono: +51 98631073</w:t>
      </w:r>
    </w:p>
    <w:p>
      <w:pPr>
        <w:pStyle w:val="Heading2"/>
      </w:pPr>
      <w:r>
        <w:t>3. Servicios</w:t>
      </w:r>
    </w:p>
    <w:p>
      <w:r>
        <w:t>La empresa ofrece paquetes turísticos, tours, reservas de hoteles, boletos, transporte turístico y otros servicios relacionados con el turismo.</w:t>
      </w:r>
    </w:p>
    <w:p>
      <w:pPr>
        <w:pStyle w:val="Heading2"/>
      </w:pPr>
      <w:r>
        <w:t>4. Uso del canal digital</w:t>
      </w:r>
    </w:p>
    <w:p>
      <w:r>
        <w:t>El usuario se compromete a proporcionar información veraz, no realizar actividades ilícitas ni afectar el funcionamiento del sitio web.</w:t>
      </w:r>
    </w:p>
    <w:p>
      <w:pPr>
        <w:pStyle w:val="Heading2"/>
      </w:pPr>
      <w:r>
        <w:t>5. Cotizaciones</w:t>
      </w:r>
    </w:p>
    <w:p>
      <w:r>
        <w:t>Toda cotización tiene carácter referencial y puede variar por disponibilidad, tipo de cambio, impuestos o condiciones de los proveedores hasta antes de la confirmación del pago.</w:t>
      </w:r>
    </w:p>
    <w:p>
      <w:pPr>
        <w:pStyle w:val="Heading2"/>
      </w:pPr>
      <w:r>
        <w:t>6. Política de cobro</w:t>
      </w:r>
    </w:p>
    <w:p>
      <w:r>
        <w:t>Las reservas podrán requerir un pago parcial o total según el servicio contratado. Los pagos pueden realizarse mediante transferencia bancaria, tarjetas u otros medios autorizados. La reserva queda confirmada únicamente cuando la empresa confirme la recepción del pago.</w:t>
      </w:r>
    </w:p>
    <w:p>
      <w:pPr>
        <w:pStyle w:val="Heading2"/>
      </w:pPr>
      <w:r>
        <w:t>7. Política de cancelación</w:t>
      </w:r>
    </w:p>
    <w:p>
      <w:r>
        <w:t>Las cancelaciones deberán solicitarse por escrito al correo cuscoinkatravel@gmail.com. Las condiciones dependerán del servicio contratado y de las políticas de aerolíneas, hoteles, operadores turísticos y demás proveedores. Pueden aplicarse penalidades o gastos administrativos cuando corresponda.</w:t>
      </w:r>
    </w:p>
    <w:p>
      <w:pPr>
        <w:pStyle w:val="Heading2"/>
      </w:pPr>
      <w:r>
        <w:t>8. Política de reembolso</w:t>
      </w:r>
    </w:p>
    <w:p>
      <w:r>
        <w:t>Cuando proceda un reembolso, este se efectuará utilizando el mismo medio de pago o uno acordado con el cliente. El monto y plazo dependerán de las condiciones del proveedor involucrado y de la normativa aplicable. Los servicios utilizados, no reembolsables o con restricciones estarán sujetos a las condiciones informadas al momento de la compra.</w:t>
      </w:r>
    </w:p>
    <w:p>
      <w:pPr>
        <w:pStyle w:val="Heading2"/>
      </w:pPr>
      <w:r>
        <w:t>9. Responsabilidad</w:t>
      </w:r>
    </w:p>
    <w:p>
      <w:r>
        <w:t>La empresa actúa como intermediaria cuando corresponda entre el cliente y los proveedores turísticos. No es responsable por hechos atribuibles a terceros, fuerza mayor o caso fortuito que afecten la prestación del servicio.</w:t>
      </w:r>
    </w:p>
    <w:p>
      <w:pPr>
        <w:pStyle w:val="Heading2"/>
      </w:pPr>
      <w:r>
        <w:t>10. Protección de datos personales</w:t>
      </w:r>
    </w:p>
    <w:p>
      <w:r>
        <w:t>El tratamiento de los datos personales se realiza conforme a la Política de Protección de Datos Personales publicada por la empresa.</w:t>
      </w:r>
    </w:p>
    <w:p>
      <w:pPr>
        <w:pStyle w:val="Heading2"/>
      </w:pPr>
      <w:r>
        <w:t>11. Propiedad intelectual</w:t>
      </w:r>
    </w:p>
    <w:p>
      <w:r>
        <w:t>Los contenidos del sitio web son propiedad de CUSCO INKA TRAVEL S.A.C. o de sus respectivos titulares y no podrán ser reproducidos sin autorización.</w:t>
      </w:r>
    </w:p>
    <w:p>
      <w:pPr>
        <w:pStyle w:val="Heading2"/>
      </w:pPr>
      <w:r>
        <w:t>12. Modificaciones</w:t>
      </w:r>
    </w:p>
    <w:p>
      <w:r>
        <w:t>La empresa podrá actualizar estos Términos y Condiciones cuando resulte necesario. Las modificaciones serán publicadas en el sitio web.</w:t>
      </w:r>
    </w:p>
    <w:p>
      <w:pPr>
        <w:pStyle w:val="Heading2"/>
      </w:pPr>
      <w:r>
        <w:t>13. Legislación aplicable</w:t>
      </w:r>
    </w:p>
    <w:p>
      <w:r>
        <w:t>Estos Términos y Condiciones se rigen por las leyes de la República del Perú. Cualquier controversia será resuelta por las autoridades competentes.</w:t>
      </w:r>
    </w:p>
    <w:p>
      <w:pPr>
        <w:pStyle w:val="Heading2"/>
      </w:pPr>
      <w:r>
        <w:t>Aceptación</w:t>
      </w:r>
    </w:p>
    <w:p>
      <w:r>
        <w:t>Al utilizar este sitio web o contratar nuestros servicios mediante cualquier canal digital, el usuario declara haber leído, comprendido y aceptado los presentes Términos y Condiciones de Uso.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