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POLÍTICA DE PROTECCIÓN DE DATOS PERSONALES</w:t>
      </w:r>
    </w:p>
    <w:p>
      <w:r>
        <w:rPr>
          <w:b/>
        </w:rPr>
        <w:t>CUSCO INKA TRAVEL SOCIEDAD ANÓNIMA CERRADA</w:t>
        <w:br/>
      </w:r>
      <w:r>
        <w:t>RUC: 20527994145</w:t>
        <w:br/>
      </w:r>
      <w:r>
        <w:t>Última actualización: Julio de 2026</w:t>
      </w:r>
    </w:p>
    <w:p>
      <w:pPr>
        <w:pStyle w:val="Heading2"/>
      </w:pPr>
      <w:r>
        <w:t>1. Introducción</w:t>
      </w:r>
    </w:p>
    <w:p>
      <w:r>
        <w:t>En CUSCO INKA TRAVEL SOCIEDAD ANÓNIMA CERRADA (CUSCO INKA TRAVEL S.A.C.) respetamos el derecho fundamental a la protección de los datos personales de nuestros clientes, proveedores y usuarios de nuestro sitio web. La presente Política informa cómo recopilamos, utilizamos, almacenamos y protegemos los datos personales conforme a la Ley N.° 29733 – Ley de Protección de Datos Personales y su Reglamento.</w:t>
      </w:r>
    </w:p>
    <w:p>
      <w:pPr>
        <w:pStyle w:val="Heading2"/>
      </w:pPr>
      <w:r>
        <w:t>2. Responsable del tratamiento de datos personales</w:t>
      </w:r>
    </w:p>
    <w:p>
      <w:r>
        <w:t>Razón Social: CUSCO INKA TRAVEL SOCIEDAD ANÓNIMA CERRADA</w:t>
        <w:br/>
        <w:t>RUC: 20527994145</w:t>
        <w:br/>
        <w:t>Dirección: Avenida Baja N.° 259, Cusco, Perú.</w:t>
        <w:br/>
        <w:t>Correo electrónico: cuscoinkatravel@gmail.com</w:t>
        <w:br/>
        <w:t>Teléfono: +51 98631073</w:t>
      </w:r>
    </w:p>
    <w:p>
      <w:pPr>
        <w:pStyle w:val="Heading2"/>
      </w:pPr>
      <w:r>
        <w:t>3. Datos personales que recopilamos</w:t>
      </w:r>
    </w:p>
    <w:p>
      <w:r>
        <w:t>• Nombres y apellidos.</w:t>
        <w:br/>
        <w:t>• DNI, Pasaporte o Carné de Extranjería.</w:t>
        <w:br/>
        <w:t>• Nacionalidad.</w:t>
        <w:br/>
        <w:t>• Fecha de nacimiento.</w:t>
        <w:br/>
        <w:t>• Dirección.</w:t>
        <w:br/>
        <w:t>• Número telefónico.</w:t>
        <w:br/>
        <w:t>• Correo electrónico.</w:t>
        <w:br/>
        <w:t>• Información de viaje.</w:t>
        <w:br/>
        <w:t>• Información para reservas.</w:t>
        <w:br/>
        <w:t>• Datos de facturación.</w:t>
        <w:br/>
        <w:t>• Información necesaria para contratar servicios turísticos.</w:t>
      </w:r>
    </w:p>
    <w:p>
      <w:pPr>
        <w:pStyle w:val="Heading2"/>
      </w:pPr>
      <w:r>
        <w:t>4. Finalidad del tratamiento de los datos</w:t>
      </w:r>
    </w:p>
    <w:p>
      <w:r>
        <w:t>Los datos personales serán utilizados para atender consultas, elaborar cotizaciones, gestionar reservas, emitir boletos, reservar hoteles, organizar paquetes turísticos, coordinar servicios con operadores, emitir comprobantes de pago, brindar atención al cliente, cumplir obligaciones legales y mejorar la calidad de nuestros servicios.</w:t>
      </w:r>
    </w:p>
    <w:p>
      <w:pPr>
        <w:pStyle w:val="Heading2"/>
      </w:pPr>
      <w:r>
        <w:t>5. Consentimiento</w:t>
      </w:r>
    </w:p>
    <w:p>
      <w:r>
        <w:t>Al proporcionar voluntariamente sus datos personales mediante nuestra página web, formularios electrónicos, correo electrónico, WhatsApp, llamadas telefónicas o redes sociales oficiales, el usuario autoriza expresamente a CUSCO INKA TRAVEL S.A.C. a tratar dicha información conforme a esta Política.</w:t>
      </w:r>
    </w:p>
    <w:p>
      <w:pPr>
        <w:pStyle w:val="Heading2"/>
      </w:pPr>
      <w:r>
        <w:t>6. Conservación de la información</w:t>
      </w:r>
    </w:p>
    <w:p>
      <w:r>
        <w:t>Los datos personales serán conservados únicamente durante el tiempo necesario para cumplir las finalidades descritas o mientras exista una obligación legal que justifique su conservación.</w:t>
      </w:r>
    </w:p>
    <w:p>
      <w:pPr>
        <w:pStyle w:val="Heading2"/>
      </w:pPr>
      <w:r>
        <w:t>7. Seguridad de la información</w:t>
      </w:r>
    </w:p>
    <w:p>
      <w:r>
        <w:t>CUSCO INKA TRAVEL S.A.C. adopta medidas técnicas, organizativas y administrativas razonables para proteger los datos personales contra accesos no autorizados, alteración, pérdida, robo, divulgación, destrucción o uso indebido. El acceso está restringido únicamente al personal autorizado.</w:t>
      </w:r>
    </w:p>
    <w:p>
      <w:pPr>
        <w:pStyle w:val="Heading2"/>
      </w:pPr>
      <w:r>
        <w:t>8. Comunicación de datos personales</w:t>
      </w:r>
    </w:p>
    <w:p>
      <w:r>
        <w:t>Los datos podrán ser compartidos únicamente con aerolíneas, hoteles, empresas de transporte, operadores turísticos, aseguradoras, entidades financieras para procesar pagos y autoridades competentes cuando exista obligación legal. La empresa no vende ni comercializa datos personales.</w:t>
      </w:r>
    </w:p>
    <w:p>
      <w:pPr>
        <w:pStyle w:val="Heading2"/>
      </w:pPr>
      <w:r>
        <w:t>9. Derechos del titular</w:t>
      </w:r>
    </w:p>
    <w:p>
      <w:r>
        <w:t>El titular podrá ejercer los derechos de acceso, rectificación, actualización, cancelación, oposición y, cuando corresponda, revocación del consentimiento. Solicitudes: cuscoinkatravel@gmail.com | Teléfono: +51 98631073.</w:t>
      </w:r>
    </w:p>
    <w:p>
      <w:pPr>
        <w:pStyle w:val="Heading2"/>
      </w:pPr>
      <w:r>
        <w:t>10. Uso de cookies</w:t>
      </w:r>
    </w:p>
    <w:p>
      <w:r>
        <w:t>Nuestro sitio web podrá utilizar cookies para mejorar la experiencia de navegación, analizar estadísticas de uso y optimizar el funcionamiento del portal.</w:t>
      </w:r>
    </w:p>
    <w:p>
      <w:pPr>
        <w:pStyle w:val="Heading2"/>
      </w:pPr>
      <w:r>
        <w:t>11. Enlaces a sitios web de terceros</w:t>
      </w:r>
    </w:p>
    <w:p>
      <w:r>
        <w:t>Nuestro sitio web puede contener enlaces a páginas de terceros. CUSCO INKA TRAVEL S.A.C. no es responsable del contenido ni de las políticas de privacidad de dichos sitios.</w:t>
      </w:r>
    </w:p>
    <w:p>
      <w:pPr>
        <w:pStyle w:val="Heading2"/>
      </w:pPr>
      <w:r>
        <w:t>12. Modificaciones</w:t>
      </w:r>
    </w:p>
    <w:p>
      <w:r>
        <w:t>La empresa podrá modificar esta Política para adecuarla a cambios legales o mejoras internas. Las modificaciones serán publicadas en el sitio web.</w:t>
      </w:r>
    </w:p>
    <w:p>
      <w:pPr>
        <w:pStyle w:val="Heading2"/>
      </w:pPr>
      <w:r>
        <w:t>13. Contacto</w:t>
      </w:r>
    </w:p>
    <w:p>
      <w:r>
        <w:t>CUSCO INKA TRAVEL SOCIEDAD ANÓNIMA CERRADA</w:t>
        <w:br/>
        <w:t>RUC: 20527994145</w:t>
        <w:br/>
        <w:t>Dirección: Avenida Baja N.° 259, Cusco – Perú.</w:t>
        <w:br/>
        <w:t>Correo: cuscoinkatravel@gmail.com</w:t>
        <w:br/>
        <w:t>Teléfono: +51 98631073</w:t>
      </w:r>
    </w:p>
    <w:p>
      <w:pPr>
        <w:pStyle w:val="Heading2"/>
      </w:pPr>
      <w:r>
        <w:t>Texto para el formulario web</w:t>
      </w:r>
    </w:p>
    <w:p>
      <w:r>
        <w:t>Autorización para el tratamiento de datos personales: Declaro que la información proporcionada es veraz y autorizo a CUSCO INKA TRAVEL SOCIEDAD ANÓNIMA CERRADA, RUC N.° 20527994145, a tratar mis datos personales con la finalidad de atender mi consulta, elaborar cotizaciones, gestionar reservas y prestar los servicios turísticos solicitados, conforme a la Ley N.° 29733 y la presente Política de Protección de Datos Personales.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