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5C633" w14:textId="77777777" w:rsidR="003B3FFC" w:rsidRDefault="00000000">
      <w:pPr>
        <w:jc w:val="center"/>
      </w:pPr>
      <w:r>
        <w:rPr>
          <w:b/>
        </w:rPr>
        <w:t>TOWN OF KINGSTON</w:t>
      </w:r>
      <w:r>
        <w:rPr>
          <w:b/>
        </w:rPr>
        <w:br/>
      </w:r>
    </w:p>
    <w:p w14:paraId="41413D50" w14:textId="77777777" w:rsidR="003B3FFC" w:rsidRDefault="00000000">
      <w:pPr>
        <w:jc w:val="center"/>
      </w:pPr>
      <w:r>
        <w:t>P.O. Box 638</w:t>
      </w:r>
      <w:r>
        <w:br/>
        <w:t>Kingston, Oklahoma 73439</w:t>
      </w:r>
    </w:p>
    <w:p w14:paraId="7ED9F509" w14:textId="67C8EBB5" w:rsidR="003B3FFC" w:rsidRDefault="00000000">
      <w:pPr>
        <w:jc w:val="center"/>
      </w:pPr>
      <w:r>
        <w:rPr>
          <w:b/>
        </w:rPr>
        <w:t xml:space="preserve">Posted: </w:t>
      </w:r>
      <w:r w:rsidR="00610A55">
        <w:rPr>
          <w:b/>
        </w:rPr>
        <w:t>Ju</w:t>
      </w:r>
      <w:r w:rsidR="000834E2">
        <w:rPr>
          <w:b/>
        </w:rPr>
        <w:t>ly</w:t>
      </w:r>
      <w:r w:rsidR="00610A55">
        <w:rPr>
          <w:b/>
        </w:rPr>
        <w:t xml:space="preserve"> </w:t>
      </w:r>
      <w:r w:rsidR="000834E2">
        <w:rPr>
          <w:b/>
        </w:rPr>
        <w:t>13</w:t>
      </w:r>
      <w:r w:rsidR="00610A55">
        <w:rPr>
          <w:b/>
        </w:rPr>
        <w:t>th</w:t>
      </w:r>
      <w:r>
        <w:rPr>
          <w:b/>
        </w:rPr>
        <w:t>, 2026 @ 5:00 p.m.</w:t>
      </w:r>
    </w:p>
    <w:p w14:paraId="0A9A50CF" w14:textId="77777777" w:rsidR="003B3FFC" w:rsidRDefault="003B3FFC"/>
    <w:p w14:paraId="5D1AD676" w14:textId="089BDD8B" w:rsidR="003B3FFC" w:rsidRDefault="00000000">
      <w:pPr>
        <w:jc w:val="center"/>
      </w:pPr>
      <w:r>
        <w:rPr>
          <w:b/>
        </w:rPr>
        <w:t>AGENDA</w:t>
      </w:r>
      <w:r>
        <w:rPr>
          <w:b/>
        </w:rPr>
        <w:br/>
        <w:t>Town Council Meeting</w:t>
      </w:r>
      <w:r>
        <w:rPr>
          <w:b/>
        </w:rPr>
        <w:br/>
      </w:r>
      <w:r w:rsidR="00610A55">
        <w:rPr>
          <w:b/>
        </w:rPr>
        <w:t>Ju</w:t>
      </w:r>
      <w:r w:rsidR="000834E2">
        <w:rPr>
          <w:b/>
        </w:rPr>
        <w:t>ly 14</w:t>
      </w:r>
      <w:r w:rsidR="00610A55">
        <w:rPr>
          <w:b/>
        </w:rPr>
        <w:t>th</w:t>
      </w:r>
      <w:r>
        <w:rPr>
          <w:b/>
        </w:rPr>
        <w:t>, 2026 @ 5:30 p.m.</w:t>
      </w:r>
    </w:p>
    <w:p w14:paraId="69A24EB9" w14:textId="6B09BDDF" w:rsidR="003B3FFC" w:rsidRDefault="00000000">
      <w:r>
        <w:t xml:space="preserve">As required by 25 O.S. § 311, notice is hereby given that the Town Council of the Town of Kingston will hold its monthly session on </w:t>
      </w:r>
      <w:r w:rsidR="00610A55">
        <w:t>Ju</w:t>
      </w:r>
      <w:r w:rsidR="000834E2">
        <w:t>ly 14</w:t>
      </w:r>
      <w:r w:rsidR="0056223D">
        <w:t>th</w:t>
      </w:r>
      <w:r>
        <w:t>, 2026, at 5:30 p.m. The meeting will be held in the Community Room, Town Hall, 22 North Main, Kingston, Oklahoma.</w:t>
      </w:r>
    </w:p>
    <w:p w14:paraId="12B2F197" w14:textId="77777777" w:rsidR="003B3FFC" w:rsidRDefault="003B3FFC"/>
    <w:p w14:paraId="75EAF449" w14:textId="77777777" w:rsidR="003B3FFC" w:rsidRDefault="00000000">
      <w:r>
        <w:rPr>
          <w:b/>
        </w:rPr>
        <w:t>Order of Business</w:t>
      </w:r>
    </w:p>
    <w:p w14:paraId="51AA8AD5" w14:textId="77777777" w:rsidR="003B3FFC" w:rsidRDefault="00000000">
      <w:r>
        <w:t>1. Call to Order</w:t>
      </w:r>
    </w:p>
    <w:p w14:paraId="169CE007" w14:textId="77777777" w:rsidR="003B3FFC" w:rsidRDefault="00000000">
      <w:r>
        <w:t>2. Pledge of Allegiance</w:t>
      </w:r>
    </w:p>
    <w:p w14:paraId="1B4B2D6F" w14:textId="77777777" w:rsidR="003B3FFC" w:rsidRDefault="00000000">
      <w:r>
        <w:t>3. Roll Call</w:t>
      </w:r>
    </w:p>
    <w:p w14:paraId="2E1ABA57" w14:textId="77777777" w:rsidR="003B3FFC" w:rsidRDefault="00000000">
      <w:r>
        <w:t>4. Approval of Minutes</w:t>
      </w:r>
    </w:p>
    <w:p w14:paraId="526B6C3A" w14:textId="77777777" w:rsidR="003B3FFC" w:rsidRDefault="00000000">
      <w:r>
        <w:t>5. Approval of Purchase Orders</w:t>
      </w:r>
    </w:p>
    <w:p w14:paraId="7E23D7FD" w14:textId="77777777" w:rsidR="003B3FFC" w:rsidRDefault="00000000">
      <w:r>
        <w:t>6. Approval of Financials</w:t>
      </w:r>
    </w:p>
    <w:p w14:paraId="40220CD5" w14:textId="77777777" w:rsidR="003B3FFC" w:rsidRDefault="003B3FFC"/>
    <w:p w14:paraId="75530E09" w14:textId="77777777" w:rsidR="003B3FFC" w:rsidRDefault="00000000">
      <w:r>
        <w:rPr>
          <w:b/>
        </w:rPr>
        <w:t>New Business</w:t>
      </w:r>
    </w:p>
    <w:p w14:paraId="5BD997F6" w14:textId="4B6C4769" w:rsidR="005A06D4" w:rsidRDefault="00000000" w:rsidP="00610A55">
      <w:r>
        <w:t xml:space="preserve">7. </w:t>
      </w:r>
      <w:r w:rsidR="00610A55">
        <w:t xml:space="preserve">Discuss and take possible action on </w:t>
      </w:r>
      <w:r w:rsidR="000834E2">
        <w:t>Resolution 071426 regarding moving police department to the Oklahoma Police Pension and Retirement System.</w:t>
      </w:r>
    </w:p>
    <w:p w14:paraId="44CF22C6" w14:textId="71F3F6E3" w:rsidR="00BF5291" w:rsidRDefault="00BF5291" w:rsidP="00610A55">
      <w:r>
        <w:t>8. Discuss and take action on appointing an alternate judge for municipal court.</w:t>
      </w:r>
    </w:p>
    <w:p w14:paraId="33D515BD" w14:textId="1561A76B" w:rsidR="0056223D" w:rsidRDefault="00BF5291" w:rsidP="00610A55">
      <w:r>
        <w:t>9</w:t>
      </w:r>
      <w:r w:rsidR="0056223D">
        <w:t xml:space="preserve">. </w:t>
      </w:r>
      <w:r w:rsidR="00610A55">
        <w:t xml:space="preserve">Discuss and take possible action on </w:t>
      </w:r>
      <w:r w:rsidR="000834E2">
        <w:t>Resolution 071526 regarding commercial remodels and fees.</w:t>
      </w:r>
    </w:p>
    <w:p w14:paraId="7B3DD796" w14:textId="7990BB9F" w:rsidR="000834E2" w:rsidRDefault="00BF5291" w:rsidP="00610A55">
      <w:r>
        <w:t>10</w:t>
      </w:r>
      <w:r w:rsidR="000834E2">
        <w:t>. Discuss and take possible action on amending fee schedule for building and fire codes.</w:t>
      </w:r>
    </w:p>
    <w:p w14:paraId="048D5A61" w14:textId="3E9C663D" w:rsidR="000834E2" w:rsidRDefault="000834E2" w:rsidP="00610A55">
      <w:r>
        <w:t>1</w:t>
      </w:r>
      <w:r w:rsidR="00BF5291">
        <w:t>1</w:t>
      </w:r>
      <w:r>
        <w:t>. Discuss and take possible action on water bill adjustment for Max Ponder due to filling up a pool.</w:t>
      </w:r>
    </w:p>
    <w:p w14:paraId="45967FF6" w14:textId="704848A0" w:rsidR="000834E2" w:rsidRDefault="000834E2" w:rsidP="00610A55">
      <w:r>
        <w:lastRenderedPageBreak/>
        <w:t>1</w:t>
      </w:r>
      <w:r w:rsidR="00BF5291">
        <w:t>2</w:t>
      </w:r>
      <w:r>
        <w:t>. Discuss Kingston Music Festival.</w:t>
      </w:r>
    </w:p>
    <w:p w14:paraId="21DAB10A" w14:textId="3164AF82" w:rsidR="000834E2" w:rsidRDefault="000834E2" w:rsidP="00610A55">
      <w:r>
        <w:t>1</w:t>
      </w:r>
      <w:r w:rsidR="00BF5291">
        <w:t>3</w:t>
      </w:r>
      <w:r>
        <w:t>. Discuss future Jackson Park.</w:t>
      </w:r>
    </w:p>
    <w:p w14:paraId="6260A485" w14:textId="70FA425A" w:rsidR="00754302" w:rsidRDefault="00754302" w:rsidP="00610A55">
      <w:r>
        <w:t>1</w:t>
      </w:r>
      <w:r w:rsidR="00BF5291">
        <w:t>4</w:t>
      </w:r>
      <w:r>
        <w:t>. Discuss and take possible action on giving employees a cost of living raise.</w:t>
      </w:r>
    </w:p>
    <w:p w14:paraId="479E2D87" w14:textId="77777777" w:rsidR="003B3FFC" w:rsidRDefault="003B3FFC"/>
    <w:p w14:paraId="1A456AE3" w14:textId="77777777" w:rsidR="003B3FFC" w:rsidRDefault="00000000">
      <w:pPr>
        <w:rPr>
          <w:b/>
        </w:rPr>
      </w:pPr>
      <w:r>
        <w:rPr>
          <w:b/>
        </w:rPr>
        <w:t>Old Business</w:t>
      </w:r>
    </w:p>
    <w:p w14:paraId="146B8B28" w14:textId="17F2615B" w:rsidR="00610A55" w:rsidRDefault="000834E2" w:rsidP="00610A55">
      <w:r>
        <w:t>1</w:t>
      </w:r>
      <w:r w:rsidR="00BF5291">
        <w:t>5</w:t>
      </w:r>
      <w:r w:rsidR="00610A55">
        <w:t>. Discuss and take possible action on repealing and replacing the current semi ordinance with new semi ordinance.</w:t>
      </w:r>
    </w:p>
    <w:p w14:paraId="756A91E2" w14:textId="77777777" w:rsidR="00610A55" w:rsidRDefault="00610A55"/>
    <w:p w14:paraId="565A2B51" w14:textId="77777777" w:rsidR="003B3FFC" w:rsidRDefault="00000000">
      <w:r>
        <w:rPr>
          <w:b/>
        </w:rPr>
        <w:t>Possible Executive Session</w:t>
      </w:r>
    </w:p>
    <w:p w14:paraId="5C3C9CDD" w14:textId="77777777" w:rsidR="003B3FFC" w:rsidRDefault="00000000">
      <w:r>
        <w:t>Pursuant to 25 O.S. § 307(B)(1): Discussion of the employment, hiring, appointment, promotion, demotion, disciplining, or resignation of any individual salaried public officer or employee.</w:t>
      </w:r>
    </w:p>
    <w:p w14:paraId="1C5AAD58" w14:textId="7BB2114F" w:rsidR="003B3FFC" w:rsidRDefault="000834E2">
      <w:r>
        <w:t>1</w:t>
      </w:r>
      <w:r w:rsidR="00BF5291">
        <w:t>6</w:t>
      </w:r>
      <w:r>
        <w:t xml:space="preserve">. Discussion of </w:t>
      </w:r>
      <w:r w:rsidR="00610A55">
        <w:t xml:space="preserve">annual review and possible pay increase for </w:t>
      </w:r>
      <w:r>
        <w:t>Michael Headding.</w:t>
      </w:r>
    </w:p>
    <w:p w14:paraId="0A4F128F" w14:textId="63FFCD26" w:rsidR="000834E2" w:rsidRDefault="000834E2">
      <w:r>
        <w:t>1</w:t>
      </w:r>
      <w:r w:rsidR="00BF5291">
        <w:t>7</w:t>
      </w:r>
      <w:r>
        <w:t>. Discussion of annual review and possible pay increase for Ian Heck.</w:t>
      </w:r>
    </w:p>
    <w:p w14:paraId="6A2B8BC9" w14:textId="04306E8C" w:rsidR="0061688E" w:rsidRDefault="0061688E">
      <w:r>
        <w:t>1</w:t>
      </w:r>
      <w:r w:rsidR="00BF5291">
        <w:t>8</w:t>
      </w:r>
      <w:r>
        <w:t>. Discussion of annual review and possible pay increase for James Kuykendall (fire chief).</w:t>
      </w:r>
    </w:p>
    <w:p w14:paraId="563D5B8D" w14:textId="124C9597" w:rsidR="00610A55" w:rsidRDefault="00610A55">
      <w:r>
        <w:t>1</w:t>
      </w:r>
      <w:r w:rsidR="00BF5291">
        <w:t>9</w:t>
      </w:r>
      <w:r>
        <w:t>. Discussion of reconsideration of annual review and possible pay increase for Travis Barker.</w:t>
      </w:r>
    </w:p>
    <w:p w14:paraId="1035F92B" w14:textId="77777777" w:rsidR="003B3FFC" w:rsidRDefault="003B3FFC"/>
    <w:p w14:paraId="01A4A737" w14:textId="77777777" w:rsidR="003B3FFC" w:rsidRDefault="00000000">
      <w:r>
        <w:rPr>
          <w:b/>
        </w:rPr>
        <w:t>Open Session</w:t>
      </w:r>
    </w:p>
    <w:p w14:paraId="24AF8C20" w14:textId="3CFAA3CB" w:rsidR="003B3FFC" w:rsidRDefault="00BF5291">
      <w:r>
        <w:t>20</w:t>
      </w:r>
      <w:r w:rsidR="00000000">
        <w:t>. Discuss, consider, and take possible action on matters discussed in Executive Session.</w:t>
      </w:r>
    </w:p>
    <w:p w14:paraId="4F39FEFC" w14:textId="77777777" w:rsidR="00BF5291" w:rsidRDefault="00BF5291" w:rsidP="00BF5291">
      <w:r>
        <w:rPr>
          <w:b/>
        </w:rPr>
        <w:t>Possible Executive Session</w:t>
      </w:r>
    </w:p>
    <w:p w14:paraId="7630F528" w14:textId="17C5FB3E" w:rsidR="00BF5291" w:rsidRDefault="004C0CCC">
      <w:r>
        <w:t xml:space="preserve">Pursuant to </w:t>
      </w:r>
      <w:r>
        <w:t>25 O.S. § 307(B)(</w:t>
      </w:r>
      <w:r>
        <w:t>4</w:t>
      </w:r>
      <w:r>
        <w:t>):</w:t>
      </w:r>
      <w:r>
        <w:t xml:space="preserve"> “Confidential communications between a public body and its attorney concerning a pending investigation, claim, or action if the public body, with the advice of its attorney, determines that disclosure will seriously impair the ability of the public body to process the claim or conduct a pending investigation, litigation, or proceeding in the public interest.”</w:t>
      </w:r>
    </w:p>
    <w:p w14:paraId="76D9CE0E" w14:textId="77777777" w:rsidR="004C0CCC" w:rsidRDefault="004C0CCC" w:rsidP="004C0CCC">
      <w:r>
        <w:rPr>
          <w:b/>
        </w:rPr>
        <w:t>Open Session</w:t>
      </w:r>
    </w:p>
    <w:p w14:paraId="6FF721D5" w14:textId="09AF880B" w:rsidR="004C0CCC" w:rsidRDefault="004C0CCC">
      <w:r>
        <w:t>21. Discuss, consider, and take possible action on matters discussed in Executive Session.</w:t>
      </w:r>
    </w:p>
    <w:p w14:paraId="668DA512" w14:textId="77777777" w:rsidR="003B3FFC" w:rsidRDefault="00000000">
      <w:r>
        <w:rPr>
          <w:b/>
        </w:rPr>
        <w:t>Reports</w:t>
      </w:r>
    </w:p>
    <w:p w14:paraId="6302A1F1" w14:textId="77777777" w:rsidR="003B3FFC" w:rsidRDefault="00000000">
      <w:r>
        <w:lastRenderedPageBreak/>
        <w:t>Director’s Reports</w:t>
      </w:r>
    </w:p>
    <w:p w14:paraId="63995985" w14:textId="77777777" w:rsidR="003B3FFC" w:rsidRPr="00610A55" w:rsidRDefault="00000000">
      <w:pPr>
        <w:rPr>
          <w:bCs/>
        </w:rPr>
      </w:pPr>
      <w:r w:rsidRPr="00610A55">
        <w:rPr>
          <w:bCs/>
        </w:rPr>
        <w:t>Public Comments</w:t>
      </w:r>
    </w:p>
    <w:p w14:paraId="13D7DF36" w14:textId="77777777" w:rsidR="003B3FFC" w:rsidRDefault="00000000">
      <w:r>
        <w:t>Board Member Comments</w:t>
      </w:r>
    </w:p>
    <w:p w14:paraId="5BC78D10" w14:textId="77777777" w:rsidR="003B3FFC" w:rsidRPr="00610A55" w:rsidRDefault="00000000">
      <w:pPr>
        <w:rPr>
          <w:bCs/>
        </w:rPr>
      </w:pPr>
      <w:r w:rsidRPr="00610A55">
        <w:rPr>
          <w:bCs/>
        </w:rPr>
        <w:t>Adjournment</w:t>
      </w:r>
    </w:p>
    <w:sectPr w:rsidR="003B3FFC" w:rsidRPr="00610A55"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84895028">
    <w:abstractNumId w:val="8"/>
  </w:num>
  <w:num w:numId="2" w16cid:durableId="626398524">
    <w:abstractNumId w:val="6"/>
  </w:num>
  <w:num w:numId="3" w16cid:durableId="1549340560">
    <w:abstractNumId w:val="5"/>
  </w:num>
  <w:num w:numId="4" w16cid:durableId="1586300801">
    <w:abstractNumId w:val="4"/>
  </w:num>
  <w:num w:numId="5" w16cid:durableId="73285897">
    <w:abstractNumId w:val="7"/>
  </w:num>
  <w:num w:numId="6" w16cid:durableId="20979152">
    <w:abstractNumId w:val="3"/>
  </w:num>
  <w:num w:numId="7" w16cid:durableId="914171037">
    <w:abstractNumId w:val="2"/>
  </w:num>
  <w:num w:numId="8" w16cid:durableId="727269414">
    <w:abstractNumId w:val="1"/>
  </w:num>
  <w:num w:numId="9" w16cid:durableId="1119841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834E2"/>
    <w:rsid w:val="000B66DF"/>
    <w:rsid w:val="00105654"/>
    <w:rsid w:val="0015074B"/>
    <w:rsid w:val="001C3FC4"/>
    <w:rsid w:val="001D2EE1"/>
    <w:rsid w:val="0029639D"/>
    <w:rsid w:val="002B40E1"/>
    <w:rsid w:val="00303B7F"/>
    <w:rsid w:val="00326F90"/>
    <w:rsid w:val="003B3FFC"/>
    <w:rsid w:val="004C0CCC"/>
    <w:rsid w:val="0056223D"/>
    <w:rsid w:val="0056684A"/>
    <w:rsid w:val="005A06D4"/>
    <w:rsid w:val="00610A55"/>
    <w:rsid w:val="0061688E"/>
    <w:rsid w:val="00640855"/>
    <w:rsid w:val="00754302"/>
    <w:rsid w:val="007E24E9"/>
    <w:rsid w:val="008004C0"/>
    <w:rsid w:val="009630AA"/>
    <w:rsid w:val="00A25B29"/>
    <w:rsid w:val="00AA1D8D"/>
    <w:rsid w:val="00B47730"/>
    <w:rsid w:val="00B56C28"/>
    <w:rsid w:val="00BF5291"/>
    <w:rsid w:val="00C65F09"/>
    <w:rsid w:val="00C94752"/>
    <w:rsid w:val="00CB0664"/>
    <w:rsid w:val="00CD563A"/>
    <w:rsid w:val="00E500D0"/>
    <w:rsid w:val="00EA25B2"/>
    <w:rsid w:val="00FB6EC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EB1973"/>
  <w14:defaultImageDpi w14:val="300"/>
  <w15:docId w15:val="{085DD508-F51E-4B60-8695-C0125C51B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417</Words>
  <Characters>2220</Characters>
  <Application>Microsoft Office Word</Application>
  <DocSecurity>0</DocSecurity>
  <Lines>71</Lines>
  <Paragraphs>53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Michelle Bearden</cp:lastModifiedBy>
  <cp:revision>8</cp:revision>
  <cp:lastPrinted>2026-06-05T18:09:00Z</cp:lastPrinted>
  <dcterms:created xsi:type="dcterms:W3CDTF">2026-07-10T14:58:00Z</dcterms:created>
  <dcterms:modified xsi:type="dcterms:W3CDTF">2026-07-10T19:42:00Z</dcterms:modified>
  <cp:category/>
</cp:coreProperties>
</file>