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3CEE2" w14:textId="77777777" w:rsidR="000428F6" w:rsidRDefault="003B40B0">
      <w:pPr>
        <w:jc w:val="center"/>
      </w:pPr>
      <w:r>
        <w:rPr>
          <w:noProof/>
        </w:rPr>
        <w:drawing>
          <wp:inline distT="0" distB="0" distL="0" distR="0" wp14:anchorId="714AC5D7" wp14:editId="5C94B18E">
            <wp:extent cx="1143000" cy="92478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YSAAF Logo(3)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24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4AEAF" w14:textId="77777777" w:rsidR="000428F6" w:rsidRDefault="003B40B0">
      <w:pPr>
        <w:spacing w:after="0"/>
        <w:jc w:val="center"/>
      </w:pPr>
      <w:r>
        <w:rPr>
          <w:b/>
          <w:sz w:val="42"/>
        </w:rPr>
        <w:t>2027 ANNUAL CONVENTION</w:t>
      </w:r>
    </w:p>
    <w:p w14:paraId="727E4FB4" w14:textId="77777777" w:rsidR="000428F6" w:rsidRDefault="003B40B0">
      <w:pPr>
        <w:spacing w:after="160"/>
        <w:jc w:val="center"/>
      </w:pPr>
      <w:r>
        <w:rPr>
          <w:b/>
          <w:color w:val="198B63"/>
          <w:sz w:val="20"/>
        </w:rPr>
        <w:t xml:space="preserve">JANUARY 15–18, </w:t>
      </w:r>
      <w:proofErr w:type="gramStart"/>
      <w:r>
        <w:rPr>
          <w:b/>
          <w:color w:val="198B63"/>
          <w:sz w:val="20"/>
        </w:rPr>
        <w:t>2027  •</w:t>
      </w:r>
      <w:proofErr w:type="gramEnd"/>
      <w:r>
        <w:rPr>
          <w:b/>
          <w:color w:val="198B63"/>
          <w:sz w:val="20"/>
        </w:rPr>
        <w:t xml:space="preserve">  PROGRAM AT A GLANCE</w:t>
      </w:r>
    </w:p>
    <w:p w14:paraId="72C4AE50" w14:textId="77777777" w:rsidR="000428F6" w:rsidRDefault="003B40B0">
      <w:pPr>
        <w:spacing w:after="280"/>
        <w:jc w:val="center"/>
      </w:pPr>
      <w:proofErr w:type="gramStart"/>
      <w:r>
        <w:rPr>
          <w:color w:val="526273"/>
        </w:rPr>
        <w:t>Education  •</w:t>
      </w:r>
      <w:proofErr w:type="gramEnd"/>
      <w:r>
        <w:rPr>
          <w:color w:val="526273"/>
        </w:rPr>
        <w:t xml:space="preserve">  </w:t>
      </w:r>
      <w:proofErr w:type="gramStart"/>
      <w:r>
        <w:rPr>
          <w:color w:val="526273"/>
        </w:rPr>
        <w:t>Collaboration  •</w:t>
      </w:r>
      <w:proofErr w:type="gramEnd"/>
      <w:r>
        <w:rPr>
          <w:color w:val="526273"/>
        </w:rPr>
        <w:t xml:space="preserve">  Celebrating New York’s Fairs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0428F6" w14:paraId="448E42F6" w14:textId="77777777">
        <w:tc>
          <w:tcPr>
            <w:tcW w:w="4968" w:type="dxa"/>
            <w:shd w:val="clear" w:color="auto" w:fill="17324A"/>
            <w:vAlign w:val="center"/>
          </w:tcPr>
          <w:p w14:paraId="7E603210" w14:textId="77777777" w:rsidR="000428F6" w:rsidRDefault="003B40B0">
            <w:r>
              <w:rPr>
                <w:b/>
                <w:color w:val="FFFFFF"/>
                <w:sz w:val="24"/>
              </w:rPr>
              <w:t>FRIDAY</w:t>
            </w:r>
          </w:p>
        </w:tc>
        <w:tc>
          <w:tcPr>
            <w:tcW w:w="4968" w:type="dxa"/>
            <w:shd w:val="clear" w:color="auto" w:fill="17324A"/>
            <w:vAlign w:val="center"/>
          </w:tcPr>
          <w:p w14:paraId="4B6D8B85" w14:textId="77777777" w:rsidR="000428F6" w:rsidRDefault="003B40B0">
            <w:pPr>
              <w:jc w:val="right"/>
            </w:pPr>
            <w:r>
              <w:rPr>
                <w:b/>
                <w:color w:val="FFFFFF"/>
                <w:sz w:val="24"/>
              </w:rPr>
              <w:t>JAN 15</w:t>
            </w:r>
          </w:p>
        </w:tc>
      </w:tr>
    </w:tbl>
    <w:p w14:paraId="20ABA273" w14:textId="77777777" w:rsidR="000428F6" w:rsidRDefault="003B40B0">
      <w:pPr>
        <w:spacing w:before="80" w:after="180"/>
      </w:pPr>
      <w:r>
        <w:rPr>
          <w:color w:val="526273"/>
        </w:rPr>
        <w:t>Opening evening</w:t>
      </w:r>
    </w:p>
    <w:p w14:paraId="4591DD02" w14:textId="5C1BAC95" w:rsidR="0047076A" w:rsidRDefault="003B40B0" w:rsidP="0047076A">
      <w:pPr>
        <w:spacing w:after="80"/>
        <w:ind w:left="216" w:hanging="173"/>
        <w:rPr>
          <w:b/>
        </w:rPr>
      </w:pPr>
      <w:r>
        <w:rPr>
          <w:b/>
        </w:rPr>
        <w:t>•  YPI — Young Professionals Initiative</w:t>
      </w:r>
    </w:p>
    <w:p w14:paraId="4357A106" w14:textId="72D5EA36" w:rsidR="0047076A" w:rsidRPr="00DB650C" w:rsidRDefault="00DB650C" w:rsidP="0047076A">
      <w:pPr>
        <w:spacing w:after="80"/>
        <w:ind w:left="216" w:hanging="173"/>
        <w:rPr>
          <w:bCs/>
          <w:i/>
          <w:iCs/>
        </w:rPr>
      </w:pPr>
      <w:r w:rsidRPr="00DB650C">
        <w:rPr>
          <w:bCs/>
          <w:i/>
          <w:iCs/>
        </w:rPr>
        <w:t>President’s Reception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0428F6" w14:paraId="00269248" w14:textId="77777777">
        <w:tc>
          <w:tcPr>
            <w:tcW w:w="4968" w:type="dxa"/>
            <w:shd w:val="clear" w:color="auto" w:fill="17324A"/>
            <w:vAlign w:val="center"/>
          </w:tcPr>
          <w:p w14:paraId="21D25407" w14:textId="77777777" w:rsidR="000428F6" w:rsidRDefault="003B40B0">
            <w:r>
              <w:rPr>
                <w:b/>
                <w:color w:val="FFFFFF"/>
                <w:sz w:val="24"/>
              </w:rPr>
              <w:t>SATURDAY</w:t>
            </w:r>
          </w:p>
        </w:tc>
        <w:tc>
          <w:tcPr>
            <w:tcW w:w="4968" w:type="dxa"/>
            <w:shd w:val="clear" w:color="auto" w:fill="17324A"/>
            <w:vAlign w:val="center"/>
          </w:tcPr>
          <w:p w14:paraId="1CEE61B1" w14:textId="77777777" w:rsidR="000428F6" w:rsidRDefault="003B40B0">
            <w:pPr>
              <w:jc w:val="right"/>
            </w:pPr>
            <w:r>
              <w:rPr>
                <w:b/>
                <w:color w:val="FFFFFF"/>
                <w:sz w:val="24"/>
              </w:rPr>
              <w:t>JAN 16</w:t>
            </w:r>
          </w:p>
        </w:tc>
      </w:tr>
    </w:tbl>
    <w:p w14:paraId="62C67280" w14:textId="77777777" w:rsidR="000428F6" w:rsidRDefault="003B40B0">
      <w:pPr>
        <w:spacing w:before="80" w:after="180"/>
      </w:pPr>
      <w:r>
        <w:rPr>
          <w:color w:val="526273"/>
        </w:rPr>
        <w:t>Keynote, educational sessions and peer networking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36"/>
      </w:tblGrid>
      <w:tr w:rsidR="000428F6" w14:paraId="58250E4A" w14:textId="77777777">
        <w:tc>
          <w:tcPr>
            <w:tcW w:w="9936" w:type="dxa"/>
            <w:shd w:val="clear" w:color="auto" w:fill="E8F4EF"/>
          </w:tcPr>
          <w:p w14:paraId="722387FE" w14:textId="77777777" w:rsidR="000428F6" w:rsidRDefault="003B40B0">
            <w:r>
              <w:rPr>
                <w:b/>
                <w:sz w:val="20"/>
              </w:rPr>
              <w:t>KEYNOTE SPEAKER   Eddie Slowikowski</w:t>
            </w:r>
            <w:r>
              <w:rPr>
                <w:b/>
                <w:sz w:val="20"/>
              </w:rPr>
              <w:br/>
              <w:t xml:space="preserve">Featured keynote </w:t>
            </w:r>
            <w:proofErr w:type="gramStart"/>
            <w:r>
              <w:rPr>
                <w:b/>
                <w:sz w:val="20"/>
              </w:rPr>
              <w:t>presentation  •</w:t>
            </w:r>
            <w:proofErr w:type="gramEnd"/>
            <w:r>
              <w:rPr>
                <w:b/>
                <w:sz w:val="20"/>
              </w:rPr>
              <w:t xml:space="preserve">  eddiespeak.com</w:t>
            </w:r>
          </w:p>
        </w:tc>
      </w:tr>
    </w:tbl>
    <w:p w14:paraId="20A1FFD5" w14:textId="77777777" w:rsidR="000428F6" w:rsidRDefault="000428F6">
      <w:pPr>
        <w:spacing w:after="40"/>
      </w:pPr>
    </w:p>
    <w:p w14:paraId="01E044C8" w14:textId="77777777" w:rsidR="000428F6" w:rsidRDefault="003B40B0">
      <w:pPr>
        <w:spacing w:before="120" w:after="80"/>
      </w:pPr>
      <w:r>
        <w:rPr>
          <w:b/>
          <w:color w:val="198B63"/>
        </w:rPr>
        <w:t>BREAKOUT SESSIONS &amp; LEARNING OPPORTUNITIES</w:t>
      </w:r>
    </w:p>
    <w:p w14:paraId="13BB5B31" w14:textId="77777777" w:rsidR="000428F6" w:rsidRDefault="003B40B0">
      <w:pPr>
        <w:spacing w:after="80"/>
        <w:ind w:left="216" w:hanging="173"/>
      </w:pPr>
      <w:r>
        <w:rPr>
          <w:b/>
        </w:rPr>
        <w:t xml:space="preserve">•  Modernizing Fair Navigation &amp; More (QR </w:t>
      </w:r>
      <w:proofErr w:type="gramStart"/>
      <w:r>
        <w:rPr>
          <w:b/>
        </w:rPr>
        <w:t>Codes)</w:t>
      </w:r>
      <w:r>
        <w:rPr>
          <w:i/>
          <w:color w:val="526273"/>
          <w:sz w:val="16"/>
        </w:rPr>
        <w:t xml:space="preserve">  |</w:t>
      </w:r>
      <w:proofErr w:type="gramEnd"/>
      <w:r>
        <w:rPr>
          <w:i/>
          <w:color w:val="526273"/>
          <w:sz w:val="16"/>
        </w:rPr>
        <w:t xml:space="preserve">  Carly Reyna, Schaghticoke Fair</w:t>
      </w:r>
    </w:p>
    <w:p w14:paraId="15A61290" w14:textId="77777777" w:rsidR="000428F6" w:rsidRDefault="003B40B0">
      <w:pPr>
        <w:spacing w:after="80"/>
        <w:ind w:left="216" w:hanging="173"/>
      </w:pPr>
      <w:r>
        <w:rPr>
          <w:b/>
        </w:rPr>
        <w:t xml:space="preserve">•  Form 990s: What You Need to Know Before You </w:t>
      </w:r>
      <w:proofErr w:type="gramStart"/>
      <w:r>
        <w:rPr>
          <w:b/>
        </w:rPr>
        <w:t>File</w:t>
      </w:r>
      <w:r>
        <w:rPr>
          <w:i/>
          <w:color w:val="526273"/>
          <w:sz w:val="16"/>
        </w:rPr>
        <w:t xml:space="preserve">  |</w:t>
      </w:r>
      <w:proofErr w:type="gramEnd"/>
      <w:r>
        <w:rPr>
          <w:i/>
          <w:color w:val="526273"/>
          <w:sz w:val="16"/>
        </w:rPr>
        <w:t xml:space="preserve">  Kim Skoczylas, Erie County Fair</w:t>
      </w:r>
    </w:p>
    <w:p w14:paraId="1F22EBCA" w14:textId="77777777" w:rsidR="000428F6" w:rsidRDefault="003B40B0">
      <w:pPr>
        <w:spacing w:after="80"/>
        <w:ind w:left="216" w:hanging="173"/>
      </w:pPr>
      <w:r>
        <w:rPr>
          <w:b/>
        </w:rPr>
        <w:t xml:space="preserve">•  Safety &amp; Security </w:t>
      </w:r>
      <w:proofErr w:type="gramStart"/>
      <w:r>
        <w:rPr>
          <w:b/>
        </w:rPr>
        <w:t>Session</w:t>
      </w:r>
      <w:r>
        <w:rPr>
          <w:i/>
          <w:color w:val="526273"/>
          <w:sz w:val="16"/>
        </w:rPr>
        <w:t xml:space="preserve">  |</w:t>
      </w:r>
      <w:proofErr w:type="gramEnd"/>
      <w:r>
        <w:rPr>
          <w:i/>
          <w:color w:val="526273"/>
          <w:sz w:val="16"/>
        </w:rPr>
        <w:t xml:space="preserve">  NYS Agriculture &amp; Markets and Homeland Security staff</w:t>
      </w:r>
    </w:p>
    <w:p w14:paraId="19BC772E" w14:textId="77777777" w:rsidR="000428F6" w:rsidRDefault="003B40B0">
      <w:pPr>
        <w:spacing w:after="80"/>
        <w:ind w:left="216" w:hanging="173"/>
      </w:pPr>
      <w:r>
        <w:rPr>
          <w:b/>
        </w:rPr>
        <w:t>•  Ag Awareness Project Panel</w:t>
      </w:r>
    </w:p>
    <w:p w14:paraId="6E34EE88" w14:textId="77777777" w:rsidR="000428F6" w:rsidRDefault="003B40B0">
      <w:pPr>
        <w:spacing w:after="80"/>
        <w:ind w:left="216" w:hanging="173"/>
      </w:pPr>
      <w:r>
        <w:rPr>
          <w:b/>
        </w:rPr>
        <w:t>•  NYS SIRES &amp; Stakes</w:t>
      </w:r>
    </w:p>
    <w:p w14:paraId="7FAFDAE7" w14:textId="77777777" w:rsidR="000428F6" w:rsidRDefault="003B40B0">
      <w:pPr>
        <w:spacing w:after="80"/>
        <w:ind w:left="216" w:hanging="173"/>
      </w:pPr>
      <w:r>
        <w:rPr>
          <w:b/>
        </w:rPr>
        <w:t xml:space="preserve">•  Fair History — Part </w:t>
      </w:r>
      <w:proofErr w:type="gramStart"/>
      <w:r>
        <w:rPr>
          <w:b/>
        </w:rPr>
        <w:t>1</w:t>
      </w:r>
      <w:r>
        <w:rPr>
          <w:i/>
          <w:color w:val="526273"/>
          <w:sz w:val="16"/>
        </w:rPr>
        <w:t xml:space="preserve">  |</w:t>
      </w:r>
      <w:proofErr w:type="gramEnd"/>
      <w:r>
        <w:rPr>
          <w:i/>
          <w:color w:val="526273"/>
          <w:sz w:val="16"/>
        </w:rPr>
        <w:t xml:space="preserve">  Carl Trainor</w:t>
      </w:r>
    </w:p>
    <w:p w14:paraId="186DC7BB" w14:textId="77777777" w:rsidR="000428F6" w:rsidRDefault="003B40B0">
      <w:pPr>
        <w:spacing w:after="80"/>
        <w:ind w:left="216" w:hanging="173"/>
      </w:pPr>
      <w:r>
        <w:rPr>
          <w:b/>
        </w:rPr>
        <w:t>•  Whole Group Networking Session</w:t>
      </w:r>
    </w:p>
    <w:p w14:paraId="4694157E" w14:textId="77777777" w:rsidR="000428F6" w:rsidRDefault="003B40B0">
      <w:pPr>
        <w:spacing w:after="80"/>
        <w:ind w:left="216" w:hanging="173"/>
      </w:pPr>
      <w:r>
        <w:rPr>
          <w:b/>
        </w:rPr>
        <w:t>•  Fair Jeopardy</w:t>
      </w:r>
    </w:p>
    <w:p w14:paraId="3A096455" w14:textId="77777777" w:rsidR="000428F6" w:rsidRDefault="003B40B0">
      <w:pPr>
        <w:spacing w:after="80"/>
        <w:ind w:left="216" w:hanging="173"/>
      </w:pPr>
      <w:r>
        <w:rPr>
          <w:b/>
        </w:rPr>
        <w:t xml:space="preserve">•  Agriculture &amp; Markets Grants with Fair </w:t>
      </w:r>
      <w:proofErr w:type="gramStart"/>
      <w:r>
        <w:rPr>
          <w:b/>
        </w:rPr>
        <w:t>Examples</w:t>
      </w:r>
      <w:r>
        <w:rPr>
          <w:i/>
          <w:color w:val="526273"/>
          <w:sz w:val="16"/>
        </w:rPr>
        <w:t xml:space="preserve">  |</w:t>
      </w:r>
      <w:proofErr w:type="gramEnd"/>
      <w:r>
        <w:rPr>
          <w:i/>
          <w:color w:val="526273"/>
          <w:sz w:val="16"/>
        </w:rPr>
        <w:t xml:space="preserve">  Kathryn Davis, Susan Aldger, Boonville Oneida County Fair; additional presenters being explored</w:t>
      </w:r>
    </w:p>
    <w:p w14:paraId="155AD764" w14:textId="77777777" w:rsidR="000428F6" w:rsidRDefault="003B40B0">
      <w:pPr>
        <w:spacing w:after="80"/>
        <w:ind w:left="216" w:hanging="173"/>
      </w:pPr>
      <w:r>
        <w:rPr>
          <w:b/>
        </w:rPr>
        <w:t>•  The Great NYS Fair Documentary Showing</w:t>
      </w:r>
    </w:p>
    <w:p w14:paraId="5905C7E1" w14:textId="77777777" w:rsidR="000428F6" w:rsidRDefault="003B40B0">
      <w:pPr>
        <w:spacing w:before="120" w:after="80"/>
      </w:pPr>
      <w:r>
        <w:rPr>
          <w:b/>
          <w:color w:val="198B63"/>
        </w:rPr>
        <w:t>FAIR EXCHANGE | FACILITATED CONVERSATIONS</w:t>
      </w:r>
    </w:p>
    <w:p w14:paraId="4DD1F78D" w14:textId="77777777" w:rsidR="000428F6" w:rsidRDefault="003B40B0">
      <w:pPr>
        <w:spacing w:after="100"/>
      </w:pPr>
      <w:r>
        <w:rPr>
          <w:color w:val="526273"/>
          <w:sz w:val="16"/>
        </w:rPr>
        <w:t>A casual, open-house space to share ideas, ask questions and connect with experienced fair professionals.</w:t>
      </w:r>
    </w:p>
    <w:p w14:paraId="0B12BCE2" w14:textId="77777777" w:rsidR="000428F6" w:rsidRDefault="003B40B0">
      <w:pPr>
        <w:spacing w:after="80"/>
        <w:ind w:left="216" w:hanging="173"/>
      </w:pPr>
      <w:r>
        <w:rPr>
          <w:b/>
        </w:rPr>
        <w:t xml:space="preserve">•  </w:t>
      </w:r>
      <w:proofErr w:type="gramStart"/>
      <w:r>
        <w:rPr>
          <w:b/>
        </w:rPr>
        <w:t>Vendors</w:t>
      </w:r>
      <w:r>
        <w:rPr>
          <w:i/>
          <w:color w:val="526273"/>
          <w:sz w:val="16"/>
        </w:rPr>
        <w:t xml:space="preserve">  |</w:t>
      </w:r>
      <w:proofErr w:type="gramEnd"/>
      <w:r>
        <w:rPr>
          <w:i/>
          <w:color w:val="526273"/>
          <w:sz w:val="16"/>
        </w:rPr>
        <w:t xml:space="preserve">  Jenny Lang</w:t>
      </w:r>
    </w:p>
    <w:p w14:paraId="68E4E9B7" w14:textId="77777777" w:rsidR="000428F6" w:rsidRDefault="003B40B0">
      <w:pPr>
        <w:spacing w:after="80"/>
        <w:ind w:left="216" w:hanging="173"/>
      </w:pPr>
      <w:r>
        <w:rPr>
          <w:b/>
        </w:rPr>
        <w:t xml:space="preserve">•  </w:t>
      </w:r>
      <w:proofErr w:type="gramStart"/>
      <w:r>
        <w:rPr>
          <w:b/>
        </w:rPr>
        <w:t>Sponsorship</w:t>
      </w:r>
      <w:r>
        <w:rPr>
          <w:i/>
          <w:color w:val="526273"/>
          <w:sz w:val="16"/>
        </w:rPr>
        <w:t xml:space="preserve">  |</w:t>
      </w:r>
      <w:proofErr w:type="gramEnd"/>
      <w:r>
        <w:rPr>
          <w:i/>
          <w:color w:val="526273"/>
          <w:sz w:val="16"/>
        </w:rPr>
        <w:t xml:space="preserve">  Sarah Jean Hamilton</w:t>
      </w:r>
    </w:p>
    <w:p w14:paraId="30E6F37D" w14:textId="77777777" w:rsidR="000428F6" w:rsidRDefault="003B40B0">
      <w:pPr>
        <w:spacing w:after="80"/>
        <w:ind w:left="216" w:hanging="173"/>
      </w:pPr>
      <w:r>
        <w:rPr>
          <w:b/>
        </w:rPr>
        <w:t xml:space="preserve">•  Ag &amp; Markets Grant </w:t>
      </w:r>
      <w:proofErr w:type="gramStart"/>
      <w:r>
        <w:rPr>
          <w:b/>
        </w:rPr>
        <w:t>Paperwork</w:t>
      </w:r>
      <w:r>
        <w:rPr>
          <w:i/>
          <w:color w:val="526273"/>
          <w:sz w:val="16"/>
        </w:rPr>
        <w:t xml:space="preserve">  |</w:t>
      </w:r>
      <w:proofErr w:type="gramEnd"/>
      <w:r>
        <w:rPr>
          <w:i/>
          <w:color w:val="526273"/>
          <w:sz w:val="16"/>
        </w:rPr>
        <w:t xml:space="preserve">  Kathryn Davis; Pat Canaday, Altamont Fair; Kim Skoczylas, Erie County Fair</w:t>
      </w:r>
    </w:p>
    <w:p w14:paraId="6357E49F" w14:textId="5B525914" w:rsidR="00DB650C" w:rsidRDefault="003B40B0" w:rsidP="00DB650C">
      <w:pPr>
        <w:spacing w:after="80"/>
        <w:ind w:left="216" w:hanging="173"/>
        <w:rPr>
          <w:i/>
          <w:color w:val="526273"/>
          <w:sz w:val="16"/>
        </w:rPr>
      </w:pPr>
      <w:r>
        <w:rPr>
          <w:b/>
        </w:rPr>
        <w:t xml:space="preserve">•  Junior Fair </w:t>
      </w:r>
      <w:proofErr w:type="gramStart"/>
      <w:r>
        <w:rPr>
          <w:b/>
        </w:rPr>
        <w:t>Board</w:t>
      </w:r>
      <w:r>
        <w:rPr>
          <w:i/>
          <w:color w:val="526273"/>
          <w:sz w:val="16"/>
        </w:rPr>
        <w:t xml:space="preserve">  |</w:t>
      </w:r>
      <w:proofErr w:type="gramEnd"/>
      <w:r>
        <w:rPr>
          <w:i/>
          <w:color w:val="526273"/>
          <w:sz w:val="16"/>
        </w:rPr>
        <w:t xml:space="preserve">  Rachel Lisk</w:t>
      </w:r>
    </w:p>
    <w:p w14:paraId="758BC48E" w14:textId="77777777" w:rsidR="00DB650C" w:rsidRDefault="00DB650C" w:rsidP="00DB650C">
      <w:pPr>
        <w:spacing w:after="80"/>
        <w:ind w:left="216" w:hanging="173"/>
        <w:rPr>
          <w:i/>
          <w:color w:val="526273"/>
          <w:sz w:val="16"/>
        </w:rPr>
      </w:pPr>
    </w:p>
    <w:p w14:paraId="30B8EFBB" w14:textId="4DDED2EC" w:rsidR="00DB650C" w:rsidRPr="00DB650C" w:rsidRDefault="00DB650C" w:rsidP="00DB650C">
      <w:pPr>
        <w:spacing w:after="80"/>
        <w:ind w:left="216" w:hanging="173"/>
        <w:rPr>
          <w:bCs/>
          <w:i/>
          <w:iCs/>
          <w:color w:val="526273"/>
          <w:sz w:val="16"/>
        </w:rPr>
      </w:pPr>
      <w:r w:rsidRPr="00DB650C">
        <w:rPr>
          <w:bCs/>
          <w:i/>
          <w:iCs/>
        </w:rPr>
        <w:t>Showcase and Scholarship Auction</w:t>
      </w:r>
    </w:p>
    <w:p w14:paraId="188C8F08" w14:textId="77777777" w:rsidR="00DB650C" w:rsidRDefault="00DB650C">
      <w:pPr>
        <w:spacing w:after="80"/>
        <w:ind w:left="216" w:hanging="173"/>
      </w:pPr>
    </w:p>
    <w:p w14:paraId="5707F056" w14:textId="77777777" w:rsidR="000428F6" w:rsidRDefault="003B40B0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0428F6" w14:paraId="4F3A84B8" w14:textId="77777777">
        <w:tc>
          <w:tcPr>
            <w:tcW w:w="4968" w:type="dxa"/>
            <w:shd w:val="clear" w:color="auto" w:fill="17324A"/>
            <w:vAlign w:val="center"/>
          </w:tcPr>
          <w:p w14:paraId="669C0A4D" w14:textId="77777777" w:rsidR="000428F6" w:rsidRDefault="003B40B0">
            <w:r>
              <w:rPr>
                <w:b/>
                <w:color w:val="FFFFFF"/>
                <w:sz w:val="24"/>
              </w:rPr>
              <w:lastRenderedPageBreak/>
              <w:t>SUNDAY</w:t>
            </w:r>
          </w:p>
        </w:tc>
        <w:tc>
          <w:tcPr>
            <w:tcW w:w="4968" w:type="dxa"/>
            <w:shd w:val="clear" w:color="auto" w:fill="17324A"/>
            <w:vAlign w:val="center"/>
          </w:tcPr>
          <w:p w14:paraId="0B441DDE" w14:textId="77777777" w:rsidR="000428F6" w:rsidRDefault="003B40B0">
            <w:pPr>
              <w:jc w:val="right"/>
            </w:pPr>
            <w:r>
              <w:rPr>
                <w:b/>
                <w:color w:val="FFFFFF"/>
                <w:sz w:val="24"/>
              </w:rPr>
              <w:t>JAN 17</w:t>
            </w:r>
          </w:p>
        </w:tc>
      </w:tr>
    </w:tbl>
    <w:p w14:paraId="13027418" w14:textId="77777777" w:rsidR="000428F6" w:rsidRDefault="003B40B0">
      <w:pPr>
        <w:spacing w:before="80" w:after="180"/>
      </w:pPr>
      <w:r>
        <w:rPr>
          <w:color w:val="526273"/>
        </w:rPr>
        <w:t>Leadership, fair operations and industry insights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36"/>
      </w:tblGrid>
      <w:tr w:rsidR="000428F6" w14:paraId="22E1CAF6" w14:textId="77777777">
        <w:tc>
          <w:tcPr>
            <w:tcW w:w="9936" w:type="dxa"/>
            <w:shd w:val="clear" w:color="auto" w:fill="E8F4EF"/>
          </w:tcPr>
          <w:p w14:paraId="602C69C0" w14:textId="77777777" w:rsidR="000428F6" w:rsidRDefault="003B40B0">
            <w:r>
              <w:rPr>
                <w:b/>
                <w:sz w:val="20"/>
              </w:rPr>
              <w:t>KEYNOTE SPEAKER   Jeremy Parsons</w:t>
            </w:r>
            <w:r>
              <w:rPr>
                <w:b/>
                <w:sz w:val="20"/>
              </w:rPr>
              <w:br/>
              <w:t>CEO, Iowa State Fair</w:t>
            </w:r>
          </w:p>
        </w:tc>
      </w:tr>
    </w:tbl>
    <w:p w14:paraId="4B33FB89" w14:textId="77777777" w:rsidR="000428F6" w:rsidRDefault="000428F6">
      <w:pPr>
        <w:spacing w:after="40"/>
      </w:pPr>
    </w:p>
    <w:p w14:paraId="24458B24" w14:textId="77777777" w:rsidR="000428F6" w:rsidRDefault="003B40B0">
      <w:pPr>
        <w:spacing w:before="120" w:after="80"/>
      </w:pPr>
      <w:r>
        <w:rPr>
          <w:b/>
          <w:color w:val="198B63"/>
        </w:rPr>
        <w:t>BREAKOUT SESSIONS</w:t>
      </w:r>
    </w:p>
    <w:p w14:paraId="1AF7ABC9" w14:textId="77777777" w:rsidR="000428F6" w:rsidRDefault="003B40B0">
      <w:pPr>
        <w:spacing w:after="80"/>
        <w:ind w:left="216" w:hanging="173"/>
      </w:pPr>
      <w:r>
        <w:rPr>
          <w:b/>
        </w:rPr>
        <w:t xml:space="preserve">•  Turning Your Board into a </w:t>
      </w:r>
      <w:proofErr w:type="gramStart"/>
      <w:r>
        <w:rPr>
          <w:b/>
        </w:rPr>
        <w:t>Team</w:t>
      </w:r>
      <w:r>
        <w:rPr>
          <w:i/>
          <w:color w:val="526273"/>
          <w:sz w:val="16"/>
        </w:rPr>
        <w:t xml:space="preserve">  |</w:t>
      </w:r>
      <w:proofErr w:type="gramEnd"/>
      <w:r>
        <w:rPr>
          <w:i/>
          <w:color w:val="526273"/>
          <w:sz w:val="16"/>
        </w:rPr>
        <w:t xml:space="preserve">  Jeremy Parsons, Iowa State Fair CEO</w:t>
      </w:r>
    </w:p>
    <w:p w14:paraId="2A861157" w14:textId="77777777" w:rsidR="000428F6" w:rsidRDefault="003B40B0">
      <w:pPr>
        <w:spacing w:after="80"/>
        <w:ind w:left="216" w:hanging="173"/>
      </w:pPr>
      <w:r>
        <w:rPr>
          <w:b/>
        </w:rPr>
        <w:t xml:space="preserve">•  Fair History — Part </w:t>
      </w:r>
      <w:proofErr w:type="gramStart"/>
      <w:r>
        <w:rPr>
          <w:b/>
        </w:rPr>
        <w:t>2</w:t>
      </w:r>
      <w:r>
        <w:rPr>
          <w:i/>
          <w:color w:val="526273"/>
          <w:sz w:val="16"/>
        </w:rPr>
        <w:t xml:space="preserve">  |</w:t>
      </w:r>
      <w:proofErr w:type="gramEnd"/>
      <w:r>
        <w:rPr>
          <w:i/>
          <w:color w:val="526273"/>
          <w:sz w:val="16"/>
        </w:rPr>
        <w:t xml:space="preserve">  Carl Trainor</w:t>
      </w:r>
    </w:p>
    <w:p w14:paraId="74540FD8" w14:textId="77777777" w:rsidR="000428F6" w:rsidRDefault="003B40B0">
      <w:pPr>
        <w:spacing w:after="80"/>
        <w:ind w:left="216" w:hanging="173"/>
      </w:pPr>
      <w:r>
        <w:rPr>
          <w:b/>
        </w:rPr>
        <w:t xml:space="preserve">•  Read to Win and Other IAFE </w:t>
      </w:r>
      <w:proofErr w:type="gramStart"/>
      <w:r>
        <w:rPr>
          <w:b/>
        </w:rPr>
        <w:t>Benefits</w:t>
      </w:r>
      <w:r>
        <w:rPr>
          <w:i/>
          <w:color w:val="526273"/>
          <w:sz w:val="16"/>
        </w:rPr>
        <w:t xml:space="preserve">  |</w:t>
      </w:r>
      <w:proofErr w:type="gramEnd"/>
      <w:r>
        <w:rPr>
          <w:i/>
          <w:color w:val="526273"/>
          <w:sz w:val="16"/>
        </w:rPr>
        <w:t xml:space="preserve">  Dara Kapaski, Ulster County Fair; Sarah Jean Hamilton, Wayne County Fair</w:t>
      </w:r>
    </w:p>
    <w:p w14:paraId="57F0B81F" w14:textId="77777777" w:rsidR="000428F6" w:rsidRDefault="003B40B0">
      <w:pPr>
        <w:spacing w:after="80"/>
        <w:ind w:left="216" w:hanging="173"/>
      </w:pPr>
      <w:r>
        <w:rPr>
          <w:b/>
        </w:rPr>
        <w:t xml:space="preserve">•  4-H Education at Your </w:t>
      </w:r>
      <w:proofErr w:type="gramStart"/>
      <w:r>
        <w:rPr>
          <w:b/>
        </w:rPr>
        <w:t>Fair</w:t>
      </w:r>
      <w:r>
        <w:rPr>
          <w:i/>
          <w:color w:val="526273"/>
          <w:sz w:val="16"/>
        </w:rPr>
        <w:t xml:space="preserve">  |</w:t>
      </w:r>
      <w:proofErr w:type="gramEnd"/>
      <w:r>
        <w:rPr>
          <w:i/>
          <w:color w:val="526273"/>
          <w:sz w:val="16"/>
        </w:rPr>
        <w:t xml:space="preserve">  CCE staff from Madison, Ulster and Jefferson counties</w:t>
      </w:r>
    </w:p>
    <w:p w14:paraId="48D45168" w14:textId="77777777" w:rsidR="000428F6" w:rsidRDefault="003B40B0">
      <w:pPr>
        <w:spacing w:after="80"/>
        <w:ind w:left="216" w:hanging="173"/>
      </w:pPr>
      <w:r>
        <w:rPr>
          <w:b/>
        </w:rPr>
        <w:t xml:space="preserve">•  NYS Fair Changes from Start to </w:t>
      </w:r>
      <w:proofErr w:type="gramStart"/>
      <w:r>
        <w:rPr>
          <w:b/>
        </w:rPr>
        <w:t>Finish</w:t>
      </w:r>
      <w:r>
        <w:rPr>
          <w:i/>
          <w:color w:val="526273"/>
          <w:sz w:val="16"/>
        </w:rPr>
        <w:t xml:space="preserve">  |</w:t>
      </w:r>
      <w:proofErr w:type="gramEnd"/>
      <w:r>
        <w:rPr>
          <w:i/>
          <w:color w:val="526273"/>
          <w:sz w:val="16"/>
        </w:rPr>
        <w:t xml:space="preserve">  Julie LaFave and NYS Fair staff</w:t>
      </w:r>
    </w:p>
    <w:p w14:paraId="1443DBF3" w14:textId="77777777" w:rsidR="000428F6" w:rsidRDefault="003B40B0">
      <w:pPr>
        <w:spacing w:after="80"/>
        <w:ind w:left="216" w:hanging="173"/>
      </w:pPr>
      <w:r>
        <w:rPr>
          <w:b/>
        </w:rPr>
        <w:t xml:space="preserve">•  Master Plans for Your </w:t>
      </w:r>
      <w:proofErr w:type="gramStart"/>
      <w:r>
        <w:rPr>
          <w:b/>
        </w:rPr>
        <w:t>Fairgrounds</w:t>
      </w:r>
      <w:r>
        <w:rPr>
          <w:i/>
          <w:color w:val="526273"/>
          <w:sz w:val="16"/>
        </w:rPr>
        <w:t xml:space="preserve">  |</w:t>
      </w:r>
      <w:proofErr w:type="gramEnd"/>
      <w:r>
        <w:rPr>
          <w:i/>
          <w:color w:val="526273"/>
          <w:sz w:val="16"/>
        </w:rPr>
        <w:t xml:space="preserve">  Andy Imperati, Dutchess County Fair; Jeremy Dean, Delaware County Fair</w:t>
      </w:r>
    </w:p>
    <w:p w14:paraId="196193FC" w14:textId="24D4CEBB" w:rsidR="00DB650C" w:rsidRDefault="003B40B0" w:rsidP="00DB650C">
      <w:pPr>
        <w:spacing w:after="80"/>
        <w:ind w:left="216" w:hanging="173"/>
        <w:rPr>
          <w:b/>
        </w:rPr>
      </w:pPr>
      <w:r>
        <w:rPr>
          <w:b/>
        </w:rPr>
        <w:t>•  District Meetings</w:t>
      </w:r>
    </w:p>
    <w:p w14:paraId="4629F4AB" w14:textId="77777777" w:rsidR="00DB650C" w:rsidRPr="00DB650C" w:rsidRDefault="00DB650C" w:rsidP="00DB650C">
      <w:pPr>
        <w:spacing w:after="80"/>
        <w:ind w:left="216" w:hanging="173"/>
      </w:pPr>
    </w:p>
    <w:p w14:paraId="2E256FB3" w14:textId="0FE313FC" w:rsidR="000428F6" w:rsidRDefault="00DB650C" w:rsidP="00DB650C">
      <w:pPr>
        <w:spacing w:before="80" w:after="180"/>
      </w:pPr>
      <w:r>
        <w:rPr>
          <w:color w:val="526273"/>
        </w:rPr>
        <w:t>Banquet followed by Showpeople’s Party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0428F6" w14:paraId="3DAD9E32" w14:textId="77777777">
        <w:tc>
          <w:tcPr>
            <w:tcW w:w="4968" w:type="dxa"/>
            <w:shd w:val="clear" w:color="auto" w:fill="17324A"/>
            <w:vAlign w:val="center"/>
          </w:tcPr>
          <w:p w14:paraId="6D3AF0E1" w14:textId="77777777" w:rsidR="000428F6" w:rsidRDefault="003B40B0">
            <w:r>
              <w:rPr>
                <w:b/>
                <w:color w:val="FFFFFF"/>
                <w:sz w:val="24"/>
              </w:rPr>
              <w:t>MONDAY</w:t>
            </w:r>
          </w:p>
        </w:tc>
        <w:tc>
          <w:tcPr>
            <w:tcW w:w="4968" w:type="dxa"/>
            <w:shd w:val="clear" w:color="auto" w:fill="17324A"/>
            <w:vAlign w:val="center"/>
          </w:tcPr>
          <w:p w14:paraId="0937D330" w14:textId="77777777" w:rsidR="000428F6" w:rsidRDefault="003B40B0">
            <w:pPr>
              <w:jc w:val="right"/>
            </w:pPr>
            <w:r>
              <w:rPr>
                <w:b/>
                <w:color w:val="FFFFFF"/>
                <w:sz w:val="24"/>
              </w:rPr>
              <w:t>JAN 18</w:t>
            </w:r>
          </w:p>
        </w:tc>
      </w:tr>
    </w:tbl>
    <w:p w14:paraId="2036B1EC" w14:textId="77777777" w:rsidR="00DB650C" w:rsidRDefault="00DB650C" w:rsidP="00DB650C">
      <w:pPr>
        <w:spacing w:after="80"/>
        <w:rPr>
          <w:b/>
        </w:rPr>
      </w:pPr>
    </w:p>
    <w:p w14:paraId="741616EB" w14:textId="22FEB371" w:rsidR="000428F6" w:rsidRDefault="003B40B0" w:rsidP="00DB650C">
      <w:pPr>
        <w:spacing w:after="80"/>
      </w:pPr>
      <w:r>
        <w:rPr>
          <w:b/>
        </w:rPr>
        <w:t>Orientation</w:t>
      </w:r>
      <w:r w:rsidR="000A2130">
        <w:rPr>
          <w:b/>
        </w:rPr>
        <w:t xml:space="preserve"> for Executive Committee and Board of Directors</w:t>
      </w:r>
    </w:p>
    <w:p w14:paraId="0E7A38A6" w14:textId="77777777" w:rsidR="000428F6" w:rsidRDefault="000428F6">
      <w:pPr>
        <w:spacing w:after="280"/>
      </w:pPr>
    </w:p>
    <w:p w14:paraId="6E4A19CE" w14:textId="77777777" w:rsidR="000428F6" w:rsidRDefault="003B40B0" w:rsidP="000A2130">
      <w:pPr>
        <w:spacing w:after="120"/>
        <w:jc w:val="center"/>
      </w:pPr>
      <w:r>
        <w:rPr>
          <w:color w:val="526273"/>
        </w:rPr>
        <w:t>Session times, room assignments and additional convention details will be announced as planning continues.</w:t>
      </w:r>
    </w:p>
    <w:p w14:paraId="2BCCF7CA" w14:textId="77777777" w:rsidR="000428F6" w:rsidRDefault="003B40B0" w:rsidP="000A2130">
      <w:pPr>
        <w:spacing w:after="80"/>
        <w:jc w:val="center"/>
      </w:pPr>
      <w:r>
        <w:rPr>
          <w:b/>
          <w:color w:val="198B63"/>
        </w:rPr>
        <w:t xml:space="preserve">DRAFT </w:t>
      </w:r>
      <w:proofErr w:type="gramStart"/>
      <w:r>
        <w:rPr>
          <w:b/>
          <w:color w:val="198B63"/>
        </w:rPr>
        <w:t>PROGRAM  •</w:t>
      </w:r>
      <w:proofErr w:type="gramEnd"/>
      <w:r>
        <w:rPr>
          <w:b/>
          <w:color w:val="198B63"/>
        </w:rPr>
        <w:t xml:space="preserve">  SUBJECT TO CHANGE</w:t>
      </w:r>
    </w:p>
    <w:sectPr w:rsidR="000428F6" w:rsidSect="00034616">
      <w:headerReference w:type="default" r:id="rId9"/>
      <w:footerReference w:type="default" r:id="rId10"/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33DC7" w14:textId="77777777" w:rsidR="003B40B0" w:rsidRDefault="003B40B0">
      <w:pPr>
        <w:spacing w:after="0" w:line="240" w:lineRule="auto"/>
      </w:pPr>
      <w:r>
        <w:separator/>
      </w:r>
    </w:p>
  </w:endnote>
  <w:endnote w:type="continuationSeparator" w:id="0">
    <w:p w14:paraId="349AE8A0" w14:textId="77777777" w:rsidR="003B40B0" w:rsidRDefault="003B4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55E5F" w14:textId="77777777" w:rsidR="000428F6" w:rsidRDefault="003B40B0">
    <w:pPr>
      <w:pStyle w:val="Footer"/>
      <w:jc w:val="center"/>
    </w:pPr>
    <w:r>
      <w:rPr>
        <w:sz w:val="14"/>
      </w:rPr>
      <w:t xml:space="preserve">NEW YORK STATE ASSOCIATION OF AGRICULTURAL </w:t>
    </w:r>
    <w:proofErr w:type="gramStart"/>
    <w:r>
      <w:rPr>
        <w:sz w:val="14"/>
      </w:rPr>
      <w:t>FAIRS  •</w:t>
    </w:r>
    <w:proofErr w:type="gramEnd"/>
    <w:r>
      <w:rPr>
        <w:sz w:val="14"/>
      </w:rPr>
      <w:t xml:space="preserve">  JANUARY 15–18,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A1384" w14:textId="77777777" w:rsidR="003B40B0" w:rsidRDefault="003B40B0">
      <w:pPr>
        <w:spacing w:after="0" w:line="240" w:lineRule="auto"/>
      </w:pPr>
      <w:r>
        <w:separator/>
      </w:r>
    </w:p>
  </w:footnote>
  <w:footnote w:type="continuationSeparator" w:id="0">
    <w:p w14:paraId="354434A1" w14:textId="77777777" w:rsidR="003B40B0" w:rsidRDefault="003B40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A3B3E" w14:textId="77777777" w:rsidR="000428F6" w:rsidRDefault="003B40B0">
    <w:pPr>
      <w:pStyle w:val="Header"/>
      <w:jc w:val="right"/>
    </w:pPr>
    <w:proofErr w:type="gramStart"/>
    <w:r>
      <w:rPr>
        <w:b/>
        <w:color w:val="198B63"/>
        <w:sz w:val="16"/>
      </w:rPr>
      <w:t>NYSAAF  •</w:t>
    </w:r>
    <w:proofErr w:type="gramEnd"/>
    <w:r>
      <w:rPr>
        <w:b/>
        <w:color w:val="198B63"/>
        <w:sz w:val="16"/>
      </w:rPr>
      <w:t xml:space="preserve">  2027 ANNUAL CONVENTION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019256">
    <w:abstractNumId w:val="8"/>
  </w:num>
  <w:num w:numId="2" w16cid:durableId="1157455520">
    <w:abstractNumId w:val="6"/>
  </w:num>
  <w:num w:numId="3" w16cid:durableId="2047607506">
    <w:abstractNumId w:val="5"/>
  </w:num>
  <w:num w:numId="4" w16cid:durableId="399251935">
    <w:abstractNumId w:val="4"/>
  </w:num>
  <w:num w:numId="5" w16cid:durableId="797526798">
    <w:abstractNumId w:val="7"/>
  </w:num>
  <w:num w:numId="6" w16cid:durableId="532230421">
    <w:abstractNumId w:val="3"/>
  </w:num>
  <w:num w:numId="7" w16cid:durableId="1998537638">
    <w:abstractNumId w:val="2"/>
  </w:num>
  <w:num w:numId="8" w16cid:durableId="1918317056">
    <w:abstractNumId w:val="1"/>
  </w:num>
  <w:num w:numId="9" w16cid:durableId="437718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28F6"/>
    <w:rsid w:val="0006063C"/>
    <w:rsid w:val="000A2130"/>
    <w:rsid w:val="000A6BC5"/>
    <w:rsid w:val="0015074B"/>
    <w:rsid w:val="0029639D"/>
    <w:rsid w:val="00326F90"/>
    <w:rsid w:val="003B40B0"/>
    <w:rsid w:val="0047076A"/>
    <w:rsid w:val="009B682F"/>
    <w:rsid w:val="00AA1D8D"/>
    <w:rsid w:val="00B47730"/>
    <w:rsid w:val="00C73F0C"/>
    <w:rsid w:val="00CB0664"/>
    <w:rsid w:val="00CE0FCF"/>
    <w:rsid w:val="00D57958"/>
    <w:rsid w:val="00DB65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37A709"/>
  <w14:defaultImageDpi w14:val="300"/>
  <w15:docId w15:val="{69611D11-152E-4769-8B56-16222ACAE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17324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Jennifer Lawrence</cp:lastModifiedBy>
  <cp:revision>2</cp:revision>
  <dcterms:created xsi:type="dcterms:W3CDTF">2026-10-16T22:51:00Z</dcterms:created>
  <dcterms:modified xsi:type="dcterms:W3CDTF">2026-10-16T22:51:00Z</dcterms:modified>
  <cp:category/>
</cp:coreProperties>
</file>