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C917E" w14:textId="77777777" w:rsidR="00C6405E" w:rsidRDefault="00DA6C0D">
      <w:pPr>
        <w:jc w:val="center"/>
      </w:pPr>
      <w:r>
        <w:rPr>
          <w:b/>
          <w:color w:val="17365D"/>
          <w:sz w:val="30"/>
        </w:rPr>
        <w:t>SKY THINK TANK LTD.</w:t>
      </w:r>
    </w:p>
    <w:p w14:paraId="2A567D55" w14:textId="77777777" w:rsidR="00C6405E" w:rsidRDefault="00DA6C0D">
      <w:pPr>
        <w:jc w:val="center"/>
      </w:pPr>
      <w:r>
        <w:rPr>
          <w:b/>
          <w:color w:val="2F5597"/>
        </w:rPr>
        <w:t>CALL FOR TENDERS</w:t>
      </w:r>
    </w:p>
    <w:p w14:paraId="5312ECE9" w14:textId="77777777" w:rsidR="00C6405E" w:rsidRDefault="00DA6C0D">
      <w:pPr>
        <w:pStyle w:val="Title"/>
        <w:jc w:val="center"/>
      </w:pPr>
      <w:r>
        <w:t>STT/CFT/01/2026</w:t>
      </w:r>
    </w:p>
    <w:p w14:paraId="181787FB" w14:textId="77777777" w:rsidR="00C6405E" w:rsidRDefault="00DA6C0D">
      <w:pPr>
        <w:jc w:val="center"/>
      </w:pPr>
      <w:r>
        <w:rPr>
          <w:b/>
          <w:sz w:val="26"/>
        </w:rPr>
        <w:t>Supply, Delivery, Installation, Testing and Commissioning of Off-Grid Solar PV and Battery Energy Storage Systems</w:t>
      </w:r>
    </w:p>
    <w:p w14:paraId="59C859C9" w14:textId="77777777" w:rsidR="00C6405E" w:rsidRDefault="00DA6C0D">
      <w:pPr>
        <w:jc w:val="center"/>
      </w:pPr>
      <w:r>
        <w:rPr>
          <w:i/>
        </w:rPr>
        <w:t>Editable Tenderer Forms</w:t>
      </w:r>
    </w:p>
    <w:p w14:paraId="7629574C" w14:textId="77777777" w:rsidR="00C6405E" w:rsidRDefault="00C6405E"/>
    <w:tbl>
      <w:tblPr>
        <w:tblStyle w:val="TableGrid"/>
        <w:tblW w:w="0" w:type="auto"/>
        <w:jc w:val="center"/>
        <w:tblLook w:val="04A0" w:firstRow="1" w:lastRow="0" w:firstColumn="1" w:lastColumn="0" w:noHBand="0" w:noVBand="1"/>
      </w:tblPr>
      <w:tblGrid>
        <w:gridCol w:w="3168"/>
        <w:gridCol w:w="6998"/>
        <w:gridCol w:w="40"/>
      </w:tblGrid>
      <w:tr w:rsidR="00C6405E" w14:paraId="05B31A73" w14:textId="77777777">
        <w:trPr>
          <w:cantSplit/>
          <w:jc w:val="center"/>
        </w:trPr>
        <w:tc>
          <w:tcPr>
            <w:tcW w:w="3168" w:type="dxa"/>
            <w:shd w:val="clear" w:color="auto" w:fill="EEF3F8"/>
            <w:tcMar>
              <w:top w:w="100" w:type="dxa"/>
              <w:left w:w="100" w:type="dxa"/>
              <w:bottom w:w="100" w:type="dxa"/>
              <w:right w:w="100" w:type="dxa"/>
            </w:tcMar>
            <w:vAlign w:val="center"/>
          </w:tcPr>
          <w:p w14:paraId="2B06F24D" w14:textId="77777777" w:rsidR="00C6405E" w:rsidRDefault="00DA6C0D">
            <w:pPr>
              <w:pStyle w:val="Small"/>
            </w:pPr>
            <w:r>
              <w:rPr>
                <w:b/>
              </w:rPr>
              <w:t>Tender reference</w:t>
            </w:r>
          </w:p>
        </w:tc>
        <w:tc>
          <w:tcPr>
            <w:tcW w:w="6624" w:type="dxa"/>
            <w:gridSpan w:val="2"/>
            <w:tcMar>
              <w:top w:w="100" w:type="dxa"/>
              <w:left w:w="100" w:type="dxa"/>
              <w:bottom w:w="100" w:type="dxa"/>
              <w:right w:w="100" w:type="dxa"/>
            </w:tcMar>
            <w:vAlign w:val="center"/>
          </w:tcPr>
          <w:p w14:paraId="448A38D5" w14:textId="77777777" w:rsidR="00C6405E" w:rsidRDefault="00DA6C0D">
            <w:pPr>
              <w:pStyle w:val="Small"/>
            </w:pPr>
            <w:r>
              <w:t>STT/CFT/01/2026</w:t>
            </w:r>
          </w:p>
        </w:tc>
      </w:tr>
      <w:tr w:rsidR="00C6405E" w14:paraId="1CA0F632" w14:textId="77777777">
        <w:trPr>
          <w:cantSplit/>
          <w:jc w:val="center"/>
        </w:trPr>
        <w:tc>
          <w:tcPr>
            <w:tcW w:w="3168" w:type="dxa"/>
            <w:shd w:val="clear" w:color="auto" w:fill="EEF3F8"/>
            <w:tcMar>
              <w:top w:w="100" w:type="dxa"/>
              <w:left w:w="100" w:type="dxa"/>
              <w:bottom w:w="100" w:type="dxa"/>
              <w:right w:w="100" w:type="dxa"/>
            </w:tcMar>
            <w:vAlign w:val="center"/>
          </w:tcPr>
          <w:p w14:paraId="430A63CD" w14:textId="77777777" w:rsidR="00C6405E" w:rsidRDefault="00DA6C0D">
            <w:pPr>
              <w:pStyle w:val="Small"/>
            </w:pPr>
            <w:r>
              <w:rPr>
                <w:b/>
              </w:rPr>
              <w:t>Tender title</w:t>
            </w:r>
          </w:p>
        </w:tc>
        <w:tc>
          <w:tcPr>
            <w:tcW w:w="6624" w:type="dxa"/>
            <w:gridSpan w:val="2"/>
            <w:tcMar>
              <w:top w:w="100" w:type="dxa"/>
              <w:left w:w="100" w:type="dxa"/>
              <w:bottom w:w="100" w:type="dxa"/>
              <w:right w:w="100" w:type="dxa"/>
            </w:tcMar>
            <w:vAlign w:val="center"/>
          </w:tcPr>
          <w:p w14:paraId="00A387E4" w14:textId="77777777" w:rsidR="00C6405E" w:rsidRDefault="00DA6C0D">
            <w:pPr>
              <w:pStyle w:val="Small"/>
            </w:pPr>
            <w:r>
              <w:t>Supply, Delivery, Installation, Testing and Commissioning of Off-Grid Solar PV and Battery Energy Storage Systems</w:t>
            </w:r>
          </w:p>
        </w:tc>
      </w:tr>
      <w:tr w:rsidR="00C6405E" w14:paraId="47DFD92F" w14:textId="77777777">
        <w:trPr>
          <w:cantSplit/>
          <w:jc w:val="center"/>
        </w:trPr>
        <w:tc>
          <w:tcPr>
            <w:tcW w:w="3168" w:type="dxa"/>
            <w:shd w:val="clear" w:color="auto" w:fill="EEF3F8"/>
            <w:tcMar>
              <w:top w:w="100" w:type="dxa"/>
              <w:left w:w="100" w:type="dxa"/>
              <w:bottom w:w="100" w:type="dxa"/>
              <w:right w:w="100" w:type="dxa"/>
            </w:tcMar>
            <w:vAlign w:val="center"/>
          </w:tcPr>
          <w:p w14:paraId="661190C3" w14:textId="77777777" w:rsidR="00C6405E" w:rsidRDefault="00DA6C0D">
            <w:pPr>
              <w:pStyle w:val="Small"/>
            </w:pPr>
            <w:r>
              <w:rPr>
                <w:b/>
              </w:rPr>
              <w:t>Submission deadline</w:t>
            </w:r>
          </w:p>
        </w:tc>
        <w:tc>
          <w:tcPr>
            <w:tcW w:w="6624" w:type="dxa"/>
            <w:gridSpan w:val="2"/>
            <w:tcMar>
              <w:top w:w="100" w:type="dxa"/>
              <w:left w:w="100" w:type="dxa"/>
              <w:bottom w:w="100" w:type="dxa"/>
              <w:right w:w="100" w:type="dxa"/>
            </w:tcMar>
            <w:vAlign w:val="center"/>
          </w:tcPr>
          <w:p w14:paraId="4AEB81D0" w14:textId="77777777" w:rsidR="00C6405E" w:rsidRDefault="00DA6C0D">
            <w:pPr>
              <w:pStyle w:val="Small"/>
            </w:pPr>
            <w:r>
              <w:t>21 September 2026 at 12:00 noon (CEST)</w:t>
            </w:r>
          </w:p>
        </w:tc>
      </w:tr>
      <w:tr w:rsidR="00C6405E" w14:paraId="7FA796D1" w14:textId="77777777">
        <w:trPr>
          <w:cantSplit/>
          <w:jc w:val="center"/>
        </w:trPr>
        <w:tc>
          <w:tcPr>
            <w:tcW w:w="3168" w:type="dxa"/>
            <w:shd w:val="clear" w:color="auto" w:fill="EEF3F8"/>
            <w:tcMar>
              <w:top w:w="100" w:type="dxa"/>
              <w:left w:w="100" w:type="dxa"/>
              <w:bottom w:w="100" w:type="dxa"/>
              <w:right w:w="100" w:type="dxa"/>
            </w:tcMar>
            <w:vAlign w:val="center"/>
          </w:tcPr>
          <w:p w14:paraId="719BCAFF" w14:textId="77777777" w:rsidR="00C6405E" w:rsidRDefault="00DA6C0D">
            <w:pPr>
              <w:pStyle w:val="Small"/>
            </w:pPr>
            <w:r>
              <w:rPr>
                <w:b/>
              </w:rPr>
              <w:t>Maximum budget</w:t>
            </w:r>
          </w:p>
        </w:tc>
        <w:tc>
          <w:tcPr>
            <w:tcW w:w="6624" w:type="dxa"/>
            <w:gridSpan w:val="2"/>
            <w:tcMar>
              <w:top w:w="100" w:type="dxa"/>
              <w:left w:w="100" w:type="dxa"/>
              <w:bottom w:w="100" w:type="dxa"/>
              <w:right w:w="100" w:type="dxa"/>
            </w:tcMar>
            <w:vAlign w:val="center"/>
          </w:tcPr>
          <w:p w14:paraId="00C77A33" w14:textId="77777777" w:rsidR="00C6405E" w:rsidRDefault="00DA6C0D">
            <w:pPr>
              <w:pStyle w:val="Small"/>
            </w:pPr>
            <w:r>
              <w:t>EUR 19,164.92 excluding VAT</w:t>
            </w:r>
          </w:p>
        </w:tc>
      </w:tr>
      <w:tr w:rsidR="00C6405E" w14:paraId="6E50EC30" w14:textId="77777777">
        <w:trPr>
          <w:gridAfter w:val="1"/>
          <w:wAfter w:w="40" w:type="dxa"/>
          <w:cantSplit/>
          <w:jc w:val="center"/>
        </w:trPr>
        <w:tc>
          <w:tcPr>
            <w:tcW w:w="10166" w:type="dxa"/>
            <w:gridSpan w:val="2"/>
            <w:shd w:val="clear" w:color="auto" w:fill="D9EAF7"/>
            <w:tcMar>
              <w:top w:w="120" w:type="dxa"/>
              <w:left w:w="140" w:type="dxa"/>
              <w:bottom w:w="120" w:type="dxa"/>
              <w:right w:w="140" w:type="dxa"/>
            </w:tcMar>
          </w:tcPr>
          <w:p w14:paraId="5B51DB24" w14:textId="77777777" w:rsidR="00C6405E" w:rsidRDefault="00DA6C0D">
            <w:r>
              <w:rPr>
                <w:b/>
                <w:color w:val="17365D"/>
              </w:rPr>
              <w:t xml:space="preserve">Instructions: </w:t>
            </w:r>
            <w:r>
              <w:t>Complete all applicable fields. Do not delete or rewrite declaration text. Add supporting pages/datasheets where needed and clearly reference them. Signatures may be handwritten or otherwise legally valid as accepted by SKY Think Tank Ltd. in the published tender.</w:t>
            </w:r>
          </w:p>
        </w:tc>
      </w:tr>
    </w:tbl>
    <w:p w14:paraId="3F6795DC" w14:textId="77777777" w:rsidR="00986B63" w:rsidRDefault="00986B63"/>
    <w:sdt>
      <w:sdtPr>
        <w:rPr>
          <w:lang w:val="en-GB"/>
        </w:rPr>
        <w:id w:val="324096735"/>
        <w:docPartObj>
          <w:docPartGallery w:val="Table of Contents"/>
          <w:docPartUnique/>
        </w:docPartObj>
      </w:sdtPr>
      <w:sdtEndPr>
        <w:rPr>
          <w:rFonts w:ascii="Aptos" w:eastAsiaTheme="minorEastAsia" w:hAnsi="Aptos" w:cstheme="minorBidi"/>
          <w:color w:val="1F1F1F"/>
          <w:sz w:val="22"/>
          <w:szCs w:val="22"/>
          <w:lang w:val="en-US"/>
        </w:rPr>
      </w:sdtEndPr>
      <w:sdtContent>
        <w:p w14:paraId="780BCFE0" w14:textId="5351F173" w:rsidR="00986B63" w:rsidRDefault="00986B63">
          <w:pPr>
            <w:pStyle w:val="TOCHeading"/>
          </w:pPr>
          <w:r>
            <w:rPr>
              <w:lang w:val="en-GB"/>
            </w:rPr>
            <w:t>Table of Contents</w:t>
          </w:r>
        </w:p>
        <w:p w14:paraId="28A0BCFB" w14:textId="63E48C96" w:rsidR="00986B63" w:rsidRDefault="00986B63">
          <w:pPr>
            <w:pStyle w:val="TOC1"/>
            <w:tabs>
              <w:tab w:val="right" w:leader="dot" w:pos="10156"/>
            </w:tabs>
            <w:rPr>
              <w:noProof/>
            </w:rPr>
          </w:pPr>
          <w:r>
            <w:fldChar w:fldCharType="begin"/>
          </w:r>
          <w:r>
            <w:instrText xml:space="preserve"> TOC \o "1-3" \h \z \u </w:instrText>
          </w:r>
          <w:r>
            <w:fldChar w:fldCharType="separate"/>
          </w:r>
          <w:hyperlink w:anchor="_Toc239008443" w:history="1">
            <w:r w:rsidRPr="000C21B5">
              <w:rPr>
                <w:rStyle w:val="Hyperlink"/>
                <w:noProof/>
              </w:rPr>
              <w:t>Form T1 - Tender Submission Form</w:t>
            </w:r>
            <w:r>
              <w:rPr>
                <w:noProof/>
                <w:webHidden/>
              </w:rPr>
              <w:tab/>
            </w:r>
            <w:r>
              <w:rPr>
                <w:noProof/>
                <w:webHidden/>
              </w:rPr>
              <w:fldChar w:fldCharType="begin"/>
            </w:r>
            <w:r>
              <w:rPr>
                <w:noProof/>
                <w:webHidden/>
              </w:rPr>
              <w:instrText xml:space="preserve"> PAGEREF _Toc239008443 \h </w:instrText>
            </w:r>
            <w:r>
              <w:rPr>
                <w:noProof/>
                <w:webHidden/>
              </w:rPr>
            </w:r>
            <w:r>
              <w:rPr>
                <w:noProof/>
                <w:webHidden/>
              </w:rPr>
              <w:fldChar w:fldCharType="separate"/>
            </w:r>
            <w:r>
              <w:rPr>
                <w:noProof/>
                <w:webHidden/>
              </w:rPr>
              <w:t>2</w:t>
            </w:r>
            <w:r>
              <w:rPr>
                <w:noProof/>
                <w:webHidden/>
              </w:rPr>
              <w:fldChar w:fldCharType="end"/>
            </w:r>
          </w:hyperlink>
        </w:p>
        <w:p w14:paraId="397EA820" w14:textId="558DC385" w:rsidR="00986B63" w:rsidRDefault="00986B63">
          <w:pPr>
            <w:pStyle w:val="TOC1"/>
            <w:tabs>
              <w:tab w:val="right" w:leader="dot" w:pos="10156"/>
            </w:tabs>
            <w:rPr>
              <w:noProof/>
            </w:rPr>
          </w:pPr>
          <w:hyperlink w:anchor="_Toc239008444" w:history="1">
            <w:r w:rsidRPr="000C21B5">
              <w:rPr>
                <w:rStyle w:val="Hyperlink"/>
                <w:noProof/>
              </w:rPr>
              <w:t>Form T2 - Tenderer Identification &amp; Eligibility Declaration</w:t>
            </w:r>
            <w:r>
              <w:rPr>
                <w:noProof/>
                <w:webHidden/>
              </w:rPr>
              <w:tab/>
            </w:r>
            <w:r>
              <w:rPr>
                <w:noProof/>
                <w:webHidden/>
              </w:rPr>
              <w:fldChar w:fldCharType="begin"/>
            </w:r>
            <w:r>
              <w:rPr>
                <w:noProof/>
                <w:webHidden/>
              </w:rPr>
              <w:instrText xml:space="preserve"> PAGEREF _Toc239008444 \h </w:instrText>
            </w:r>
            <w:r>
              <w:rPr>
                <w:noProof/>
                <w:webHidden/>
              </w:rPr>
            </w:r>
            <w:r>
              <w:rPr>
                <w:noProof/>
                <w:webHidden/>
              </w:rPr>
              <w:fldChar w:fldCharType="separate"/>
            </w:r>
            <w:r>
              <w:rPr>
                <w:noProof/>
                <w:webHidden/>
              </w:rPr>
              <w:t>3</w:t>
            </w:r>
            <w:r>
              <w:rPr>
                <w:noProof/>
                <w:webHidden/>
              </w:rPr>
              <w:fldChar w:fldCharType="end"/>
            </w:r>
          </w:hyperlink>
        </w:p>
        <w:p w14:paraId="4B049D47" w14:textId="29070FA4" w:rsidR="00986B63" w:rsidRDefault="00986B63">
          <w:pPr>
            <w:pStyle w:val="TOC1"/>
            <w:tabs>
              <w:tab w:val="right" w:leader="dot" w:pos="10156"/>
            </w:tabs>
            <w:rPr>
              <w:noProof/>
            </w:rPr>
          </w:pPr>
          <w:hyperlink w:anchor="_Toc239008445" w:history="1">
            <w:r w:rsidRPr="000C21B5">
              <w:rPr>
                <w:rStyle w:val="Hyperlink"/>
                <w:noProof/>
              </w:rPr>
              <w:t>Form T3 - Technical Compliance Schedule</w:t>
            </w:r>
            <w:r>
              <w:rPr>
                <w:noProof/>
                <w:webHidden/>
              </w:rPr>
              <w:tab/>
            </w:r>
            <w:r>
              <w:rPr>
                <w:noProof/>
                <w:webHidden/>
              </w:rPr>
              <w:fldChar w:fldCharType="begin"/>
            </w:r>
            <w:r>
              <w:rPr>
                <w:noProof/>
                <w:webHidden/>
              </w:rPr>
              <w:instrText xml:space="preserve"> PAGEREF _Toc239008445 \h </w:instrText>
            </w:r>
            <w:r>
              <w:rPr>
                <w:noProof/>
                <w:webHidden/>
              </w:rPr>
            </w:r>
            <w:r>
              <w:rPr>
                <w:noProof/>
                <w:webHidden/>
              </w:rPr>
              <w:fldChar w:fldCharType="separate"/>
            </w:r>
            <w:r>
              <w:rPr>
                <w:noProof/>
                <w:webHidden/>
              </w:rPr>
              <w:t>4</w:t>
            </w:r>
            <w:r>
              <w:rPr>
                <w:noProof/>
                <w:webHidden/>
              </w:rPr>
              <w:fldChar w:fldCharType="end"/>
            </w:r>
          </w:hyperlink>
        </w:p>
        <w:p w14:paraId="0B129BD7" w14:textId="2053BF25" w:rsidR="00986B63" w:rsidRDefault="00986B63">
          <w:pPr>
            <w:pStyle w:val="TOC1"/>
            <w:tabs>
              <w:tab w:val="right" w:leader="dot" w:pos="10156"/>
            </w:tabs>
            <w:rPr>
              <w:noProof/>
            </w:rPr>
          </w:pPr>
          <w:hyperlink w:anchor="_Toc239008446" w:history="1">
            <w:r w:rsidRPr="000C21B5">
              <w:rPr>
                <w:rStyle w:val="Hyperlink"/>
                <w:noProof/>
              </w:rPr>
              <w:t>Form T4 - Financial Bid / Price Schedule</w:t>
            </w:r>
            <w:r>
              <w:rPr>
                <w:noProof/>
                <w:webHidden/>
              </w:rPr>
              <w:tab/>
            </w:r>
            <w:r>
              <w:rPr>
                <w:noProof/>
                <w:webHidden/>
              </w:rPr>
              <w:fldChar w:fldCharType="begin"/>
            </w:r>
            <w:r>
              <w:rPr>
                <w:noProof/>
                <w:webHidden/>
              </w:rPr>
              <w:instrText xml:space="preserve"> PAGEREF _Toc239008446 \h </w:instrText>
            </w:r>
            <w:r>
              <w:rPr>
                <w:noProof/>
                <w:webHidden/>
              </w:rPr>
            </w:r>
            <w:r>
              <w:rPr>
                <w:noProof/>
                <w:webHidden/>
              </w:rPr>
              <w:fldChar w:fldCharType="separate"/>
            </w:r>
            <w:r>
              <w:rPr>
                <w:noProof/>
                <w:webHidden/>
              </w:rPr>
              <w:t>6</w:t>
            </w:r>
            <w:r>
              <w:rPr>
                <w:noProof/>
                <w:webHidden/>
              </w:rPr>
              <w:fldChar w:fldCharType="end"/>
            </w:r>
          </w:hyperlink>
        </w:p>
        <w:p w14:paraId="63F141EC" w14:textId="5F048C4E" w:rsidR="00986B63" w:rsidRDefault="00986B63">
          <w:pPr>
            <w:pStyle w:val="TOC1"/>
            <w:tabs>
              <w:tab w:val="right" w:leader="dot" w:pos="10156"/>
            </w:tabs>
            <w:rPr>
              <w:noProof/>
            </w:rPr>
          </w:pPr>
          <w:hyperlink w:anchor="_Toc239008447" w:history="1">
            <w:r w:rsidRPr="000C21B5">
              <w:rPr>
                <w:rStyle w:val="Hyperlink"/>
                <w:noProof/>
              </w:rPr>
              <w:t>Form T5 - Independence, Conflict of Interest and Anti-collusion Declaration</w:t>
            </w:r>
            <w:r>
              <w:rPr>
                <w:noProof/>
                <w:webHidden/>
              </w:rPr>
              <w:tab/>
            </w:r>
            <w:r>
              <w:rPr>
                <w:noProof/>
                <w:webHidden/>
              </w:rPr>
              <w:fldChar w:fldCharType="begin"/>
            </w:r>
            <w:r>
              <w:rPr>
                <w:noProof/>
                <w:webHidden/>
              </w:rPr>
              <w:instrText xml:space="preserve"> PAGEREF _Toc239008447 \h </w:instrText>
            </w:r>
            <w:r>
              <w:rPr>
                <w:noProof/>
                <w:webHidden/>
              </w:rPr>
            </w:r>
            <w:r>
              <w:rPr>
                <w:noProof/>
                <w:webHidden/>
              </w:rPr>
              <w:fldChar w:fldCharType="separate"/>
            </w:r>
            <w:r>
              <w:rPr>
                <w:noProof/>
                <w:webHidden/>
              </w:rPr>
              <w:t>7</w:t>
            </w:r>
            <w:r>
              <w:rPr>
                <w:noProof/>
                <w:webHidden/>
              </w:rPr>
              <w:fldChar w:fldCharType="end"/>
            </w:r>
          </w:hyperlink>
        </w:p>
        <w:p w14:paraId="397AEB21" w14:textId="04EB558B" w:rsidR="00986B63" w:rsidRDefault="00986B63">
          <w:pPr>
            <w:pStyle w:val="TOC1"/>
            <w:tabs>
              <w:tab w:val="right" w:leader="dot" w:pos="10156"/>
            </w:tabs>
            <w:rPr>
              <w:noProof/>
            </w:rPr>
          </w:pPr>
          <w:hyperlink w:anchor="_Toc239008448" w:history="1">
            <w:r w:rsidRPr="000C21B5">
              <w:rPr>
                <w:rStyle w:val="Hyperlink"/>
                <w:noProof/>
              </w:rPr>
              <w:t>Form T6 - Consortium / Subcontracting Declaration</w:t>
            </w:r>
            <w:r>
              <w:rPr>
                <w:noProof/>
                <w:webHidden/>
              </w:rPr>
              <w:tab/>
            </w:r>
            <w:r>
              <w:rPr>
                <w:noProof/>
                <w:webHidden/>
              </w:rPr>
              <w:fldChar w:fldCharType="begin"/>
            </w:r>
            <w:r>
              <w:rPr>
                <w:noProof/>
                <w:webHidden/>
              </w:rPr>
              <w:instrText xml:space="preserve"> PAGEREF _Toc239008448 \h </w:instrText>
            </w:r>
            <w:r>
              <w:rPr>
                <w:noProof/>
                <w:webHidden/>
              </w:rPr>
            </w:r>
            <w:r>
              <w:rPr>
                <w:noProof/>
                <w:webHidden/>
              </w:rPr>
              <w:fldChar w:fldCharType="separate"/>
            </w:r>
            <w:r>
              <w:rPr>
                <w:noProof/>
                <w:webHidden/>
              </w:rPr>
              <w:t>8</w:t>
            </w:r>
            <w:r>
              <w:rPr>
                <w:noProof/>
                <w:webHidden/>
              </w:rPr>
              <w:fldChar w:fldCharType="end"/>
            </w:r>
          </w:hyperlink>
        </w:p>
        <w:p w14:paraId="3B9B1626" w14:textId="780A71F1" w:rsidR="00986B63" w:rsidRDefault="00986B63">
          <w:pPr>
            <w:pStyle w:val="TOC1"/>
            <w:tabs>
              <w:tab w:val="right" w:leader="dot" w:pos="10156"/>
            </w:tabs>
            <w:rPr>
              <w:noProof/>
            </w:rPr>
          </w:pPr>
          <w:hyperlink w:anchor="_Toc239008449" w:history="1">
            <w:r w:rsidRPr="000C21B5">
              <w:rPr>
                <w:rStyle w:val="Hyperlink"/>
                <w:noProof/>
              </w:rPr>
              <w:t>Form T7 - Delivery, Warranty and Support Schedule</w:t>
            </w:r>
            <w:r>
              <w:rPr>
                <w:noProof/>
                <w:webHidden/>
              </w:rPr>
              <w:tab/>
            </w:r>
            <w:r>
              <w:rPr>
                <w:noProof/>
                <w:webHidden/>
              </w:rPr>
              <w:fldChar w:fldCharType="begin"/>
            </w:r>
            <w:r>
              <w:rPr>
                <w:noProof/>
                <w:webHidden/>
              </w:rPr>
              <w:instrText xml:space="preserve"> PAGEREF _Toc239008449 \h </w:instrText>
            </w:r>
            <w:r>
              <w:rPr>
                <w:noProof/>
                <w:webHidden/>
              </w:rPr>
            </w:r>
            <w:r>
              <w:rPr>
                <w:noProof/>
                <w:webHidden/>
              </w:rPr>
              <w:fldChar w:fldCharType="separate"/>
            </w:r>
            <w:r>
              <w:rPr>
                <w:noProof/>
                <w:webHidden/>
              </w:rPr>
              <w:t>9</w:t>
            </w:r>
            <w:r>
              <w:rPr>
                <w:noProof/>
                <w:webHidden/>
              </w:rPr>
              <w:fldChar w:fldCharType="end"/>
            </w:r>
          </w:hyperlink>
        </w:p>
        <w:p w14:paraId="47AD7C62" w14:textId="0A5C6662" w:rsidR="00986B63" w:rsidRDefault="00986B63">
          <w:pPr>
            <w:pStyle w:val="TOC1"/>
            <w:tabs>
              <w:tab w:val="right" w:leader="dot" w:pos="10156"/>
            </w:tabs>
            <w:rPr>
              <w:noProof/>
            </w:rPr>
          </w:pPr>
          <w:hyperlink w:anchor="_Toc239008450" w:history="1">
            <w:r w:rsidRPr="000C21B5">
              <w:rPr>
                <w:rStyle w:val="Hyperlink"/>
                <w:noProof/>
              </w:rPr>
              <w:t>Form T8 - Tender Submission Checklist</w:t>
            </w:r>
            <w:r>
              <w:rPr>
                <w:noProof/>
                <w:webHidden/>
              </w:rPr>
              <w:tab/>
            </w:r>
            <w:r>
              <w:rPr>
                <w:noProof/>
                <w:webHidden/>
              </w:rPr>
              <w:fldChar w:fldCharType="begin"/>
            </w:r>
            <w:r>
              <w:rPr>
                <w:noProof/>
                <w:webHidden/>
              </w:rPr>
              <w:instrText xml:space="preserve"> PAGEREF _Toc239008450 \h </w:instrText>
            </w:r>
            <w:r>
              <w:rPr>
                <w:noProof/>
                <w:webHidden/>
              </w:rPr>
            </w:r>
            <w:r>
              <w:rPr>
                <w:noProof/>
                <w:webHidden/>
              </w:rPr>
              <w:fldChar w:fldCharType="separate"/>
            </w:r>
            <w:r>
              <w:rPr>
                <w:noProof/>
                <w:webHidden/>
              </w:rPr>
              <w:t>10</w:t>
            </w:r>
            <w:r>
              <w:rPr>
                <w:noProof/>
                <w:webHidden/>
              </w:rPr>
              <w:fldChar w:fldCharType="end"/>
            </w:r>
          </w:hyperlink>
        </w:p>
        <w:p w14:paraId="65898781" w14:textId="7B3DDF06" w:rsidR="00986B63" w:rsidRDefault="00986B63">
          <w:pPr>
            <w:pStyle w:val="TOC1"/>
            <w:tabs>
              <w:tab w:val="right" w:leader="dot" w:pos="10156"/>
            </w:tabs>
            <w:rPr>
              <w:noProof/>
            </w:rPr>
          </w:pPr>
          <w:hyperlink w:anchor="_Toc239008451" w:history="1">
            <w:r w:rsidRPr="000C21B5">
              <w:rPr>
                <w:rStyle w:val="Hyperlink"/>
                <w:noProof/>
              </w:rPr>
              <w:t>Post-award notice to recommended tenderer</w:t>
            </w:r>
            <w:r>
              <w:rPr>
                <w:noProof/>
                <w:webHidden/>
              </w:rPr>
              <w:tab/>
            </w:r>
            <w:r>
              <w:rPr>
                <w:noProof/>
                <w:webHidden/>
              </w:rPr>
              <w:fldChar w:fldCharType="begin"/>
            </w:r>
            <w:r>
              <w:rPr>
                <w:noProof/>
                <w:webHidden/>
              </w:rPr>
              <w:instrText xml:space="preserve"> PAGEREF _Toc239008451 \h </w:instrText>
            </w:r>
            <w:r>
              <w:rPr>
                <w:noProof/>
                <w:webHidden/>
              </w:rPr>
            </w:r>
            <w:r>
              <w:rPr>
                <w:noProof/>
                <w:webHidden/>
              </w:rPr>
              <w:fldChar w:fldCharType="separate"/>
            </w:r>
            <w:r>
              <w:rPr>
                <w:noProof/>
                <w:webHidden/>
              </w:rPr>
              <w:t>11</w:t>
            </w:r>
            <w:r>
              <w:rPr>
                <w:noProof/>
                <w:webHidden/>
              </w:rPr>
              <w:fldChar w:fldCharType="end"/>
            </w:r>
          </w:hyperlink>
        </w:p>
        <w:p w14:paraId="7832B43D" w14:textId="0FA1F573" w:rsidR="00986B63" w:rsidRDefault="00986B63">
          <w:r>
            <w:rPr>
              <w:b/>
              <w:bCs/>
            </w:rPr>
            <w:fldChar w:fldCharType="end"/>
          </w:r>
        </w:p>
      </w:sdtContent>
    </w:sdt>
    <w:p w14:paraId="24807F96" w14:textId="77777777" w:rsidR="00986B63" w:rsidRDefault="00986B63"/>
    <w:p w14:paraId="3181CDCC" w14:textId="681C65F6" w:rsidR="00C6405E" w:rsidRDefault="00DA6C0D">
      <w:r>
        <w:br w:type="page"/>
      </w:r>
    </w:p>
    <w:p w14:paraId="5BC0D55D" w14:textId="77777777" w:rsidR="00C6405E" w:rsidRDefault="00DA6C0D">
      <w:pPr>
        <w:pStyle w:val="Heading1"/>
      </w:pPr>
      <w:bookmarkStart w:id="0" w:name="_Toc239008443"/>
      <w:r>
        <w:lastRenderedPageBreak/>
        <w:t>Form T1 - Tender Submission Form</w:t>
      </w:r>
      <w:bookmarkEnd w:id="0"/>
    </w:p>
    <w:p w14:paraId="0FC62ADA" w14:textId="77777777" w:rsidR="00C6405E" w:rsidRDefault="00DA6C0D">
      <w:pPr>
        <w:pStyle w:val="FormLabel"/>
      </w:pPr>
      <w:r>
        <w:t>Legal name of Tenderer / Consortium</w:t>
      </w:r>
    </w:p>
    <w:p w14:paraId="4066AD69" w14:textId="77777777" w:rsidR="00C6405E" w:rsidRDefault="00DA6C0D">
      <w:pPr>
        <w:spacing w:after="120"/>
      </w:pPr>
      <w:r>
        <w:t>________________________________________________________________________________</w:t>
      </w:r>
    </w:p>
    <w:p w14:paraId="3E17622C" w14:textId="77777777" w:rsidR="00C6405E" w:rsidRDefault="00DA6C0D">
      <w:pPr>
        <w:pStyle w:val="FormLabel"/>
      </w:pPr>
      <w:r>
        <w:t>Company / registration number</w:t>
      </w:r>
    </w:p>
    <w:p w14:paraId="221E0156" w14:textId="77777777" w:rsidR="00C6405E" w:rsidRDefault="00DA6C0D">
      <w:pPr>
        <w:spacing w:after="120"/>
      </w:pPr>
      <w:r>
        <w:t>________________________________________________________________________________</w:t>
      </w:r>
    </w:p>
    <w:p w14:paraId="7426016D" w14:textId="77777777" w:rsidR="00C6405E" w:rsidRDefault="00DA6C0D">
      <w:pPr>
        <w:pStyle w:val="FormLabel"/>
      </w:pPr>
      <w:r>
        <w:t>VAT number (if applicable)</w:t>
      </w:r>
    </w:p>
    <w:p w14:paraId="7111B3D9" w14:textId="77777777" w:rsidR="00C6405E" w:rsidRDefault="00DA6C0D">
      <w:pPr>
        <w:spacing w:after="120"/>
      </w:pPr>
      <w:r>
        <w:t>________________________________________________________________________________</w:t>
      </w:r>
    </w:p>
    <w:p w14:paraId="4F2D7269" w14:textId="77777777" w:rsidR="00C6405E" w:rsidRDefault="00DA6C0D">
      <w:pPr>
        <w:pStyle w:val="FormLabel"/>
      </w:pPr>
      <w:r>
        <w:t>Registered address</w:t>
      </w:r>
    </w:p>
    <w:p w14:paraId="1D8AF340" w14:textId="77777777" w:rsidR="00C6405E" w:rsidRDefault="00DA6C0D">
      <w:pPr>
        <w:spacing w:after="120"/>
      </w:pPr>
      <w:r>
        <w:t>________________________________________________________________________________</w:t>
      </w:r>
    </w:p>
    <w:p w14:paraId="76A28E33" w14:textId="77777777" w:rsidR="00C6405E" w:rsidRDefault="00DA6C0D">
      <w:pPr>
        <w:pStyle w:val="FormLabel"/>
      </w:pPr>
      <w:r>
        <w:t>Contact person, email and telephone</w:t>
      </w:r>
    </w:p>
    <w:p w14:paraId="55364452" w14:textId="77777777" w:rsidR="00C6405E" w:rsidRDefault="00DA6C0D">
      <w:pPr>
        <w:spacing w:after="120"/>
      </w:pPr>
      <w:r>
        <w:t>________________________________________________________________________________</w:t>
      </w:r>
    </w:p>
    <w:p w14:paraId="1DE7D921" w14:textId="77777777" w:rsidR="00C6405E" w:rsidRDefault="00DA6C0D">
      <w:r>
        <w:t>We, the undersigned Tenderer, hereby offer to supply, deliver, install, test and commission the complete scope described in STT/CFT/01/2026 in accordance with the Tender Dossier, published clarifications/addenda and our tender. We confirm that:</w:t>
      </w:r>
    </w:p>
    <w:p w14:paraId="62818A92" w14:textId="77777777" w:rsidR="00C6405E" w:rsidRDefault="00DA6C0D">
      <w:r>
        <w:rPr>
          <w:rFonts w:ascii="DejaVu Sans" w:hAnsi="DejaVu Sans"/>
        </w:rPr>
        <w:t>☐</w:t>
      </w:r>
      <w:r>
        <w:rPr>
          <w:rFonts w:ascii="DejaVu Sans" w:hAnsi="DejaVu Sans"/>
        </w:rPr>
        <w:t xml:space="preserve"> </w:t>
      </w:r>
      <w:r>
        <w:t>our tender remains valid for 90 calendar days from the submission deadline;</w:t>
      </w:r>
    </w:p>
    <w:p w14:paraId="1EADFD19" w14:textId="77777777" w:rsidR="00C6405E" w:rsidRDefault="00DA6C0D">
      <w:r>
        <w:rPr>
          <w:rFonts w:ascii="DejaVu Sans" w:hAnsi="DejaVu Sans"/>
        </w:rPr>
        <w:t>☐</w:t>
      </w:r>
      <w:r>
        <w:rPr>
          <w:rFonts w:ascii="DejaVu Sans" w:hAnsi="DejaVu Sans"/>
        </w:rPr>
        <w:t xml:space="preserve"> </w:t>
      </w:r>
      <w:r>
        <w:t>our tender covers the complete indivisible lot and all mandatory quantities;</w:t>
      </w:r>
    </w:p>
    <w:p w14:paraId="13D37DCE" w14:textId="77777777" w:rsidR="00C6405E" w:rsidRDefault="00DA6C0D">
      <w:r>
        <w:rPr>
          <w:rFonts w:ascii="DejaVu Sans" w:hAnsi="DejaVu Sans"/>
        </w:rPr>
        <w:t>☐</w:t>
      </w:r>
      <w:r>
        <w:rPr>
          <w:rFonts w:ascii="DejaVu Sans" w:hAnsi="DejaVu Sans"/>
        </w:rPr>
        <w:t xml:space="preserve"> </w:t>
      </w:r>
      <w:r>
        <w:t>our total price does not exceed the published maximum budget;</w:t>
      </w:r>
    </w:p>
    <w:p w14:paraId="338DF385" w14:textId="77777777" w:rsidR="00C6405E" w:rsidRDefault="00DA6C0D">
      <w:r>
        <w:rPr>
          <w:rFonts w:ascii="DejaVu Sans" w:hAnsi="DejaVu Sans"/>
        </w:rPr>
        <w:t>☐</w:t>
      </w:r>
      <w:r>
        <w:rPr>
          <w:rFonts w:ascii="DejaVu Sans" w:hAnsi="DejaVu Sans"/>
        </w:rPr>
        <w:t xml:space="preserve"> </w:t>
      </w:r>
      <w:r>
        <w:t>all offered equipment is new and the components are technically compatible;</w:t>
      </w:r>
    </w:p>
    <w:p w14:paraId="67C40B2F" w14:textId="77777777" w:rsidR="00C6405E" w:rsidRDefault="00DA6C0D">
      <w:r>
        <w:rPr>
          <w:rFonts w:ascii="DejaVu Sans" w:hAnsi="DejaVu Sans"/>
        </w:rPr>
        <w:t>☐</w:t>
      </w:r>
      <w:r>
        <w:rPr>
          <w:rFonts w:ascii="DejaVu Sans" w:hAnsi="DejaVu Sans"/>
        </w:rPr>
        <w:t xml:space="preserve"> </w:t>
      </w:r>
      <w:r>
        <w:t>we accept the published award criterion and evaluation methodology;</w:t>
      </w:r>
    </w:p>
    <w:p w14:paraId="66EDEA0E" w14:textId="77777777" w:rsidR="00C6405E" w:rsidRDefault="00DA6C0D">
      <w:r>
        <w:rPr>
          <w:rFonts w:ascii="DejaVu Sans" w:hAnsi="DejaVu Sans"/>
        </w:rPr>
        <w:t>☐</w:t>
      </w:r>
      <w:r>
        <w:rPr>
          <w:rFonts w:ascii="DejaVu Sans" w:hAnsi="DejaVu Sans"/>
        </w:rPr>
        <w:t xml:space="preserve"> </w:t>
      </w:r>
      <w:r>
        <w:t>if recommended, we will provide the official UBO declaration, evidence requested for due diligence, and the 4% Performance Guarantee before contract signature when requested;</w:t>
      </w:r>
    </w:p>
    <w:p w14:paraId="50390F13" w14:textId="77777777" w:rsidR="00C6405E" w:rsidRDefault="00DA6C0D">
      <w:r>
        <w:rPr>
          <w:rFonts w:ascii="DejaVu Sans" w:hAnsi="DejaVu Sans"/>
        </w:rPr>
        <w:t>☐</w:t>
      </w:r>
      <w:r>
        <w:rPr>
          <w:rFonts w:ascii="DejaVu Sans" w:hAnsi="DejaVu Sans"/>
        </w:rPr>
        <w:t xml:space="preserve"> </w:t>
      </w:r>
      <w:r>
        <w:t>we understand that no contract exists until the applicable appeal/standstill and pre-contract checks are complete and a written contract is signed.</w:t>
      </w:r>
    </w:p>
    <w:p w14:paraId="31195111" w14:textId="77777777" w:rsidR="00986B63" w:rsidRDefault="00986B63"/>
    <w:tbl>
      <w:tblPr>
        <w:tblStyle w:val="TableGrid"/>
        <w:tblW w:w="0" w:type="auto"/>
        <w:jc w:val="center"/>
        <w:tblLook w:val="04A0" w:firstRow="1" w:lastRow="0" w:firstColumn="1" w:lastColumn="0" w:noHBand="0" w:noVBand="1"/>
      </w:tblPr>
      <w:tblGrid>
        <w:gridCol w:w="2541"/>
        <w:gridCol w:w="2541"/>
        <w:gridCol w:w="2541"/>
        <w:gridCol w:w="2541"/>
      </w:tblGrid>
      <w:tr w:rsidR="00C6405E" w14:paraId="4F73F6C3" w14:textId="77777777">
        <w:trPr>
          <w:cantSplit/>
          <w:jc w:val="center"/>
        </w:trPr>
        <w:tc>
          <w:tcPr>
            <w:tcW w:w="2541" w:type="dxa"/>
            <w:shd w:val="clear" w:color="auto" w:fill="EEF3F8"/>
          </w:tcPr>
          <w:p w14:paraId="38042CA3" w14:textId="77777777" w:rsidR="00C6405E" w:rsidRDefault="00DA6C0D">
            <w:pPr>
              <w:keepNext/>
            </w:pPr>
            <w:r>
              <w:rPr>
                <w:b/>
              </w:rPr>
              <w:t>Name</w:t>
            </w:r>
          </w:p>
        </w:tc>
        <w:tc>
          <w:tcPr>
            <w:tcW w:w="2541" w:type="dxa"/>
            <w:shd w:val="clear" w:color="auto" w:fill="EEF3F8"/>
          </w:tcPr>
          <w:p w14:paraId="13312FCD" w14:textId="77777777" w:rsidR="00C6405E" w:rsidRDefault="00DA6C0D">
            <w:pPr>
              <w:keepNext/>
            </w:pPr>
            <w:r>
              <w:rPr>
                <w:b/>
              </w:rPr>
              <w:t>Position</w:t>
            </w:r>
          </w:p>
        </w:tc>
        <w:tc>
          <w:tcPr>
            <w:tcW w:w="2541" w:type="dxa"/>
            <w:shd w:val="clear" w:color="auto" w:fill="EEF3F8"/>
          </w:tcPr>
          <w:p w14:paraId="610382FE" w14:textId="77777777" w:rsidR="00C6405E" w:rsidRDefault="00DA6C0D">
            <w:pPr>
              <w:keepNext/>
            </w:pPr>
            <w:r>
              <w:rPr>
                <w:b/>
              </w:rPr>
              <w:t>Signature</w:t>
            </w:r>
          </w:p>
        </w:tc>
        <w:tc>
          <w:tcPr>
            <w:tcW w:w="2541" w:type="dxa"/>
            <w:shd w:val="clear" w:color="auto" w:fill="EEF3F8"/>
          </w:tcPr>
          <w:p w14:paraId="5EC53AF7" w14:textId="77777777" w:rsidR="00C6405E" w:rsidRDefault="00DA6C0D">
            <w:pPr>
              <w:keepNext/>
            </w:pPr>
            <w:r>
              <w:rPr>
                <w:b/>
              </w:rPr>
              <w:t>Date</w:t>
            </w:r>
          </w:p>
        </w:tc>
      </w:tr>
      <w:tr w:rsidR="00C6405E" w14:paraId="1D350E31" w14:textId="77777777">
        <w:trPr>
          <w:cantSplit/>
          <w:jc w:val="center"/>
        </w:trPr>
        <w:tc>
          <w:tcPr>
            <w:tcW w:w="2541" w:type="dxa"/>
          </w:tcPr>
          <w:p w14:paraId="2ECE794C" w14:textId="77777777" w:rsidR="00C6405E" w:rsidRDefault="00DA6C0D">
            <w:r>
              <w:br/>
            </w:r>
            <w:r>
              <w:br/>
            </w:r>
          </w:p>
        </w:tc>
        <w:tc>
          <w:tcPr>
            <w:tcW w:w="2541" w:type="dxa"/>
          </w:tcPr>
          <w:p w14:paraId="42102603" w14:textId="77777777" w:rsidR="00C6405E" w:rsidRDefault="00DA6C0D">
            <w:r>
              <w:br/>
            </w:r>
            <w:r>
              <w:br/>
            </w:r>
          </w:p>
        </w:tc>
        <w:tc>
          <w:tcPr>
            <w:tcW w:w="2541" w:type="dxa"/>
          </w:tcPr>
          <w:p w14:paraId="008F0CEC" w14:textId="77777777" w:rsidR="00C6405E" w:rsidRDefault="00DA6C0D">
            <w:r>
              <w:br/>
            </w:r>
            <w:r>
              <w:br/>
            </w:r>
          </w:p>
        </w:tc>
        <w:tc>
          <w:tcPr>
            <w:tcW w:w="2541" w:type="dxa"/>
          </w:tcPr>
          <w:p w14:paraId="0AEF6652" w14:textId="77777777" w:rsidR="00C6405E" w:rsidRDefault="00DA6C0D">
            <w:r>
              <w:br/>
            </w:r>
            <w:r>
              <w:br/>
            </w:r>
          </w:p>
        </w:tc>
      </w:tr>
    </w:tbl>
    <w:p w14:paraId="5C162C2B" w14:textId="77777777" w:rsidR="00495818" w:rsidRDefault="00495818">
      <w:pPr>
        <w:pStyle w:val="Heading1"/>
      </w:pPr>
    </w:p>
    <w:p w14:paraId="4E4F89BA" w14:textId="77777777" w:rsidR="00495818" w:rsidRDefault="00495818">
      <w:pPr>
        <w:spacing w:after="200" w:line="276" w:lineRule="auto"/>
        <w:rPr>
          <w:rFonts w:asciiTheme="majorHAnsi" w:eastAsiaTheme="majorEastAsia" w:hAnsiTheme="majorHAnsi" w:cstheme="majorBidi"/>
          <w:b/>
          <w:bCs/>
          <w:color w:val="17365D"/>
          <w:sz w:val="32"/>
          <w:szCs w:val="28"/>
        </w:rPr>
      </w:pPr>
      <w:r>
        <w:br w:type="page"/>
      </w:r>
    </w:p>
    <w:p w14:paraId="176E27D6" w14:textId="59A94882" w:rsidR="00C6405E" w:rsidRDefault="00DA6C0D">
      <w:pPr>
        <w:pStyle w:val="Heading1"/>
      </w:pPr>
      <w:bookmarkStart w:id="1" w:name="_Toc239008444"/>
      <w:proofErr w:type="gramStart"/>
      <w:r>
        <w:lastRenderedPageBreak/>
        <w:t>Form</w:t>
      </w:r>
      <w:proofErr w:type="gramEnd"/>
      <w:r>
        <w:t xml:space="preserve"> T2 - Tenderer Identification &amp; Eligibility Declaration</w:t>
      </w:r>
      <w:bookmarkEnd w:id="1"/>
    </w:p>
    <w:p w14:paraId="77FAF725" w14:textId="77777777" w:rsidR="00C6405E" w:rsidRDefault="00DA6C0D">
      <w:pPr>
        <w:pStyle w:val="FormLabel"/>
      </w:pPr>
      <w:r>
        <w:t>Legal form</w:t>
      </w:r>
    </w:p>
    <w:p w14:paraId="71E84A0D" w14:textId="77777777" w:rsidR="00C6405E" w:rsidRDefault="00DA6C0D">
      <w:pPr>
        <w:spacing w:after="120"/>
      </w:pPr>
      <w:r>
        <w:t>________________________________________________________________________________</w:t>
      </w:r>
    </w:p>
    <w:p w14:paraId="776DC3D7" w14:textId="77777777" w:rsidR="00C6405E" w:rsidRDefault="00DA6C0D">
      <w:pPr>
        <w:pStyle w:val="FormLabel"/>
      </w:pPr>
      <w:r>
        <w:t>Country of establishment</w:t>
      </w:r>
    </w:p>
    <w:p w14:paraId="48FEF755" w14:textId="77777777" w:rsidR="00C6405E" w:rsidRDefault="00DA6C0D">
      <w:pPr>
        <w:spacing w:after="120"/>
      </w:pPr>
      <w:r>
        <w:t>________________________________________________________________________________</w:t>
      </w:r>
    </w:p>
    <w:p w14:paraId="786344D4" w14:textId="77777777" w:rsidR="00C6405E" w:rsidRDefault="00DA6C0D">
      <w:pPr>
        <w:pStyle w:val="FormLabel"/>
      </w:pPr>
      <w:r>
        <w:t>Company / registry number</w:t>
      </w:r>
    </w:p>
    <w:p w14:paraId="135467C3" w14:textId="77777777" w:rsidR="00C6405E" w:rsidRDefault="00DA6C0D">
      <w:pPr>
        <w:spacing w:after="120"/>
      </w:pPr>
      <w:r>
        <w:t>________________________________________________________________________________</w:t>
      </w:r>
    </w:p>
    <w:p w14:paraId="281D694D" w14:textId="77777777" w:rsidR="00C6405E" w:rsidRDefault="00DA6C0D">
      <w:pPr>
        <w:pStyle w:val="FormLabel"/>
      </w:pPr>
      <w:r>
        <w:t>VAT registration number</w:t>
      </w:r>
    </w:p>
    <w:p w14:paraId="0B5D7110" w14:textId="77777777" w:rsidR="00C6405E" w:rsidRDefault="00DA6C0D">
      <w:pPr>
        <w:spacing w:after="120"/>
      </w:pPr>
      <w:r>
        <w:t>________________________________________________________________________________</w:t>
      </w:r>
    </w:p>
    <w:p w14:paraId="1AC72E3C" w14:textId="77777777" w:rsidR="00C6405E" w:rsidRDefault="00DA6C0D">
      <w:pPr>
        <w:pStyle w:val="FormLabel"/>
      </w:pPr>
      <w:r>
        <w:t>Registered office</w:t>
      </w:r>
    </w:p>
    <w:p w14:paraId="664568D8" w14:textId="77777777" w:rsidR="00C6405E" w:rsidRDefault="00DA6C0D">
      <w:pPr>
        <w:spacing w:after="120"/>
      </w:pPr>
      <w:r>
        <w:t>________________________________________________________________________________</w:t>
      </w:r>
    </w:p>
    <w:p w14:paraId="0FD41764" w14:textId="77777777" w:rsidR="00C6405E" w:rsidRDefault="00DA6C0D">
      <w:pPr>
        <w:pStyle w:val="FormLabel"/>
      </w:pPr>
      <w:r>
        <w:t>Authorised representative</w:t>
      </w:r>
    </w:p>
    <w:p w14:paraId="5692008A" w14:textId="77777777" w:rsidR="00C6405E" w:rsidRDefault="00DA6C0D">
      <w:pPr>
        <w:spacing w:after="120"/>
      </w:pPr>
      <w:r>
        <w:t>________________________________________________________________________________</w:t>
      </w:r>
    </w:p>
    <w:p w14:paraId="3A2B843A" w14:textId="77777777" w:rsidR="00C6405E" w:rsidRDefault="00DA6C0D">
      <w:r>
        <w:t>The Tenderer declares that, as at the date of submission:</w:t>
      </w:r>
    </w:p>
    <w:p w14:paraId="327C7399" w14:textId="77777777" w:rsidR="00C6405E" w:rsidRDefault="00DA6C0D">
      <w:r>
        <w:rPr>
          <w:rFonts w:ascii="DejaVu Sans" w:hAnsi="DejaVu Sans"/>
        </w:rPr>
        <w:t>☐</w:t>
      </w:r>
      <w:r>
        <w:rPr>
          <w:rFonts w:ascii="DejaVu Sans" w:hAnsi="DejaVu Sans"/>
        </w:rPr>
        <w:t xml:space="preserve"> </w:t>
      </w:r>
      <w:r>
        <w:t>it is legally established and entitled to perform the activities offered;</w:t>
      </w:r>
    </w:p>
    <w:p w14:paraId="6B6B75D8" w14:textId="77777777" w:rsidR="00C6405E" w:rsidRDefault="00DA6C0D">
      <w:r>
        <w:rPr>
          <w:rFonts w:ascii="DejaVu Sans" w:hAnsi="DejaVu Sans"/>
        </w:rPr>
        <w:t>☐</w:t>
      </w:r>
      <w:r>
        <w:rPr>
          <w:rFonts w:ascii="DejaVu Sans" w:hAnsi="DejaVu Sans"/>
        </w:rPr>
        <w:t xml:space="preserve"> </w:t>
      </w:r>
      <w:r>
        <w:t>it is not subject to any applicable exclusion, blacklisting, sanctions, insolvency or legal restriction that would prevent award/performance;</w:t>
      </w:r>
    </w:p>
    <w:p w14:paraId="1494C154" w14:textId="77777777" w:rsidR="00C6405E" w:rsidRDefault="00DA6C0D">
      <w:r>
        <w:rPr>
          <w:rFonts w:ascii="DejaVu Sans" w:hAnsi="DejaVu Sans"/>
        </w:rPr>
        <w:t>☐</w:t>
      </w:r>
      <w:r>
        <w:rPr>
          <w:rFonts w:ascii="DejaVu Sans" w:hAnsi="DejaVu Sans"/>
        </w:rPr>
        <w:t xml:space="preserve"> </w:t>
      </w:r>
      <w:r>
        <w:t>all taxes, registrations and permits required by applicable law for performance will be maintained;</w:t>
      </w:r>
    </w:p>
    <w:p w14:paraId="29C96FAF" w14:textId="77777777" w:rsidR="00C6405E" w:rsidRDefault="00DA6C0D">
      <w:r>
        <w:rPr>
          <w:rFonts w:ascii="DejaVu Sans" w:hAnsi="DejaVu Sans"/>
        </w:rPr>
        <w:t>☐</w:t>
      </w:r>
      <w:r>
        <w:rPr>
          <w:rFonts w:ascii="DejaVu Sans" w:hAnsi="DejaVu Sans"/>
        </w:rPr>
        <w:t xml:space="preserve"> </w:t>
      </w:r>
      <w:r>
        <w:t>personnel performing regulated electrical/PV activities will hold any legally required Maltese licences/warrants/authorisations;</w:t>
      </w:r>
    </w:p>
    <w:p w14:paraId="2FCE60F2" w14:textId="77777777" w:rsidR="00C6405E" w:rsidRDefault="00DA6C0D">
      <w:r>
        <w:rPr>
          <w:rFonts w:ascii="DejaVu Sans" w:hAnsi="DejaVu Sans"/>
        </w:rPr>
        <w:t>☐</w:t>
      </w:r>
      <w:r>
        <w:rPr>
          <w:rFonts w:ascii="DejaVu Sans" w:hAnsi="DejaVu Sans"/>
        </w:rPr>
        <w:t xml:space="preserve"> </w:t>
      </w:r>
      <w:r>
        <w:t>information supplied in this tender is true, complete and not misleading;</w:t>
      </w:r>
    </w:p>
    <w:p w14:paraId="1B69EB9F" w14:textId="77777777" w:rsidR="00C6405E" w:rsidRDefault="00DA6C0D">
      <w:r>
        <w:rPr>
          <w:rFonts w:ascii="DejaVu Sans" w:hAnsi="DejaVu Sans"/>
        </w:rPr>
        <w:t>☐</w:t>
      </w:r>
      <w:r>
        <w:rPr>
          <w:rFonts w:ascii="DejaVu Sans" w:hAnsi="DejaVu Sans"/>
        </w:rPr>
        <w:t xml:space="preserve"> </w:t>
      </w:r>
      <w:r>
        <w:t>it will promptly disclose any material change before contract signature.</w:t>
      </w:r>
    </w:p>
    <w:p w14:paraId="49810615" w14:textId="77777777" w:rsidR="00C6405E" w:rsidRDefault="00DA6C0D">
      <w:pPr>
        <w:pStyle w:val="FormLabel"/>
      </w:pPr>
      <w:r>
        <w:t>If any declaration above requires explanation, provide details here (or state “None”)</w:t>
      </w:r>
    </w:p>
    <w:p w14:paraId="75D32CDE" w14:textId="77777777" w:rsidR="00C6405E" w:rsidRDefault="00DA6C0D">
      <w:pPr>
        <w:spacing w:after="120"/>
      </w:pP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2541"/>
        <w:gridCol w:w="2541"/>
        <w:gridCol w:w="2541"/>
        <w:gridCol w:w="2541"/>
      </w:tblGrid>
      <w:tr w:rsidR="00C6405E" w14:paraId="2A37B641" w14:textId="77777777">
        <w:trPr>
          <w:cantSplit/>
          <w:jc w:val="center"/>
        </w:trPr>
        <w:tc>
          <w:tcPr>
            <w:tcW w:w="2541" w:type="dxa"/>
            <w:shd w:val="clear" w:color="auto" w:fill="EEF3F8"/>
          </w:tcPr>
          <w:p w14:paraId="416D274D" w14:textId="77777777" w:rsidR="00C6405E" w:rsidRDefault="00DA6C0D">
            <w:pPr>
              <w:keepNext/>
            </w:pPr>
            <w:r>
              <w:rPr>
                <w:b/>
              </w:rPr>
              <w:t>Name</w:t>
            </w:r>
          </w:p>
        </w:tc>
        <w:tc>
          <w:tcPr>
            <w:tcW w:w="2541" w:type="dxa"/>
            <w:shd w:val="clear" w:color="auto" w:fill="EEF3F8"/>
          </w:tcPr>
          <w:p w14:paraId="1389891F" w14:textId="77777777" w:rsidR="00C6405E" w:rsidRDefault="00DA6C0D">
            <w:pPr>
              <w:keepNext/>
            </w:pPr>
            <w:r>
              <w:rPr>
                <w:b/>
              </w:rPr>
              <w:t>Position</w:t>
            </w:r>
          </w:p>
        </w:tc>
        <w:tc>
          <w:tcPr>
            <w:tcW w:w="2541" w:type="dxa"/>
            <w:shd w:val="clear" w:color="auto" w:fill="EEF3F8"/>
          </w:tcPr>
          <w:p w14:paraId="1E5E1D11" w14:textId="77777777" w:rsidR="00C6405E" w:rsidRDefault="00DA6C0D">
            <w:pPr>
              <w:keepNext/>
            </w:pPr>
            <w:r>
              <w:rPr>
                <w:b/>
              </w:rPr>
              <w:t>Signature</w:t>
            </w:r>
          </w:p>
        </w:tc>
        <w:tc>
          <w:tcPr>
            <w:tcW w:w="2541" w:type="dxa"/>
            <w:shd w:val="clear" w:color="auto" w:fill="EEF3F8"/>
          </w:tcPr>
          <w:p w14:paraId="1B8DCE80" w14:textId="77777777" w:rsidR="00C6405E" w:rsidRDefault="00DA6C0D">
            <w:pPr>
              <w:keepNext/>
            </w:pPr>
            <w:r>
              <w:rPr>
                <w:b/>
              </w:rPr>
              <w:t>Date</w:t>
            </w:r>
          </w:p>
        </w:tc>
      </w:tr>
      <w:tr w:rsidR="00C6405E" w14:paraId="62C8DC9A" w14:textId="77777777">
        <w:trPr>
          <w:cantSplit/>
          <w:jc w:val="center"/>
        </w:trPr>
        <w:tc>
          <w:tcPr>
            <w:tcW w:w="2541" w:type="dxa"/>
          </w:tcPr>
          <w:p w14:paraId="3657A678" w14:textId="77777777" w:rsidR="00C6405E" w:rsidRDefault="00DA6C0D">
            <w:r>
              <w:br/>
            </w:r>
            <w:r>
              <w:br/>
            </w:r>
          </w:p>
        </w:tc>
        <w:tc>
          <w:tcPr>
            <w:tcW w:w="2541" w:type="dxa"/>
          </w:tcPr>
          <w:p w14:paraId="5B9A0EAD" w14:textId="77777777" w:rsidR="00C6405E" w:rsidRDefault="00DA6C0D">
            <w:r>
              <w:br/>
            </w:r>
            <w:r>
              <w:br/>
            </w:r>
          </w:p>
        </w:tc>
        <w:tc>
          <w:tcPr>
            <w:tcW w:w="2541" w:type="dxa"/>
          </w:tcPr>
          <w:p w14:paraId="4031EED2" w14:textId="77777777" w:rsidR="00C6405E" w:rsidRDefault="00DA6C0D">
            <w:r>
              <w:br/>
            </w:r>
            <w:r>
              <w:br/>
            </w:r>
          </w:p>
        </w:tc>
        <w:tc>
          <w:tcPr>
            <w:tcW w:w="2541" w:type="dxa"/>
          </w:tcPr>
          <w:p w14:paraId="56A3BE50" w14:textId="77777777" w:rsidR="00C6405E" w:rsidRDefault="00DA6C0D">
            <w:r>
              <w:br/>
            </w:r>
            <w:r>
              <w:br/>
            </w:r>
          </w:p>
        </w:tc>
      </w:tr>
    </w:tbl>
    <w:p w14:paraId="5ADE44CD" w14:textId="77777777" w:rsidR="00495818" w:rsidRDefault="00495818">
      <w:pPr>
        <w:pStyle w:val="Heading1"/>
        <w:sectPr w:rsidR="00495818" w:rsidSect="00034616">
          <w:headerReference w:type="default" r:id="rId8"/>
          <w:footerReference w:type="default" r:id="rId9"/>
          <w:pgSz w:w="12240" w:h="15840"/>
          <w:pgMar w:top="1008" w:right="1037" w:bottom="936" w:left="1037" w:header="720" w:footer="720" w:gutter="0"/>
          <w:cols w:space="720"/>
          <w:docGrid w:linePitch="360"/>
        </w:sectPr>
      </w:pPr>
    </w:p>
    <w:p w14:paraId="4EC3DC1B" w14:textId="05D3E734" w:rsidR="00C6405E" w:rsidRDefault="00DA6C0D">
      <w:pPr>
        <w:pStyle w:val="Heading1"/>
      </w:pPr>
      <w:bookmarkStart w:id="2" w:name="_Toc239008445"/>
      <w:proofErr w:type="gramStart"/>
      <w:r>
        <w:lastRenderedPageBreak/>
        <w:t>Form</w:t>
      </w:r>
      <w:proofErr w:type="gramEnd"/>
      <w:r>
        <w:t xml:space="preserve"> T3 - Technical Compliance Schedule</w:t>
      </w:r>
      <w:bookmarkEnd w:id="2"/>
    </w:p>
    <w:p w14:paraId="4ADFE1AF" w14:textId="77777777" w:rsidR="00C6405E" w:rsidRDefault="00DA6C0D">
      <w:r>
        <w:t>For every line, state “COMPLY” or “DO NOT COMPLY”, identify the offered make/model or solution, and give an exact datasheet/page reference. Leaving a mandatory line blank may prevent technical verification.</w:t>
      </w:r>
    </w:p>
    <w:tbl>
      <w:tblPr>
        <w:tblStyle w:val="TableGrid"/>
        <w:tblW w:w="5000" w:type="pct"/>
        <w:jc w:val="center"/>
        <w:tblLook w:val="04A0" w:firstRow="1" w:lastRow="0" w:firstColumn="1" w:lastColumn="0" w:noHBand="0" w:noVBand="1"/>
      </w:tblPr>
      <w:tblGrid>
        <w:gridCol w:w="1242"/>
        <w:gridCol w:w="1702"/>
        <w:gridCol w:w="5495"/>
        <w:gridCol w:w="3325"/>
        <w:gridCol w:w="2348"/>
      </w:tblGrid>
      <w:tr w:rsidR="00C6405E" w14:paraId="6C9EE274" w14:textId="77777777" w:rsidTr="0032356D">
        <w:trPr>
          <w:cantSplit/>
          <w:tblHeader/>
          <w:jc w:val="center"/>
        </w:trPr>
        <w:tc>
          <w:tcPr>
            <w:tcW w:w="440" w:type="pct"/>
            <w:shd w:val="clear" w:color="auto" w:fill="17365D"/>
          </w:tcPr>
          <w:p w14:paraId="09E1C34E" w14:textId="77777777" w:rsidR="00C6405E" w:rsidRDefault="00DA6C0D">
            <w:r>
              <w:rPr>
                <w:b/>
                <w:color w:val="FFFFFF"/>
              </w:rPr>
              <w:t>Ref</w:t>
            </w:r>
          </w:p>
        </w:tc>
        <w:tc>
          <w:tcPr>
            <w:tcW w:w="603" w:type="pct"/>
            <w:shd w:val="clear" w:color="auto" w:fill="17365D"/>
          </w:tcPr>
          <w:p w14:paraId="350E3AD0" w14:textId="77777777" w:rsidR="00C6405E" w:rsidRDefault="00DA6C0D">
            <w:r>
              <w:rPr>
                <w:b/>
                <w:color w:val="FFFFFF"/>
              </w:rPr>
              <w:t>Qty</w:t>
            </w:r>
          </w:p>
        </w:tc>
        <w:tc>
          <w:tcPr>
            <w:tcW w:w="1947" w:type="pct"/>
            <w:shd w:val="clear" w:color="auto" w:fill="17365D"/>
          </w:tcPr>
          <w:p w14:paraId="7DF30F3B" w14:textId="77777777" w:rsidR="00C6405E" w:rsidRDefault="00DA6C0D">
            <w:r>
              <w:rPr>
                <w:b/>
                <w:color w:val="FFFFFF"/>
              </w:rPr>
              <w:t>Minimum requirement (summary)</w:t>
            </w:r>
          </w:p>
        </w:tc>
        <w:tc>
          <w:tcPr>
            <w:tcW w:w="1178" w:type="pct"/>
            <w:shd w:val="clear" w:color="auto" w:fill="17365D"/>
          </w:tcPr>
          <w:p w14:paraId="709C4A2F" w14:textId="77777777" w:rsidR="00C6405E" w:rsidRDefault="00DA6C0D">
            <w:r>
              <w:rPr>
                <w:b/>
                <w:color w:val="FFFFFF"/>
              </w:rPr>
              <w:t>Compliance / offered make-model-details</w:t>
            </w:r>
          </w:p>
        </w:tc>
        <w:tc>
          <w:tcPr>
            <w:tcW w:w="832" w:type="pct"/>
            <w:shd w:val="clear" w:color="auto" w:fill="17365D"/>
          </w:tcPr>
          <w:p w14:paraId="36D6E1BD" w14:textId="77777777" w:rsidR="00C6405E" w:rsidRDefault="00DA6C0D">
            <w:r>
              <w:rPr>
                <w:b/>
                <w:color w:val="FFFFFF"/>
              </w:rPr>
              <w:t>Evidence reference</w:t>
            </w:r>
          </w:p>
        </w:tc>
      </w:tr>
      <w:tr w:rsidR="00C6405E" w14:paraId="02F1473B" w14:textId="77777777" w:rsidTr="0032356D">
        <w:trPr>
          <w:cantSplit/>
          <w:jc w:val="center"/>
        </w:trPr>
        <w:tc>
          <w:tcPr>
            <w:tcW w:w="440" w:type="pct"/>
            <w:tcMar>
              <w:top w:w="60" w:type="dxa"/>
              <w:left w:w="50" w:type="dxa"/>
              <w:bottom w:w="60" w:type="dxa"/>
              <w:right w:w="50" w:type="dxa"/>
            </w:tcMar>
          </w:tcPr>
          <w:p w14:paraId="26627155" w14:textId="77777777" w:rsidR="00C6405E" w:rsidRDefault="00DA6C0D">
            <w:r>
              <w:t>T3.1</w:t>
            </w:r>
          </w:p>
        </w:tc>
        <w:tc>
          <w:tcPr>
            <w:tcW w:w="603" w:type="pct"/>
            <w:tcMar>
              <w:top w:w="60" w:type="dxa"/>
              <w:left w:w="50" w:type="dxa"/>
              <w:bottom w:w="60" w:type="dxa"/>
              <w:right w:w="50" w:type="dxa"/>
            </w:tcMar>
          </w:tcPr>
          <w:p w14:paraId="29A280A7" w14:textId="77777777" w:rsidR="00C6405E" w:rsidRDefault="00DA6C0D">
            <w:r>
              <w:t>2</w:t>
            </w:r>
          </w:p>
        </w:tc>
        <w:tc>
          <w:tcPr>
            <w:tcW w:w="1947" w:type="pct"/>
            <w:tcMar>
              <w:top w:w="60" w:type="dxa"/>
              <w:left w:w="50" w:type="dxa"/>
              <w:bottom w:w="60" w:type="dxa"/>
              <w:right w:w="50" w:type="dxa"/>
            </w:tcMar>
          </w:tcPr>
          <w:p w14:paraId="5A2E580A" w14:textId="77777777" w:rsidR="00C6405E" w:rsidRDefault="00DA6C0D">
            <w:r>
              <w:t>AC controller/inverter for off-grid BESS; &gt;=3.6 kW AC per unit; fully compatible.</w:t>
            </w:r>
          </w:p>
        </w:tc>
        <w:tc>
          <w:tcPr>
            <w:tcW w:w="1178" w:type="pct"/>
            <w:tcMar>
              <w:top w:w="60" w:type="dxa"/>
              <w:left w:w="50" w:type="dxa"/>
              <w:bottom w:w="60" w:type="dxa"/>
              <w:right w:w="50" w:type="dxa"/>
            </w:tcMar>
          </w:tcPr>
          <w:p w14:paraId="3EF45B83" w14:textId="77777777" w:rsidR="00C6405E" w:rsidRDefault="00C6405E"/>
        </w:tc>
        <w:tc>
          <w:tcPr>
            <w:tcW w:w="832" w:type="pct"/>
            <w:tcMar>
              <w:top w:w="60" w:type="dxa"/>
              <w:left w:w="50" w:type="dxa"/>
              <w:bottom w:w="60" w:type="dxa"/>
              <w:right w:w="50" w:type="dxa"/>
            </w:tcMar>
          </w:tcPr>
          <w:p w14:paraId="3F678F4D" w14:textId="77777777" w:rsidR="00C6405E" w:rsidRDefault="00C6405E"/>
        </w:tc>
      </w:tr>
      <w:tr w:rsidR="00C6405E" w14:paraId="59A590AE" w14:textId="77777777" w:rsidTr="0032356D">
        <w:trPr>
          <w:cantSplit/>
          <w:jc w:val="center"/>
        </w:trPr>
        <w:tc>
          <w:tcPr>
            <w:tcW w:w="440" w:type="pct"/>
            <w:tcMar>
              <w:top w:w="60" w:type="dxa"/>
              <w:left w:w="50" w:type="dxa"/>
              <w:bottom w:w="60" w:type="dxa"/>
              <w:right w:w="50" w:type="dxa"/>
            </w:tcMar>
          </w:tcPr>
          <w:p w14:paraId="7D465621" w14:textId="77777777" w:rsidR="00C6405E" w:rsidRDefault="00DA6C0D">
            <w:r>
              <w:t>T3.2</w:t>
            </w:r>
          </w:p>
        </w:tc>
        <w:tc>
          <w:tcPr>
            <w:tcW w:w="603" w:type="pct"/>
            <w:tcMar>
              <w:top w:w="60" w:type="dxa"/>
              <w:left w:w="50" w:type="dxa"/>
              <w:bottom w:w="60" w:type="dxa"/>
              <w:right w:w="50" w:type="dxa"/>
            </w:tcMar>
          </w:tcPr>
          <w:p w14:paraId="0E633CEF" w14:textId="77777777" w:rsidR="00C6405E" w:rsidRDefault="00DA6C0D">
            <w:r>
              <w:t>2</w:t>
            </w:r>
          </w:p>
        </w:tc>
        <w:tc>
          <w:tcPr>
            <w:tcW w:w="1947" w:type="pct"/>
            <w:tcMar>
              <w:top w:w="60" w:type="dxa"/>
              <w:left w:w="50" w:type="dxa"/>
              <w:bottom w:w="60" w:type="dxa"/>
              <w:right w:w="50" w:type="dxa"/>
            </w:tcMar>
          </w:tcPr>
          <w:p w14:paraId="10255A7E" w14:textId="77777777" w:rsidR="00C6405E" w:rsidRDefault="00DA6C0D">
            <w:r>
              <w:t>Complete compatible storage system ground/floor mounting/base kit.</w:t>
            </w:r>
          </w:p>
        </w:tc>
        <w:tc>
          <w:tcPr>
            <w:tcW w:w="1178" w:type="pct"/>
            <w:tcMar>
              <w:top w:w="60" w:type="dxa"/>
              <w:left w:w="50" w:type="dxa"/>
              <w:bottom w:w="60" w:type="dxa"/>
              <w:right w:w="50" w:type="dxa"/>
            </w:tcMar>
          </w:tcPr>
          <w:p w14:paraId="040D5A0F" w14:textId="77777777" w:rsidR="00C6405E" w:rsidRDefault="00C6405E"/>
        </w:tc>
        <w:tc>
          <w:tcPr>
            <w:tcW w:w="832" w:type="pct"/>
            <w:tcMar>
              <w:top w:w="60" w:type="dxa"/>
              <w:left w:w="50" w:type="dxa"/>
              <w:bottom w:w="60" w:type="dxa"/>
              <w:right w:w="50" w:type="dxa"/>
            </w:tcMar>
          </w:tcPr>
          <w:p w14:paraId="0F44B377" w14:textId="77777777" w:rsidR="00C6405E" w:rsidRDefault="00C6405E"/>
        </w:tc>
      </w:tr>
      <w:tr w:rsidR="00C6405E" w14:paraId="16D7E2EF" w14:textId="77777777" w:rsidTr="0032356D">
        <w:trPr>
          <w:cantSplit/>
          <w:jc w:val="center"/>
        </w:trPr>
        <w:tc>
          <w:tcPr>
            <w:tcW w:w="440" w:type="pct"/>
            <w:tcMar>
              <w:top w:w="60" w:type="dxa"/>
              <w:left w:w="50" w:type="dxa"/>
              <w:bottom w:w="60" w:type="dxa"/>
              <w:right w:w="50" w:type="dxa"/>
            </w:tcMar>
          </w:tcPr>
          <w:p w14:paraId="3FAC42BF" w14:textId="77777777" w:rsidR="00C6405E" w:rsidRDefault="00DA6C0D">
            <w:r>
              <w:t>T3.3</w:t>
            </w:r>
          </w:p>
        </w:tc>
        <w:tc>
          <w:tcPr>
            <w:tcW w:w="603" w:type="pct"/>
            <w:tcMar>
              <w:top w:w="60" w:type="dxa"/>
              <w:left w:w="50" w:type="dxa"/>
              <w:bottom w:w="60" w:type="dxa"/>
              <w:right w:w="50" w:type="dxa"/>
            </w:tcMar>
          </w:tcPr>
          <w:p w14:paraId="4E896391" w14:textId="77777777" w:rsidR="00C6405E" w:rsidRDefault="00DA6C0D">
            <w:r>
              <w:t>2</w:t>
            </w:r>
          </w:p>
        </w:tc>
        <w:tc>
          <w:tcPr>
            <w:tcW w:w="1947" w:type="pct"/>
            <w:tcMar>
              <w:top w:w="60" w:type="dxa"/>
              <w:left w:w="50" w:type="dxa"/>
              <w:bottom w:w="60" w:type="dxa"/>
              <w:right w:w="50" w:type="dxa"/>
            </w:tcMar>
          </w:tcPr>
          <w:p w14:paraId="07BD84C6" w14:textId="77777777" w:rsidR="00C6405E" w:rsidRDefault="00DA6C0D">
            <w:r>
              <w:t>Compatible base/system control unit for integrated storage/off-grid system.</w:t>
            </w:r>
          </w:p>
        </w:tc>
        <w:tc>
          <w:tcPr>
            <w:tcW w:w="1178" w:type="pct"/>
            <w:tcMar>
              <w:top w:w="60" w:type="dxa"/>
              <w:left w:w="50" w:type="dxa"/>
              <w:bottom w:w="60" w:type="dxa"/>
              <w:right w:w="50" w:type="dxa"/>
            </w:tcMar>
          </w:tcPr>
          <w:p w14:paraId="0C9B6445" w14:textId="77777777" w:rsidR="00C6405E" w:rsidRDefault="00C6405E"/>
        </w:tc>
        <w:tc>
          <w:tcPr>
            <w:tcW w:w="832" w:type="pct"/>
            <w:tcMar>
              <w:top w:w="60" w:type="dxa"/>
              <w:left w:w="50" w:type="dxa"/>
              <w:bottom w:w="60" w:type="dxa"/>
              <w:right w:w="50" w:type="dxa"/>
            </w:tcMar>
          </w:tcPr>
          <w:p w14:paraId="4062515B" w14:textId="77777777" w:rsidR="00C6405E" w:rsidRDefault="00C6405E"/>
        </w:tc>
      </w:tr>
      <w:tr w:rsidR="00C6405E" w14:paraId="6AE7F16A" w14:textId="77777777" w:rsidTr="0032356D">
        <w:trPr>
          <w:cantSplit/>
          <w:jc w:val="center"/>
        </w:trPr>
        <w:tc>
          <w:tcPr>
            <w:tcW w:w="440" w:type="pct"/>
            <w:tcMar>
              <w:top w:w="60" w:type="dxa"/>
              <w:left w:w="50" w:type="dxa"/>
              <w:bottom w:w="60" w:type="dxa"/>
              <w:right w:w="50" w:type="dxa"/>
            </w:tcMar>
          </w:tcPr>
          <w:p w14:paraId="73299A40" w14:textId="77777777" w:rsidR="00C6405E" w:rsidRDefault="00DA6C0D">
            <w:r>
              <w:t>T3.4</w:t>
            </w:r>
          </w:p>
        </w:tc>
        <w:tc>
          <w:tcPr>
            <w:tcW w:w="603" w:type="pct"/>
            <w:tcMar>
              <w:top w:w="60" w:type="dxa"/>
              <w:left w:w="50" w:type="dxa"/>
              <w:bottom w:w="60" w:type="dxa"/>
              <w:right w:w="50" w:type="dxa"/>
            </w:tcMar>
          </w:tcPr>
          <w:p w14:paraId="1E0F88A1" w14:textId="77777777" w:rsidR="00C6405E" w:rsidRDefault="00DA6C0D">
            <w:r>
              <w:t>2</w:t>
            </w:r>
          </w:p>
        </w:tc>
        <w:tc>
          <w:tcPr>
            <w:tcW w:w="1947" w:type="pct"/>
            <w:tcMar>
              <w:top w:w="60" w:type="dxa"/>
              <w:left w:w="50" w:type="dxa"/>
              <w:bottom w:w="60" w:type="dxa"/>
              <w:right w:w="50" w:type="dxa"/>
            </w:tcMar>
          </w:tcPr>
          <w:p w14:paraId="54F95A3C" w14:textId="77777777" w:rsidR="00C6405E" w:rsidRDefault="00DA6C0D">
            <w:r>
              <w:t>Battery module &gt;=6.0 kWh nominal per unit; compatible; stationary use.</w:t>
            </w:r>
          </w:p>
        </w:tc>
        <w:tc>
          <w:tcPr>
            <w:tcW w:w="1178" w:type="pct"/>
            <w:tcMar>
              <w:top w:w="60" w:type="dxa"/>
              <w:left w:w="50" w:type="dxa"/>
              <w:bottom w:w="60" w:type="dxa"/>
              <w:right w:w="50" w:type="dxa"/>
            </w:tcMar>
          </w:tcPr>
          <w:p w14:paraId="7D079027" w14:textId="77777777" w:rsidR="00C6405E" w:rsidRDefault="00C6405E"/>
        </w:tc>
        <w:tc>
          <w:tcPr>
            <w:tcW w:w="832" w:type="pct"/>
            <w:tcMar>
              <w:top w:w="60" w:type="dxa"/>
              <w:left w:w="50" w:type="dxa"/>
              <w:bottom w:w="60" w:type="dxa"/>
              <w:right w:w="50" w:type="dxa"/>
            </w:tcMar>
          </w:tcPr>
          <w:p w14:paraId="263218A3" w14:textId="77777777" w:rsidR="00C6405E" w:rsidRDefault="00C6405E"/>
        </w:tc>
      </w:tr>
      <w:tr w:rsidR="00C6405E" w14:paraId="453BB480" w14:textId="77777777" w:rsidTr="0032356D">
        <w:trPr>
          <w:cantSplit/>
          <w:jc w:val="center"/>
        </w:trPr>
        <w:tc>
          <w:tcPr>
            <w:tcW w:w="440" w:type="pct"/>
            <w:tcMar>
              <w:top w:w="60" w:type="dxa"/>
              <w:left w:w="50" w:type="dxa"/>
              <w:bottom w:w="60" w:type="dxa"/>
              <w:right w:w="50" w:type="dxa"/>
            </w:tcMar>
          </w:tcPr>
          <w:p w14:paraId="5F25654B" w14:textId="77777777" w:rsidR="00C6405E" w:rsidRDefault="00DA6C0D">
            <w:r>
              <w:t>T3.5</w:t>
            </w:r>
          </w:p>
        </w:tc>
        <w:tc>
          <w:tcPr>
            <w:tcW w:w="603" w:type="pct"/>
            <w:tcMar>
              <w:top w:w="60" w:type="dxa"/>
              <w:left w:w="50" w:type="dxa"/>
              <w:bottom w:w="60" w:type="dxa"/>
              <w:right w:w="50" w:type="dxa"/>
            </w:tcMar>
          </w:tcPr>
          <w:p w14:paraId="38ABDCC4" w14:textId="77777777" w:rsidR="00C6405E" w:rsidRDefault="00DA6C0D">
            <w:r>
              <w:t>2</w:t>
            </w:r>
          </w:p>
        </w:tc>
        <w:tc>
          <w:tcPr>
            <w:tcW w:w="1947" w:type="pct"/>
            <w:tcMar>
              <w:top w:w="60" w:type="dxa"/>
              <w:left w:w="50" w:type="dxa"/>
              <w:bottom w:w="60" w:type="dxa"/>
              <w:right w:w="50" w:type="dxa"/>
            </w:tcMar>
          </w:tcPr>
          <w:p w14:paraId="344121F9" w14:textId="77777777" w:rsidR="00C6405E" w:rsidRDefault="00DA6C0D">
            <w:r>
              <w:t>Single-phase meter + CT compatible with offered system.</w:t>
            </w:r>
          </w:p>
        </w:tc>
        <w:tc>
          <w:tcPr>
            <w:tcW w:w="1178" w:type="pct"/>
            <w:tcMar>
              <w:top w:w="60" w:type="dxa"/>
              <w:left w:w="50" w:type="dxa"/>
              <w:bottom w:w="60" w:type="dxa"/>
              <w:right w:w="50" w:type="dxa"/>
            </w:tcMar>
          </w:tcPr>
          <w:p w14:paraId="41C10DF8" w14:textId="77777777" w:rsidR="00C6405E" w:rsidRDefault="00C6405E"/>
        </w:tc>
        <w:tc>
          <w:tcPr>
            <w:tcW w:w="832" w:type="pct"/>
            <w:tcMar>
              <w:top w:w="60" w:type="dxa"/>
              <w:left w:w="50" w:type="dxa"/>
              <w:bottom w:w="60" w:type="dxa"/>
              <w:right w:w="50" w:type="dxa"/>
            </w:tcMar>
          </w:tcPr>
          <w:p w14:paraId="2641CBFF" w14:textId="77777777" w:rsidR="00C6405E" w:rsidRDefault="00C6405E"/>
        </w:tc>
      </w:tr>
      <w:tr w:rsidR="00C6405E" w14:paraId="74713F0D" w14:textId="77777777" w:rsidTr="0032356D">
        <w:trPr>
          <w:cantSplit/>
          <w:jc w:val="center"/>
        </w:trPr>
        <w:tc>
          <w:tcPr>
            <w:tcW w:w="440" w:type="pct"/>
            <w:tcMar>
              <w:top w:w="60" w:type="dxa"/>
              <w:left w:w="50" w:type="dxa"/>
              <w:bottom w:w="60" w:type="dxa"/>
              <w:right w:w="50" w:type="dxa"/>
            </w:tcMar>
          </w:tcPr>
          <w:p w14:paraId="1E887B8D" w14:textId="77777777" w:rsidR="00C6405E" w:rsidRDefault="00DA6C0D">
            <w:r>
              <w:t>T3.6</w:t>
            </w:r>
          </w:p>
        </w:tc>
        <w:tc>
          <w:tcPr>
            <w:tcW w:w="603" w:type="pct"/>
            <w:tcMar>
              <w:top w:w="60" w:type="dxa"/>
              <w:left w:w="50" w:type="dxa"/>
              <w:bottom w:w="60" w:type="dxa"/>
              <w:right w:w="50" w:type="dxa"/>
            </w:tcMar>
          </w:tcPr>
          <w:p w14:paraId="74F89D05" w14:textId="77777777" w:rsidR="00C6405E" w:rsidRDefault="00DA6C0D">
            <w:r>
              <w:t>10</w:t>
            </w:r>
          </w:p>
        </w:tc>
        <w:tc>
          <w:tcPr>
            <w:tcW w:w="1947" w:type="pct"/>
            <w:tcMar>
              <w:top w:w="60" w:type="dxa"/>
              <w:left w:w="50" w:type="dxa"/>
              <w:bottom w:w="60" w:type="dxa"/>
              <w:right w:w="50" w:type="dxa"/>
            </w:tcMar>
          </w:tcPr>
          <w:p w14:paraId="00ACCFFE" w14:textId="77777777" w:rsidR="00C6405E" w:rsidRDefault="00DA6C0D">
            <w:r>
              <w:t>Bifacial PV module &gt;=640 Wp each; total &gt;=6.40 kWp; conformity documentation.</w:t>
            </w:r>
          </w:p>
        </w:tc>
        <w:tc>
          <w:tcPr>
            <w:tcW w:w="1178" w:type="pct"/>
            <w:tcMar>
              <w:top w:w="60" w:type="dxa"/>
              <w:left w:w="50" w:type="dxa"/>
              <w:bottom w:w="60" w:type="dxa"/>
              <w:right w:w="50" w:type="dxa"/>
            </w:tcMar>
          </w:tcPr>
          <w:p w14:paraId="00B3EA77" w14:textId="77777777" w:rsidR="00C6405E" w:rsidRDefault="00C6405E"/>
        </w:tc>
        <w:tc>
          <w:tcPr>
            <w:tcW w:w="832" w:type="pct"/>
            <w:tcMar>
              <w:top w:w="60" w:type="dxa"/>
              <w:left w:w="50" w:type="dxa"/>
              <w:bottom w:w="60" w:type="dxa"/>
              <w:right w:w="50" w:type="dxa"/>
            </w:tcMar>
          </w:tcPr>
          <w:p w14:paraId="11368AA3" w14:textId="77777777" w:rsidR="00C6405E" w:rsidRDefault="00C6405E"/>
        </w:tc>
      </w:tr>
      <w:tr w:rsidR="00C6405E" w14:paraId="28E7FAD1" w14:textId="77777777" w:rsidTr="0032356D">
        <w:trPr>
          <w:cantSplit/>
          <w:jc w:val="center"/>
        </w:trPr>
        <w:tc>
          <w:tcPr>
            <w:tcW w:w="440" w:type="pct"/>
            <w:tcMar>
              <w:top w:w="60" w:type="dxa"/>
              <w:left w:w="50" w:type="dxa"/>
              <w:bottom w:w="60" w:type="dxa"/>
              <w:right w:w="50" w:type="dxa"/>
            </w:tcMar>
          </w:tcPr>
          <w:p w14:paraId="378CD13E" w14:textId="77777777" w:rsidR="00C6405E" w:rsidRDefault="00DA6C0D">
            <w:r>
              <w:t>T3.7</w:t>
            </w:r>
          </w:p>
        </w:tc>
        <w:tc>
          <w:tcPr>
            <w:tcW w:w="603" w:type="pct"/>
            <w:tcMar>
              <w:top w:w="60" w:type="dxa"/>
              <w:left w:w="50" w:type="dxa"/>
              <w:bottom w:w="60" w:type="dxa"/>
              <w:right w:w="50" w:type="dxa"/>
            </w:tcMar>
          </w:tcPr>
          <w:p w14:paraId="30440EF7" w14:textId="77777777" w:rsidR="00C6405E" w:rsidRDefault="00DA6C0D">
            <w:r>
              <w:t>10 positions</w:t>
            </w:r>
          </w:p>
        </w:tc>
        <w:tc>
          <w:tcPr>
            <w:tcW w:w="1947" w:type="pct"/>
            <w:tcMar>
              <w:top w:w="60" w:type="dxa"/>
              <w:left w:w="50" w:type="dxa"/>
              <w:bottom w:w="60" w:type="dxa"/>
              <w:right w:w="50" w:type="dxa"/>
            </w:tcMar>
          </w:tcPr>
          <w:p w14:paraId="3DFEF299" w14:textId="77777777" w:rsidR="00C6405E" w:rsidRDefault="00DA6C0D">
            <w:r>
              <w:t>Flat-roof mounting/support solution for all modules, corrosion-resistant and complete.</w:t>
            </w:r>
          </w:p>
        </w:tc>
        <w:tc>
          <w:tcPr>
            <w:tcW w:w="1178" w:type="pct"/>
            <w:tcMar>
              <w:top w:w="60" w:type="dxa"/>
              <w:left w:w="50" w:type="dxa"/>
              <w:bottom w:w="60" w:type="dxa"/>
              <w:right w:w="50" w:type="dxa"/>
            </w:tcMar>
          </w:tcPr>
          <w:p w14:paraId="78AD9B64" w14:textId="77777777" w:rsidR="00C6405E" w:rsidRDefault="00C6405E"/>
        </w:tc>
        <w:tc>
          <w:tcPr>
            <w:tcW w:w="832" w:type="pct"/>
            <w:tcMar>
              <w:top w:w="60" w:type="dxa"/>
              <w:left w:w="50" w:type="dxa"/>
              <w:bottom w:w="60" w:type="dxa"/>
              <w:right w:w="50" w:type="dxa"/>
            </w:tcMar>
          </w:tcPr>
          <w:p w14:paraId="372F33EE" w14:textId="77777777" w:rsidR="00C6405E" w:rsidRDefault="00C6405E"/>
        </w:tc>
      </w:tr>
      <w:tr w:rsidR="00C6405E" w14:paraId="28D6A7DD" w14:textId="77777777" w:rsidTr="0032356D">
        <w:trPr>
          <w:cantSplit/>
          <w:jc w:val="center"/>
        </w:trPr>
        <w:tc>
          <w:tcPr>
            <w:tcW w:w="440" w:type="pct"/>
            <w:tcMar>
              <w:top w:w="60" w:type="dxa"/>
              <w:left w:w="50" w:type="dxa"/>
              <w:bottom w:w="60" w:type="dxa"/>
              <w:right w:w="50" w:type="dxa"/>
            </w:tcMar>
          </w:tcPr>
          <w:p w14:paraId="668DF718" w14:textId="77777777" w:rsidR="00C6405E" w:rsidRDefault="00DA6C0D">
            <w:r>
              <w:t>T3.8</w:t>
            </w:r>
          </w:p>
        </w:tc>
        <w:tc>
          <w:tcPr>
            <w:tcW w:w="603" w:type="pct"/>
            <w:tcMar>
              <w:top w:w="60" w:type="dxa"/>
              <w:left w:w="50" w:type="dxa"/>
              <w:bottom w:w="60" w:type="dxa"/>
              <w:right w:w="50" w:type="dxa"/>
            </w:tcMar>
          </w:tcPr>
          <w:p w14:paraId="6F4D4562" w14:textId="77777777" w:rsidR="00C6405E" w:rsidRDefault="00DA6C0D">
            <w:r>
              <w:t>2 systems</w:t>
            </w:r>
          </w:p>
        </w:tc>
        <w:tc>
          <w:tcPr>
            <w:tcW w:w="1947" w:type="pct"/>
            <w:tcMar>
              <w:top w:w="60" w:type="dxa"/>
              <w:left w:w="50" w:type="dxa"/>
              <w:bottom w:w="60" w:type="dxa"/>
              <w:right w:w="50" w:type="dxa"/>
            </w:tcMar>
          </w:tcPr>
          <w:p w14:paraId="026BAF80" w14:textId="77777777" w:rsidR="00C6405E" w:rsidRDefault="00DA6C0D">
            <w:r>
              <w:t>Complete off-grid installation, configuration, testing and commissioning.</w:t>
            </w:r>
          </w:p>
        </w:tc>
        <w:tc>
          <w:tcPr>
            <w:tcW w:w="1178" w:type="pct"/>
            <w:tcMar>
              <w:top w:w="60" w:type="dxa"/>
              <w:left w:w="50" w:type="dxa"/>
              <w:bottom w:w="60" w:type="dxa"/>
              <w:right w:w="50" w:type="dxa"/>
            </w:tcMar>
          </w:tcPr>
          <w:p w14:paraId="78386E61" w14:textId="77777777" w:rsidR="00C6405E" w:rsidRDefault="00C6405E"/>
        </w:tc>
        <w:tc>
          <w:tcPr>
            <w:tcW w:w="832" w:type="pct"/>
            <w:tcMar>
              <w:top w:w="60" w:type="dxa"/>
              <w:left w:w="50" w:type="dxa"/>
              <w:bottom w:w="60" w:type="dxa"/>
              <w:right w:w="50" w:type="dxa"/>
            </w:tcMar>
          </w:tcPr>
          <w:p w14:paraId="27EF77E1" w14:textId="77777777" w:rsidR="00C6405E" w:rsidRDefault="00C6405E"/>
        </w:tc>
      </w:tr>
      <w:tr w:rsidR="00C6405E" w14:paraId="2EBE4AF3" w14:textId="77777777" w:rsidTr="0032356D">
        <w:trPr>
          <w:cantSplit/>
          <w:jc w:val="center"/>
        </w:trPr>
        <w:tc>
          <w:tcPr>
            <w:tcW w:w="440" w:type="pct"/>
            <w:tcMar>
              <w:top w:w="60" w:type="dxa"/>
              <w:left w:w="50" w:type="dxa"/>
              <w:bottom w:w="60" w:type="dxa"/>
              <w:right w:w="50" w:type="dxa"/>
            </w:tcMar>
          </w:tcPr>
          <w:p w14:paraId="4DF29ACE" w14:textId="77777777" w:rsidR="00C6405E" w:rsidRDefault="00DA6C0D">
            <w:r>
              <w:t>T3.9</w:t>
            </w:r>
          </w:p>
        </w:tc>
        <w:tc>
          <w:tcPr>
            <w:tcW w:w="603" w:type="pct"/>
            <w:tcMar>
              <w:top w:w="60" w:type="dxa"/>
              <w:left w:w="50" w:type="dxa"/>
              <w:bottom w:w="60" w:type="dxa"/>
              <w:right w:w="50" w:type="dxa"/>
            </w:tcMar>
          </w:tcPr>
          <w:p w14:paraId="6F29C2A6" w14:textId="77777777" w:rsidR="00C6405E" w:rsidRDefault="00DA6C0D">
            <w:r>
              <w:t>2 sets</w:t>
            </w:r>
          </w:p>
        </w:tc>
        <w:tc>
          <w:tcPr>
            <w:tcW w:w="1947" w:type="pct"/>
            <w:tcMar>
              <w:top w:w="60" w:type="dxa"/>
              <w:left w:w="50" w:type="dxa"/>
              <w:bottom w:w="60" w:type="dxa"/>
              <w:right w:w="50" w:type="dxa"/>
            </w:tcMar>
          </w:tcPr>
          <w:p w14:paraId="301D5723" w14:textId="77777777" w:rsidR="00C6405E" w:rsidRDefault="00DA6C0D">
            <w:r>
              <w:t>Complete electrical/protection/earthing items including earth electrode arrangements.</w:t>
            </w:r>
          </w:p>
        </w:tc>
        <w:tc>
          <w:tcPr>
            <w:tcW w:w="1178" w:type="pct"/>
            <w:tcMar>
              <w:top w:w="60" w:type="dxa"/>
              <w:left w:w="50" w:type="dxa"/>
              <w:bottom w:w="60" w:type="dxa"/>
              <w:right w:w="50" w:type="dxa"/>
            </w:tcMar>
          </w:tcPr>
          <w:p w14:paraId="70A4A4DE" w14:textId="77777777" w:rsidR="00C6405E" w:rsidRDefault="00C6405E"/>
        </w:tc>
        <w:tc>
          <w:tcPr>
            <w:tcW w:w="832" w:type="pct"/>
            <w:tcMar>
              <w:top w:w="60" w:type="dxa"/>
              <w:left w:w="50" w:type="dxa"/>
              <w:bottom w:w="60" w:type="dxa"/>
              <w:right w:w="50" w:type="dxa"/>
            </w:tcMar>
          </w:tcPr>
          <w:p w14:paraId="7755B99A" w14:textId="77777777" w:rsidR="00C6405E" w:rsidRDefault="00C6405E"/>
        </w:tc>
      </w:tr>
      <w:tr w:rsidR="00C6405E" w14:paraId="72ED5391" w14:textId="77777777" w:rsidTr="0032356D">
        <w:trPr>
          <w:cantSplit/>
          <w:jc w:val="center"/>
        </w:trPr>
        <w:tc>
          <w:tcPr>
            <w:tcW w:w="440" w:type="pct"/>
            <w:tcMar>
              <w:top w:w="60" w:type="dxa"/>
              <w:left w:w="50" w:type="dxa"/>
              <w:bottom w:w="60" w:type="dxa"/>
              <w:right w:w="50" w:type="dxa"/>
            </w:tcMar>
          </w:tcPr>
          <w:p w14:paraId="554E0572" w14:textId="77777777" w:rsidR="00C6405E" w:rsidRDefault="00DA6C0D">
            <w:r>
              <w:t>T3.10</w:t>
            </w:r>
          </w:p>
        </w:tc>
        <w:tc>
          <w:tcPr>
            <w:tcW w:w="603" w:type="pct"/>
            <w:tcMar>
              <w:top w:w="60" w:type="dxa"/>
              <w:left w:w="50" w:type="dxa"/>
              <w:bottom w:w="60" w:type="dxa"/>
              <w:right w:w="50" w:type="dxa"/>
            </w:tcMar>
          </w:tcPr>
          <w:p w14:paraId="2D33D6F5" w14:textId="77777777" w:rsidR="00C6405E" w:rsidRDefault="00DA6C0D">
            <w:r>
              <w:t>All</w:t>
            </w:r>
          </w:p>
        </w:tc>
        <w:tc>
          <w:tcPr>
            <w:tcW w:w="1947" w:type="pct"/>
            <w:tcMar>
              <w:top w:w="60" w:type="dxa"/>
              <w:left w:w="50" w:type="dxa"/>
              <w:bottom w:w="60" w:type="dxa"/>
              <w:right w:w="50" w:type="dxa"/>
            </w:tcMar>
          </w:tcPr>
          <w:p w14:paraId="38CA481A" w14:textId="77777777" w:rsidR="00C6405E" w:rsidRDefault="00DA6C0D">
            <w:r>
              <w:t>New/unused equipment; compatibility of all components; delivery to Gozo included.</w:t>
            </w:r>
          </w:p>
        </w:tc>
        <w:tc>
          <w:tcPr>
            <w:tcW w:w="1178" w:type="pct"/>
            <w:tcMar>
              <w:top w:w="60" w:type="dxa"/>
              <w:left w:w="50" w:type="dxa"/>
              <w:bottom w:w="60" w:type="dxa"/>
              <w:right w:w="50" w:type="dxa"/>
            </w:tcMar>
          </w:tcPr>
          <w:p w14:paraId="433CD1C8" w14:textId="77777777" w:rsidR="00C6405E" w:rsidRDefault="00C6405E"/>
        </w:tc>
        <w:tc>
          <w:tcPr>
            <w:tcW w:w="832" w:type="pct"/>
            <w:tcMar>
              <w:top w:w="60" w:type="dxa"/>
              <w:left w:w="50" w:type="dxa"/>
              <w:bottom w:w="60" w:type="dxa"/>
              <w:right w:w="50" w:type="dxa"/>
            </w:tcMar>
          </w:tcPr>
          <w:p w14:paraId="0F48B250" w14:textId="77777777" w:rsidR="00C6405E" w:rsidRDefault="00C6405E"/>
        </w:tc>
      </w:tr>
      <w:tr w:rsidR="00C6405E" w14:paraId="105A08E1" w14:textId="77777777" w:rsidTr="0032356D">
        <w:trPr>
          <w:cantSplit/>
          <w:jc w:val="center"/>
        </w:trPr>
        <w:tc>
          <w:tcPr>
            <w:tcW w:w="440" w:type="pct"/>
            <w:tcMar>
              <w:top w:w="60" w:type="dxa"/>
              <w:left w:w="50" w:type="dxa"/>
              <w:bottom w:w="60" w:type="dxa"/>
              <w:right w:w="50" w:type="dxa"/>
            </w:tcMar>
          </w:tcPr>
          <w:p w14:paraId="15ABDDD6" w14:textId="77777777" w:rsidR="00C6405E" w:rsidRDefault="00DA6C0D">
            <w:r>
              <w:lastRenderedPageBreak/>
              <w:t>T3.11</w:t>
            </w:r>
          </w:p>
        </w:tc>
        <w:tc>
          <w:tcPr>
            <w:tcW w:w="603" w:type="pct"/>
            <w:tcMar>
              <w:top w:w="60" w:type="dxa"/>
              <w:left w:w="50" w:type="dxa"/>
              <w:bottom w:w="60" w:type="dxa"/>
              <w:right w:w="50" w:type="dxa"/>
            </w:tcMar>
          </w:tcPr>
          <w:p w14:paraId="7D6A0D77" w14:textId="77777777" w:rsidR="00C6405E" w:rsidRDefault="00DA6C0D">
            <w:r>
              <w:t>All</w:t>
            </w:r>
          </w:p>
        </w:tc>
        <w:tc>
          <w:tcPr>
            <w:tcW w:w="1947" w:type="pct"/>
            <w:tcMar>
              <w:top w:w="60" w:type="dxa"/>
              <w:left w:w="50" w:type="dxa"/>
              <w:bottom w:w="60" w:type="dxa"/>
              <w:right w:w="50" w:type="dxa"/>
            </w:tcMar>
          </w:tcPr>
          <w:p w14:paraId="68938D4F" w14:textId="77777777" w:rsidR="00C6405E" w:rsidRDefault="00DA6C0D">
            <w:r>
              <w:t>Handover pack: serials, datasheets, conformity docs, warranties, commissioning/test record, photos, manuals.</w:t>
            </w:r>
          </w:p>
        </w:tc>
        <w:tc>
          <w:tcPr>
            <w:tcW w:w="1178" w:type="pct"/>
            <w:tcMar>
              <w:top w:w="60" w:type="dxa"/>
              <w:left w:w="50" w:type="dxa"/>
              <w:bottom w:w="60" w:type="dxa"/>
              <w:right w:w="50" w:type="dxa"/>
            </w:tcMar>
          </w:tcPr>
          <w:p w14:paraId="7FA0EBEF" w14:textId="77777777" w:rsidR="00C6405E" w:rsidRDefault="00C6405E"/>
        </w:tc>
        <w:tc>
          <w:tcPr>
            <w:tcW w:w="832" w:type="pct"/>
            <w:tcMar>
              <w:top w:w="60" w:type="dxa"/>
              <w:left w:w="50" w:type="dxa"/>
              <w:bottom w:w="60" w:type="dxa"/>
              <w:right w:w="50" w:type="dxa"/>
            </w:tcMar>
          </w:tcPr>
          <w:p w14:paraId="5B8820AA" w14:textId="77777777" w:rsidR="00C6405E" w:rsidRDefault="00C6405E"/>
        </w:tc>
      </w:tr>
      <w:tr w:rsidR="00C6405E" w14:paraId="600A4E0D" w14:textId="77777777" w:rsidTr="0032356D">
        <w:trPr>
          <w:cantSplit/>
          <w:jc w:val="center"/>
        </w:trPr>
        <w:tc>
          <w:tcPr>
            <w:tcW w:w="440" w:type="pct"/>
            <w:tcMar>
              <w:top w:w="60" w:type="dxa"/>
              <w:left w:w="50" w:type="dxa"/>
              <w:bottom w:w="60" w:type="dxa"/>
              <w:right w:w="50" w:type="dxa"/>
            </w:tcMar>
          </w:tcPr>
          <w:p w14:paraId="69136186" w14:textId="77777777" w:rsidR="00C6405E" w:rsidRDefault="00DA6C0D">
            <w:r>
              <w:t>T3.12</w:t>
            </w:r>
          </w:p>
        </w:tc>
        <w:tc>
          <w:tcPr>
            <w:tcW w:w="603" w:type="pct"/>
            <w:tcMar>
              <w:top w:w="60" w:type="dxa"/>
              <w:left w:w="50" w:type="dxa"/>
              <w:bottom w:w="60" w:type="dxa"/>
              <w:right w:w="50" w:type="dxa"/>
            </w:tcMar>
          </w:tcPr>
          <w:p w14:paraId="27913DF4" w14:textId="77777777" w:rsidR="00C6405E" w:rsidRDefault="00DA6C0D">
            <w:r>
              <w:t>All</w:t>
            </w:r>
          </w:p>
        </w:tc>
        <w:tc>
          <w:tcPr>
            <w:tcW w:w="1947" w:type="pct"/>
            <w:tcMar>
              <w:top w:w="60" w:type="dxa"/>
              <w:left w:w="50" w:type="dxa"/>
              <w:bottom w:w="60" w:type="dxa"/>
              <w:right w:w="50" w:type="dxa"/>
            </w:tcMar>
          </w:tcPr>
          <w:p w14:paraId="0A027F2D" w14:textId="77777777" w:rsidR="00C6405E" w:rsidRDefault="00DA6C0D">
            <w:r>
              <w:t>Completion within 60 calendar days from Order to Start and grant deadline.</w:t>
            </w:r>
          </w:p>
        </w:tc>
        <w:tc>
          <w:tcPr>
            <w:tcW w:w="1178" w:type="pct"/>
            <w:tcMar>
              <w:top w:w="60" w:type="dxa"/>
              <w:left w:w="50" w:type="dxa"/>
              <w:bottom w:w="60" w:type="dxa"/>
              <w:right w:w="50" w:type="dxa"/>
            </w:tcMar>
          </w:tcPr>
          <w:p w14:paraId="1CD5AA68" w14:textId="77777777" w:rsidR="00C6405E" w:rsidRDefault="00C6405E"/>
        </w:tc>
        <w:tc>
          <w:tcPr>
            <w:tcW w:w="832" w:type="pct"/>
            <w:tcMar>
              <w:top w:w="60" w:type="dxa"/>
              <w:left w:w="50" w:type="dxa"/>
              <w:bottom w:w="60" w:type="dxa"/>
              <w:right w:w="50" w:type="dxa"/>
            </w:tcMar>
          </w:tcPr>
          <w:p w14:paraId="4BF70F14" w14:textId="77777777" w:rsidR="00C6405E" w:rsidRDefault="00C6405E"/>
        </w:tc>
      </w:tr>
      <w:tr w:rsidR="00C6405E" w14:paraId="78CCEAE5" w14:textId="77777777" w:rsidTr="0032356D">
        <w:trPr>
          <w:cantSplit/>
          <w:jc w:val="center"/>
        </w:trPr>
        <w:tc>
          <w:tcPr>
            <w:tcW w:w="440" w:type="pct"/>
            <w:tcMar>
              <w:top w:w="60" w:type="dxa"/>
              <w:left w:w="50" w:type="dxa"/>
              <w:bottom w:w="60" w:type="dxa"/>
              <w:right w:w="50" w:type="dxa"/>
            </w:tcMar>
          </w:tcPr>
          <w:p w14:paraId="0661361F" w14:textId="77777777" w:rsidR="00C6405E" w:rsidRDefault="00DA6C0D">
            <w:r>
              <w:t>T3.13</w:t>
            </w:r>
          </w:p>
        </w:tc>
        <w:tc>
          <w:tcPr>
            <w:tcW w:w="603" w:type="pct"/>
            <w:tcMar>
              <w:top w:w="60" w:type="dxa"/>
              <w:left w:w="50" w:type="dxa"/>
              <w:bottom w:w="60" w:type="dxa"/>
              <w:right w:w="50" w:type="dxa"/>
            </w:tcMar>
          </w:tcPr>
          <w:p w14:paraId="5A65FE3B" w14:textId="77777777" w:rsidR="00C6405E" w:rsidRDefault="00DA6C0D">
            <w:r>
              <w:t>All</w:t>
            </w:r>
          </w:p>
        </w:tc>
        <w:tc>
          <w:tcPr>
            <w:tcW w:w="1947" w:type="pct"/>
            <w:tcMar>
              <w:top w:w="60" w:type="dxa"/>
              <w:left w:w="50" w:type="dxa"/>
              <w:bottom w:w="60" w:type="dxa"/>
              <w:right w:w="50" w:type="dxa"/>
            </w:tcMar>
          </w:tcPr>
          <w:p w14:paraId="15D6F567" w14:textId="77777777" w:rsidR="00C6405E" w:rsidRDefault="00DA6C0D">
            <w:r>
              <w:t>Minimum 12-month workmanship defect correction after Provisional Acceptance.</w:t>
            </w:r>
          </w:p>
        </w:tc>
        <w:tc>
          <w:tcPr>
            <w:tcW w:w="1178" w:type="pct"/>
            <w:tcMar>
              <w:top w:w="60" w:type="dxa"/>
              <w:left w:w="50" w:type="dxa"/>
              <w:bottom w:w="60" w:type="dxa"/>
              <w:right w:w="50" w:type="dxa"/>
            </w:tcMar>
          </w:tcPr>
          <w:p w14:paraId="72912D55" w14:textId="77777777" w:rsidR="00C6405E" w:rsidRDefault="00C6405E"/>
        </w:tc>
        <w:tc>
          <w:tcPr>
            <w:tcW w:w="832" w:type="pct"/>
            <w:tcMar>
              <w:top w:w="60" w:type="dxa"/>
              <w:left w:w="50" w:type="dxa"/>
              <w:bottom w:w="60" w:type="dxa"/>
              <w:right w:w="50" w:type="dxa"/>
            </w:tcMar>
          </w:tcPr>
          <w:p w14:paraId="46850991" w14:textId="77777777" w:rsidR="00C6405E" w:rsidRDefault="00C6405E"/>
        </w:tc>
      </w:tr>
    </w:tbl>
    <w:p w14:paraId="47850471" w14:textId="77777777" w:rsidR="0032356D" w:rsidRDefault="0032356D"/>
    <w:p w14:paraId="685C509F" w14:textId="0C4ED66E" w:rsidR="00C6405E" w:rsidRDefault="00DA6C0D">
      <w:r>
        <w:t>Technical narrative / integration notes (attach additional pages if required):</w:t>
      </w:r>
    </w:p>
    <w:p w14:paraId="388DC04D" w14:textId="77777777" w:rsidR="00C6405E" w:rsidRDefault="00DA6C0D">
      <w:r>
        <w:t>________________________________________________________________________________</w:t>
      </w:r>
    </w:p>
    <w:p w14:paraId="311709F6" w14:textId="77777777" w:rsidR="00C6405E" w:rsidRDefault="00DA6C0D">
      <w:r>
        <w:t>________________________________________________________________________________</w:t>
      </w:r>
    </w:p>
    <w:p w14:paraId="5BE600DA" w14:textId="77777777" w:rsidR="00C6405E" w:rsidRDefault="00DA6C0D">
      <w:r>
        <w:t>________________________________________________________________________________</w:t>
      </w:r>
    </w:p>
    <w:p w14:paraId="4E5B0002" w14:textId="77777777" w:rsidR="00495818" w:rsidRDefault="00495818">
      <w:pPr>
        <w:spacing w:after="200" w:line="276" w:lineRule="auto"/>
        <w:sectPr w:rsidR="00495818" w:rsidSect="00495818">
          <w:pgSz w:w="15840" w:h="12240" w:orient="landscape"/>
          <w:pgMar w:top="1037" w:right="1008" w:bottom="1037" w:left="936" w:header="720" w:footer="720" w:gutter="0"/>
          <w:cols w:space="720"/>
          <w:docGrid w:linePitch="360"/>
        </w:sectPr>
      </w:pPr>
    </w:p>
    <w:p w14:paraId="21BB86E9" w14:textId="34073C01" w:rsidR="00C6405E" w:rsidRDefault="00DA6C0D">
      <w:pPr>
        <w:pStyle w:val="Heading1"/>
      </w:pPr>
      <w:bookmarkStart w:id="3" w:name="_Toc239008446"/>
      <w:proofErr w:type="gramStart"/>
      <w:r>
        <w:lastRenderedPageBreak/>
        <w:t>Form</w:t>
      </w:r>
      <w:proofErr w:type="gramEnd"/>
      <w:r>
        <w:t xml:space="preserve"> T4 - Financial Bid / Price Schedule</w:t>
      </w:r>
      <w:bookmarkEnd w:id="3"/>
    </w:p>
    <w:p w14:paraId="323358B6" w14:textId="77777777" w:rsidR="00C6405E" w:rsidRDefault="00DA6C0D">
      <w:r>
        <w:t>Prices must be fixed and include every cost needed for the full scope. The evaluated award price is the total excluding VAT. Tenders exceeding EUR 19,164.92 excluding VAT are financially non-compliant.</w:t>
      </w:r>
    </w:p>
    <w:tbl>
      <w:tblPr>
        <w:tblStyle w:val="TableGrid"/>
        <w:tblW w:w="5000" w:type="pct"/>
        <w:jc w:val="center"/>
        <w:tblLook w:val="04A0" w:firstRow="1" w:lastRow="0" w:firstColumn="1" w:lastColumn="0" w:noHBand="0" w:noVBand="1"/>
      </w:tblPr>
      <w:tblGrid>
        <w:gridCol w:w="817"/>
        <w:gridCol w:w="1559"/>
        <w:gridCol w:w="5103"/>
        <w:gridCol w:w="2498"/>
        <w:gridCol w:w="2605"/>
        <w:gridCol w:w="1530"/>
      </w:tblGrid>
      <w:tr w:rsidR="00C6405E" w14:paraId="1C0D4F67" w14:textId="77777777" w:rsidTr="0032356D">
        <w:trPr>
          <w:cantSplit/>
          <w:tblHeader/>
          <w:jc w:val="center"/>
        </w:trPr>
        <w:tc>
          <w:tcPr>
            <w:tcW w:w="289" w:type="pct"/>
            <w:shd w:val="clear" w:color="auto" w:fill="17365D"/>
          </w:tcPr>
          <w:p w14:paraId="76DEFD34" w14:textId="77777777" w:rsidR="00C6405E" w:rsidRDefault="00DA6C0D">
            <w:r>
              <w:rPr>
                <w:b/>
                <w:color w:val="FFFFFF"/>
              </w:rPr>
              <w:t>Item</w:t>
            </w:r>
          </w:p>
        </w:tc>
        <w:tc>
          <w:tcPr>
            <w:tcW w:w="552" w:type="pct"/>
            <w:shd w:val="clear" w:color="auto" w:fill="17365D"/>
          </w:tcPr>
          <w:p w14:paraId="63A4B1D8" w14:textId="77777777" w:rsidR="00C6405E" w:rsidRDefault="00DA6C0D">
            <w:r>
              <w:rPr>
                <w:b/>
                <w:color w:val="FFFFFF"/>
              </w:rPr>
              <w:t>Qty</w:t>
            </w:r>
          </w:p>
        </w:tc>
        <w:tc>
          <w:tcPr>
            <w:tcW w:w="1808" w:type="pct"/>
            <w:shd w:val="clear" w:color="auto" w:fill="17365D"/>
          </w:tcPr>
          <w:p w14:paraId="40479258" w14:textId="77777777" w:rsidR="00C6405E" w:rsidRDefault="00DA6C0D">
            <w:r>
              <w:rPr>
                <w:b/>
                <w:color w:val="FFFFFF"/>
              </w:rPr>
              <w:t>Description</w:t>
            </w:r>
          </w:p>
        </w:tc>
        <w:tc>
          <w:tcPr>
            <w:tcW w:w="885" w:type="pct"/>
            <w:shd w:val="clear" w:color="auto" w:fill="17365D"/>
          </w:tcPr>
          <w:p w14:paraId="14C622DF" w14:textId="77777777" w:rsidR="00C6405E" w:rsidRDefault="00DA6C0D">
            <w:r>
              <w:rPr>
                <w:b/>
                <w:color w:val="FFFFFF"/>
              </w:rPr>
              <w:t>Unit price ex VAT (EUR)</w:t>
            </w:r>
          </w:p>
        </w:tc>
        <w:tc>
          <w:tcPr>
            <w:tcW w:w="923" w:type="pct"/>
            <w:shd w:val="clear" w:color="auto" w:fill="17365D"/>
          </w:tcPr>
          <w:p w14:paraId="103483E1" w14:textId="77777777" w:rsidR="00C6405E" w:rsidRDefault="00DA6C0D">
            <w:r>
              <w:rPr>
                <w:b/>
                <w:color w:val="FFFFFF"/>
              </w:rPr>
              <w:t>Line total ex VAT (EUR)</w:t>
            </w:r>
          </w:p>
        </w:tc>
        <w:tc>
          <w:tcPr>
            <w:tcW w:w="542" w:type="pct"/>
            <w:shd w:val="clear" w:color="auto" w:fill="17365D"/>
          </w:tcPr>
          <w:p w14:paraId="49B4116D" w14:textId="77777777" w:rsidR="00C6405E" w:rsidRDefault="00DA6C0D">
            <w:r>
              <w:rPr>
                <w:b/>
                <w:color w:val="FFFFFF"/>
              </w:rPr>
              <w:t>VAT %</w:t>
            </w:r>
          </w:p>
        </w:tc>
      </w:tr>
      <w:tr w:rsidR="00C6405E" w14:paraId="70806A60" w14:textId="77777777" w:rsidTr="0032356D">
        <w:trPr>
          <w:cantSplit/>
          <w:jc w:val="center"/>
        </w:trPr>
        <w:tc>
          <w:tcPr>
            <w:tcW w:w="289" w:type="pct"/>
            <w:tcMar>
              <w:top w:w="60" w:type="dxa"/>
              <w:left w:w="45" w:type="dxa"/>
              <w:bottom w:w="60" w:type="dxa"/>
              <w:right w:w="45" w:type="dxa"/>
            </w:tcMar>
          </w:tcPr>
          <w:p w14:paraId="45ABDCDD" w14:textId="77777777" w:rsidR="00C6405E" w:rsidRDefault="00DA6C0D">
            <w:r>
              <w:t>1</w:t>
            </w:r>
          </w:p>
        </w:tc>
        <w:tc>
          <w:tcPr>
            <w:tcW w:w="552" w:type="pct"/>
            <w:tcMar>
              <w:top w:w="60" w:type="dxa"/>
              <w:left w:w="45" w:type="dxa"/>
              <w:bottom w:w="60" w:type="dxa"/>
              <w:right w:w="45" w:type="dxa"/>
            </w:tcMar>
          </w:tcPr>
          <w:p w14:paraId="6D44D7D5" w14:textId="77777777" w:rsidR="00C6405E" w:rsidRDefault="00DA6C0D">
            <w:r>
              <w:t>2</w:t>
            </w:r>
          </w:p>
        </w:tc>
        <w:tc>
          <w:tcPr>
            <w:tcW w:w="1808" w:type="pct"/>
            <w:tcMar>
              <w:top w:w="60" w:type="dxa"/>
              <w:left w:w="45" w:type="dxa"/>
              <w:bottom w:w="60" w:type="dxa"/>
              <w:right w:w="45" w:type="dxa"/>
            </w:tcMar>
          </w:tcPr>
          <w:p w14:paraId="05190683" w14:textId="77777777" w:rsidR="00C6405E" w:rsidRDefault="00DA6C0D">
            <w:r>
              <w:t>AC energy/storage controller &gt;=3.6 kW</w:t>
            </w:r>
          </w:p>
        </w:tc>
        <w:tc>
          <w:tcPr>
            <w:tcW w:w="885" w:type="pct"/>
            <w:tcMar>
              <w:top w:w="60" w:type="dxa"/>
              <w:left w:w="45" w:type="dxa"/>
              <w:bottom w:w="60" w:type="dxa"/>
              <w:right w:w="45" w:type="dxa"/>
            </w:tcMar>
          </w:tcPr>
          <w:p w14:paraId="2C1B7415" w14:textId="77777777" w:rsidR="00C6405E" w:rsidRDefault="00C6405E"/>
        </w:tc>
        <w:tc>
          <w:tcPr>
            <w:tcW w:w="923" w:type="pct"/>
            <w:tcMar>
              <w:top w:w="60" w:type="dxa"/>
              <w:left w:w="45" w:type="dxa"/>
              <w:bottom w:w="60" w:type="dxa"/>
              <w:right w:w="45" w:type="dxa"/>
            </w:tcMar>
          </w:tcPr>
          <w:p w14:paraId="34410EB7" w14:textId="77777777" w:rsidR="00C6405E" w:rsidRDefault="00C6405E"/>
        </w:tc>
        <w:tc>
          <w:tcPr>
            <w:tcW w:w="542" w:type="pct"/>
            <w:tcMar>
              <w:top w:w="60" w:type="dxa"/>
              <w:left w:w="45" w:type="dxa"/>
              <w:bottom w:w="60" w:type="dxa"/>
              <w:right w:w="45" w:type="dxa"/>
            </w:tcMar>
          </w:tcPr>
          <w:p w14:paraId="3EDE4817" w14:textId="77777777" w:rsidR="00C6405E" w:rsidRDefault="00C6405E"/>
        </w:tc>
      </w:tr>
      <w:tr w:rsidR="00C6405E" w14:paraId="32B5F51A" w14:textId="77777777" w:rsidTr="0032356D">
        <w:trPr>
          <w:cantSplit/>
          <w:jc w:val="center"/>
        </w:trPr>
        <w:tc>
          <w:tcPr>
            <w:tcW w:w="289" w:type="pct"/>
            <w:tcMar>
              <w:top w:w="60" w:type="dxa"/>
              <w:left w:w="45" w:type="dxa"/>
              <w:bottom w:w="60" w:type="dxa"/>
              <w:right w:w="45" w:type="dxa"/>
            </w:tcMar>
          </w:tcPr>
          <w:p w14:paraId="097DE4C8" w14:textId="77777777" w:rsidR="00C6405E" w:rsidRDefault="00DA6C0D">
            <w:r>
              <w:t>2</w:t>
            </w:r>
          </w:p>
        </w:tc>
        <w:tc>
          <w:tcPr>
            <w:tcW w:w="552" w:type="pct"/>
            <w:tcMar>
              <w:top w:w="60" w:type="dxa"/>
              <w:left w:w="45" w:type="dxa"/>
              <w:bottom w:w="60" w:type="dxa"/>
              <w:right w:w="45" w:type="dxa"/>
            </w:tcMar>
          </w:tcPr>
          <w:p w14:paraId="3DBE8288" w14:textId="77777777" w:rsidR="00C6405E" w:rsidRDefault="00DA6C0D">
            <w:r>
              <w:t>2</w:t>
            </w:r>
          </w:p>
        </w:tc>
        <w:tc>
          <w:tcPr>
            <w:tcW w:w="1808" w:type="pct"/>
            <w:tcMar>
              <w:top w:w="60" w:type="dxa"/>
              <w:left w:w="45" w:type="dxa"/>
              <w:bottom w:w="60" w:type="dxa"/>
              <w:right w:w="45" w:type="dxa"/>
            </w:tcMar>
          </w:tcPr>
          <w:p w14:paraId="50A265E2" w14:textId="77777777" w:rsidR="00C6405E" w:rsidRDefault="00DA6C0D">
            <w:r>
              <w:t>Compatible storage mounting/base kit</w:t>
            </w:r>
          </w:p>
        </w:tc>
        <w:tc>
          <w:tcPr>
            <w:tcW w:w="885" w:type="pct"/>
            <w:tcMar>
              <w:top w:w="60" w:type="dxa"/>
              <w:left w:w="45" w:type="dxa"/>
              <w:bottom w:w="60" w:type="dxa"/>
              <w:right w:w="45" w:type="dxa"/>
            </w:tcMar>
          </w:tcPr>
          <w:p w14:paraId="012B7E13" w14:textId="77777777" w:rsidR="00C6405E" w:rsidRDefault="00C6405E"/>
        </w:tc>
        <w:tc>
          <w:tcPr>
            <w:tcW w:w="923" w:type="pct"/>
            <w:tcMar>
              <w:top w:w="60" w:type="dxa"/>
              <w:left w:w="45" w:type="dxa"/>
              <w:bottom w:w="60" w:type="dxa"/>
              <w:right w:w="45" w:type="dxa"/>
            </w:tcMar>
          </w:tcPr>
          <w:p w14:paraId="7C9052C0" w14:textId="77777777" w:rsidR="00C6405E" w:rsidRDefault="00C6405E"/>
        </w:tc>
        <w:tc>
          <w:tcPr>
            <w:tcW w:w="542" w:type="pct"/>
            <w:tcMar>
              <w:top w:w="60" w:type="dxa"/>
              <w:left w:w="45" w:type="dxa"/>
              <w:bottom w:w="60" w:type="dxa"/>
              <w:right w:w="45" w:type="dxa"/>
            </w:tcMar>
          </w:tcPr>
          <w:p w14:paraId="47C38444" w14:textId="77777777" w:rsidR="00C6405E" w:rsidRDefault="00C6405E"/>
        </w:tc>
      </w:tr>
      <w:tr w:rsidR="00C6405E" w14:paraId="4333D77F" w14:textId="77777777" w:rsidTr="0032356D">
        <w:trPr>
          <w:cantSplit/>
          <w:jc w:val="center"/>
        </w:trPr>
        <w:tc>
          <w:tcPr>
            <w:tcW w:w="289" w:type="pct"/>
            <w:tcMar>
              <w:top w:w="60" w:type="dxa"/>
              <w:left w:w="45" w:type="dxa"/>
              <w:bottom w:w="60" w:type="dxa"/>
              <w:right w:w="45" w:type="dxa"/>
            </w:tcMar>
          </w:tcPr>
          <w:p w14:paraId="0988BC77" w14:textId="77777777" w:rsidR="00C6405E" w:rsidRDefault="00DA6C0D">
            <w:r>
              <w:t>3</w:t>
            </w:r>
          </w:p>
        </w:tc>
        <w:tc>
          <w:tcPr>
            <w:tcW w:w="552" w:type="pct"/>
            <w:tcMar>
              <w:top w:w="60" w:type="dxa"/>
              <w:left w:w="45" w:type="dxa"/>
              <w:bottom w:w="60" w:type="dxa"/>
              <w:right w:w="45" w:type="dxa"/>
            </w:tcMar>
          </w:tcPr>
          <w:p w14:paraId="5DB2E8C9" w14:textId="77777777" w:rsidR="00C6405E" w:rsidRDefault="00DA6C0D">
            <w:r>
              <w:t>2</w:t>
            </w:r>
          </w:p>
        </w:tc>
        <w:tc>
          <w:tcPr>
            <w:tcW w:w="1808" w:type="pct"/>
            <w:tcMar>
              <w:top w:w="60" w:type="dxa"/>
              <w:left w:w="45" w:type="dxa"/>
              <w:bottom w:w="60" w:type="dxa"/>
              <w:right w:w="45" w:type="dxa"/>
            </w:tcMar>
          </w:tcPr>
          <w:p w14:paraId="339952C4" w14:textId="77777777" w:rsidR="00C6405E" w:rsidRDefault="00DA6C0D">
            <w:r>
              <w:t>Compatible base/system control unit</w:t>
            </w:r>
          </w:p>
        </w:tc>
        <w:tc>
          <w:tcPr>
            <w:tcW w:w="885" w:type="pct"/>
            <w:tcMar>
              <w:top w:w="60" w:type="dxa"/>
              <w:left w:w="45" w:type="dxa"/>
              <w:bottom w:w="60" w:type="dxa"/>
              <w:right w:w="45" w:type="dxa"/>
            </w:tcMar>
          </w:tcPr>
          <w:p w14:paraId="1C090AB0" w14:textId="77777777" w:rsidR="00C6405E" w:rsidRDefault="00C6405E"/>
        </w:tc>
        <w:tc>
          <w:tcPr>
            <w:tcW w:w="923" w:type="pct"/>
            <w:tcMar>
              <w:top w:w="60" w:type="dxa"/>
              <w:left w:w="45" w:type="dxa"/>
              <w:bottom w:w="60" w:type="dxa"/>
              <w:right w:w="45" w:type="dxa"/>
            </w:tcMar>
          </w:tcPr>
          <w:p w14:paraId="21EBC17B" w14:textId="77777777" w:rsidR="00C6405E" w:rsidRDefault="00C6405E"/>
        </w:tc>
        <w:tc>
          <w:tcPr>
            <w:tcW w:w="542" w:type="pct"/>
            <w:tcMar>
              <w:top w:w="60" w:type="dxa"/>
              <w:left w:w="45" w:type="dxa"/>
              <w:bottom w:w="60" w:type="dxa"/>
              <w:right w:w="45" w:type="dxa"/>
            </w:tcMar>
          </w:tcPr>
          <w:p w14:paraId="6C6A405B" w14:textId="77777777" w:rsidR="00C6405E" w:rsidRDefault="00C6405E"/>
        </w:tc>
      </w:tr>
      <w:tr w:rsidR="00C6405E" w14:paraId="2A5FF249" w14:textId="77777777" w:rsidTr="0032356D">
        <w:trPr>
          <w:cantSplit/>
          <w:jc w:val="center"/>
        </w:trPr>
        <w:tc>
          <w:tcPr>
            <w:tcW w:w="289" w:type="pct"/>
            <w:tcMar>
              <w:top w:w="60" w:type="dxa"/>
              <w:left w:w="45" w:type="dxa"/>
              <w:bottom w:w="60" w:type="dxa"/>
              <w:right w:w="45" w:type="dxa"/>
            </w:tcMar>
          </w:tcPr>
          <w:p w14:paraId="36DF0777" w14:textId="77777777" w:rsidR="00C6405E" w:rsidRDefault="00DA6C0D">
            <w:r>
              <w:t>4</w:t>
            </w:r>
          </w:p>
        </w:tc>
        <w:tc>
          <w:tcPr>
            <w:tcW w:w="552" w:type="pct"/>
            <w:tcMar>
              <w:top w:w="60" w:type="dxa"/>
              <w:left w:w="45" w:type="dxa"/>
              <w:bottom w:w="60" w:type="dxa"/>
              <w:right w:w="45" w:type="dxa"/>
            </w:tcMar>
          </w:tcPr>
          <w:p w14:paraId="252E4263" w14:textId="77777777" w:rsidR="00C6405E" w:rsidRDefault="00DA6C0D">
            <w:r>
              <w:t>2</w:t>
            </w:r>
          </w:p>
        </w:tc>
        <w:tc>
          <w:tcPr>
            <w:tcW w:w="1808" w:type="pct"/>
            <w:tcMar>
              <w:top w:w="60" w:type="dxa"/>
              <w:left w:w="45" w:type="dxa"/>
              <w:bottom w:w="60" w:type="dxa"/>
              <w:right w:w="45" w:type="dxa"/>
            </w:tcMar>
          </w:tcPr>
          <w:p w14:paraId="7AB5A7DA" w14:textId="77777777" w:rsidR="00C6405E" w:rsidRDefault="00DA6C0D">
            <w:r>
              <w:t>Battery energy storage module &gt;=6.0 kWh</w:t>
            </w:r>
          </w:p>
        </w:tc>
        <w:tc>
          <w:tcPr>
            <w:tcW w:w="885" w:type="pct"/>
            <w:tcMar>
              <w:top w:w="60" w:type="dxa"/>
              <w:left w:w="45" w:type="dxa"/>
              <w:bottom w:w="60" w:type="dxa"/>
              <w:right w:w="45" w:type="dxa"/>
            </w:tcMar>
          </w:tcPr>
          <w:p w14:paraId="25F558DF" w14:textId="77777777" w:rsidR="00C6405E" w:rsidRDefault="00C6405E"/>
        </w:tc>
        <w:tc>
          <w:tcPr>
            <w:tcW w:w="923" w:type="pct"/>
            <w:tcMar>
              <w:top w:w="60" w:type="dxa"/>
              <w:left w:w="45" w:type="dxa"/>
              <w:bottom w:w="60" w:type="dxa"/>
              <w:right w:w="45" w:type="dxa"/>
            </w:tcMar>
          </w:tcPr>
          <w:p w14:paraId="505F3475" w14:textId="77777777" w:rsidR="00C6405E" w:rsidRDefault="00C6405E"/>
        </w:tc>
        <w:tc>
          <w:tcPr>
            <w:tcW w:w="542" w:type="pct"/>
            <w:tcMar>
              <w:top w:w="60" w:type="dxa"/>
              <w:left w:w="45" w:type="dxa"/>
              <w:bottom w:w="60" w:type="dxa"/>
              <w:right w:w="45" w:type="dxa"/>
            </w:tcMar>
          </w:tcPr>
          <w:p w14:paraId="6F6C5759" w14:textId="77777777" w:rsidR="00C6405E" w:rsidRDefault="00C6405E"/>
        </w:tc>
      </w:tr>
      <w:tr w:rsidR="00C6405E" w14:paraId="0E89C608" w14:textId="77777777" w:rsidTr="0032356D">
        <w:trPr>
          <w:cantSplit/>
          <w:jc w:val="center"/>
        </w:trPr>
        <w:tc>
          <w:tcPr>
            <w:tcW w:w="289" w:type="pct"/>
            <w:tcMar>
              <w:top w:w="60" w:type="dxa"/>
              <w:left w:w="45" w:type="dxa"/>
              <w:bottom w:w="60" w:type="dxa"/>
              <w:right w:w="45" w:type="dxa"/>
            </w:tcMar>
          </w:tcPr>
          <w:p w14:paraId="3DDEA539" w14:textId="77777777" w:rsidR="00C6405E" w:rsidRDefault="00DA6C0D">
            <w:r>
              <w:t>5</w:t>
            </w:r>
          </w:p>
        </w:tc>
        <w:tc>
          <w:tcPr>
            <w:tcW w:w="552" w:type="pct"/>
            <w:tcMar>
              <w:top w:w="60" w:type="dxa"/>
              <w:left w:w="45" w:type="dxa"/>
              <w:bottom w:w="60" w:type="dxa"/>
              <w:right w:w="45" w:type="dxa"/>
            </w:tcMar>
          </w:tcPr>
          <w:p w14:paraId="21755938" w14:textId="77777777" w:rsidR="00C6405E" w:rsidRDefault="00DA6C0D">
            <w:r>
              <w:t>2</w:t>
            </w:r>
          </w:p>
        </w:tc>
        <w:tc>
          <w:tcPr>
            <w:tcW w:w="1808" w:type="pct"/>
            <w:tcMar>
              <w:top w:w="60" w:type="dxa"/>
              <w:left w:w="45" w:type="dxa"/>
              <w:bottom w:w="60" w:type="dxa"/>
              <w:right w:w="45" w:type="dxa"/>
            </w:tcMar>
          </w:tcPr>
          <w:p w14:paraId="2DEC8732" w14:textId="77777777" w:rsidR="00C6405E" w:rsidRDefault="00DA6C0D">
            <w:r>
              <w:t>Single-phase meter + CT</w:t>
            </w:r>
          </w:p>
        </w:tc>
        <w:tc>
          <w:tcPr>
            <w:tcW w:w="885" w:type="pct"/>
            <w:tcMar>
              <w:top w:w="60" w:type="dxa"/>
              <w:left w:w="45" w:type="dxa"/>
              <w:bottom w:w="60" w:type="dxa"/>
              <w:right w:w="45" w:type="dxa"/>
            </w:tcMar>
          </w:tcPr>
          <w:p w14:paraId="660B5870" w14:textId="77777777" w:rsidR="00C6405E" w:rsidRDefault="00C6405E"/>
        </w:tc>
        <w:tc>
          <w:tcPr>
            <w:tcW w:w="923" w:type="pct"/>
            <w:tcMar>
              <w:top w:w="60" w:type="dxa"/>
              <w:left w:w="45" w:type="dxa"/>
              <w:bottom w:w="60" w:type="dxa"/>
              <w:right w:w="45" w:type="dxa"/>
            </w:tcMar>
          </w:tcPr>
          <w:p w14:paraId="5C4CA145" w14:textId="77777777" w:rsidR="00C6405E" w:rsidRDefault="00C6405E"/>
        </w:tc>
        <w:tc>
          <w:tcPr>
            <w:tcW w:w="542" w:type="pct"/>
            <w:tcMar>
              <w:top w:w="60" w:type="dxa"/>
              <w:left w:w="45" w:type="dxa"/>
              <w:bottom w:w="60" w:type="dxa"/>
              <w:right w:w="45" w:type="dxa"/>
            </w:tcMar>
          </w:tcPr>
          <w:p w14:paraId="02D3B314" w14:textId="77777777" w:rsidR="00C6405E" w:rsidRDefault="00C6405E"/>
        </w:tc>
      </w:tr>
      <w:tr w:rsidR="00C6405E" w14:paraId="413B0FA9" w14:textId="77777777" w:rsidTr="0032356D">
        <w:trPr>
          <w:cantSplit/>
          <w:jc w:val="center"/>
        </w:trPr>
        <w:tc>
          <w:tcPr>
            <w:tcW w:w="289" w:type="pct"/>
            <w:tcMar>
              <w:top w:w="60" w:type="dxa"/>
              <w:left w:w="45" w:type="dxa"/>
              <w:bottom w:w="60" w:type="dxa"/>
              <w:right w:w="45" w:type="dxa"/>
            </w:tcMar>
          </w:tcPr>
          <w:p w14:paraId="567EEA7D" w14:textId="77777777" w:rsidR="00C6405E" w:rsidRDefault="00DA6C0D">
            <w:r>
              <w:t>6</w:t>
            </w:r>
          </w:p>
        </w:tc>
        <w:tc>
          <w:tcPr>
            <w:tcW w:w="552" w:type="pct"/>
            <w:tcMar>
              <w:top w:w="60" w:type="dxa"/>
              <w:left w:w="45" w:type="dxa"/>
              <w:bottom w:w="60" w:type="dxa"/>
              <w:right w:w="45" w:type="dxa"/>
            </w:tcMar>
          </w:tcPr>
          <w:p w14:paraId="5DF69620" w14:textId="77777777" w:rsidR="00C6405E" w:rsidRDefault="00DA6C0D">
            <w:r>
              <w:t>10</w:t>
            </w:r>
          </w:p>
        </w:tc>
        <w:tc>
          <w:tcPr>
            <w:tcW w:w="1808" w:type="pct"/>
            <w:tcMar>
              <w:top w:w="60" w:type="dxa"/>
              <w:left w:w="45" w:type="dxa"/>
              <w:bottom w:w="60" w:type="dxa"/>
              <w:right w:w="45" w:type="dxa"/>
            </w:tcMar>
          </w:tcPr>
          <w:p w14:paraId="57EA25DC" w14:textId="77777777" w:rsidR="00C6405E" w:rsidRDefault="00DA6C0D">
            <w:r>
              <w:t>Bifacial PV module &gt;=640 Wp</w:t>
            </w:r>
          </w:p>
        </w:tc>
        <w:tc>
          <w:tcPr>
            <w:tcW w:w="885" w:type="pct"/>
            <w:tcMar>
              <w:top w:w="60" w:type="dxa"/>
              <w:left w:w="45" w:type="dxa"/>
              <w:bottom w:w="60" w:type="dxa"/>
              <w:right w:w="45" w:type="dxa"/>
            </w:tcMar>
          </w:tcPr>
          <w:p w14:paraId="4CBB59C3" w14:textId="77777777" w:rsidR="00C6405E" w:rsidRDefault="00C6405E"/>
        </w:tc>
        <w:tc>
          <w:tcPr>
            <w:tcW w:w="923" w:type="pct"/>
            <w:tcMar>
              <w:top w:w="60" w:type="dxa"/>
              <w:left w:w="45" w:type="dxa"/>
              <w:bottom w:w="60" w:type="dxa"/>
              <w:right w:w="45" w:type="dxa"/>
            </w:tcMar>
          </w:tcPr>
          <w:p w14:paraId="4A6F7CCF" w14:textId="77777777" w:rsidR="00C6405E" w:rsidRDefault="00C6405E"/>
        </w:tc>
        <w:tc>
          <w:tcPr>
            <w:tcW w:w="542" w:type="pct"/>
            <w:tcMar>
              <w:top w:w="60" w:type="dxa"/>
              <w:left w:w="45" w:type="dxa"/>
              <w:bottom w:w="60" w:type="dxa"/>
              <w:right w:w="45" w:type="dxa"/>
            </w:tcMar>
          </w:tcPr>
          <w:p w14:paraId="3213EB6A" w14:textId="77777777" w:rsidR="00C6405E" w:rsidRDefault="00C6405E"/>
        </w:tc>
      </w:tr>
      <w:tr w:rsidR="00C6405E" w14:paraId="0F72EC99" w14:textId="77777777" w:rsidTr="0032356D">
        <w:trPr>
          <w:cantSplit/>
          <w:jc w:val="center"/>
        </w:trPr>
        <w:tc>
          <w:tcPr>
            <w:tcW w:w="289" w:type="pct"/>
            <w:tcMar>
              <w:top w:w="60" w:type="dxa"/>
              <w:left w:w="45" w:type="dxa"/>
              <w:bottom w:w="60" w:type="dxa"/>
              <w:right w:w="45" w:type="dxa"/>
            </w:tcMar>
          </w:tcPr>
          <w:p w14:paraId="11D48B2F" w14:textId="77777777" w:rsidR="00C6405E" w:rsidRDefault="00DA6C0D">
            <w:r>
              <w:t>7</w:t>
            </w:r>
          </w:p>
        </w:tc>
        <w:tc>
          <w:tcPr>
            <w:tcW w:w="552" w:type="pct"/>
            <w:tcMar>
              <w:top w:w="60" w:type="dxa"/>
              <w:left w:w="45" w:type="dxa"/>
              <w:bottom w:w="60" w:type="dxa"/>
              <w:right w:w="45" w:type="dxa"/>
            </w:tcMar>
          </w:tcPr>
          <w:p w14:paraId="21EC33D0" w14:textId="77777777" w:rsidR="00C6405E" w:rsidRDefault="00DA6C0D">
            <w:r>
              <w:t>10 positions</w:t>
            </w:r>
          </w:p>
        </w:tc>
        <w:tc>
          <w:tcPr>
            <w:tcW w:w="1808" w:type="pct"/>
            <w:tcMar>
              <w:top w:w="60" w:type="dxa"/>
              <w:left w:w="45" w:type="dxa"/>
              <w:bottom w:w="60" w:type="dxa"/>
              <w:right w:w="45" w:type="dxa"/>
            </w:tcMar>
          </w:tcPr>
          <w:p w14:paraId="7D8C6CB4" w14:textId="77777777" w:rsidR="00C6405E" w:rsidRDefault="00DA6C0D">
            <w:r>
              <w:t>Flat-roof PV support/mounting system</w:t>
            </w:r>
          </w:p>
        </w:tc>
        <w:tc>
          <w:tcPr>
            <w:tcW w:w="885" w:type="pct"/>
            <w:tcMar>
              <w:top w:w="60" w:type="dxa"/>
              <w:left w:w="45" w:type="dxa"/>
              <w:bottom w:w="60" w:type="dxa"/>
              <w:right w:w="45" w:type="dxa"/>
            </w:tcMar>
          </w:tcPr>
          <w:p w14:paraId="0F3333CC" w14:textId="77777777" w:rsidR="00C6405E" w:rsidRDefault="00C6405E"/>
        </w:tc>
        <w:tc>
          <w:tcPr>
            <w:tcW w:w="923" w:type="pct"/>
            <w:tcMar>
              <w:top w:w="60" w:type="dxa"/>
              <w:left w:w="45" w:type="dxa"/>
              <w:bottom w:w="60" w:type="dxa"/>
              <w:right w:w="45" w:type="dxa"/>
            </w:tcMar>
          </w:tcPr>
          <w:p w14:paraId="3A56DD12" w14:textId="77777777" w:rsidR="00C6405E" w:rsidRDefault="00C6405E"/>
        </w:tc>
        <w:tc>
          <w:tcPr>
            <w:tcW w:w="542" w:type="pct"/>
            <w:tcMar>
              <w:top w:w="60" w:type="dxa"/>
              <w:left w:w="45" w:type="dxa"/>
              <w:bottom w:w="60" w:type="dxa"/>
              <w:right w:w="45" w:type="dxa"/>
            </w:tcMar>
          </w:tcPr>
          <w:p w14:paraId="316BCBB7" w14:textId="77777777" w:rsidR="00C6405E" w:rsidRDefault="00C6405E"/>
        </w:tc>
      </w:tr>
      <w:tr w:rsidR="00C6405E" w14:paraId="14184C46" w14:textId="77777777" w:rsidTr="0032356D">
        <w:trPr>
          <w:cantSplit/>
          <w:jc w:val="center"/>
        </w:trPr>
        <w:tc>
          <w:tcPr>
            <w:tcW w:w="289" w:type="pct"/>
            <w:tcMar>
              <w:top w:w="60" w:type="dxa"/>
              <w:left w:w="45" w:type="dxa"/>
              <w:bottom w:w="60" w:type="dxa"/>
              <w:right w:w="45" w:type="dxa"/>
            </w:tcMar>
          </w:tcPr>
          <w:p w14:paraId="46EB5723" w14:textId="77777777" w:rsidR="00C6405E" w:rsidRDefault="00DA6C0D">
            <w:r>
              <w:t>8</w:t>
            </w:r>
          </w:p>
        </w:tc>
        <w:tc>
          <w:tcPr>
            <w:tcW w:w="552" w:type="pct"/>
            <w:tcMar>
              <w:top w:w="60" w:type="dxa"/>
              <w:left w:w="45" w:type="dxa"/>
              <w:bottom w:w="60" w:type="dxa"/>
              <w:right w:w="45" w:type="dxa"/>
            </w:tcMar>
          </w:tcPr>
          <w:p w14:paraId="4D7AC456" w14:textId="77777777" w:rsidR="00C6405E" w:rsidRDefault="00DA6C0D">
            <w:r>
              <w:t>2 systems</w:t>
            </w:r>
          </w:p>
        </w:tc>
        <w:tc>
          <w:tcPr>
            <w:tcW w:w="1808" w:type="pct"/>
            <w:tcMar>
              <w:top w:w="60" w:type="dxa"/>
              <w:left w:w="45" w:type="dxa"/>
              <w:bottom w:w="60" w:type="dxa"/>
              <w:right w:w="45" w:type="dxa"/>
            </w:tcMar>
          </w:tcPr>
          <w:p w14:paraId="79CB0349" w14:textId="77777777" w:rsidR="00C6405E" w:rsidRDefault="00DA6C0D">
            <w:r>
              <w:t>Complete off-grid PV/BESS installation, testing and commissioning</w:t>
            </w:r>
          </w:p>
        </w:tc>
        <w:tc>
          <w:tcPr>
            <w:tcW w:w="885" w:type="pct"/>
            <w:tcMar>
              <w:top w:w="60" w:type="dxa"/>
              <w:left w:w="45" w:type="dxa"/>
              <w:bottom w:w="60" w:type="dxa"/>
              <w:right w:w="45" w:type="dxa"/>
            </w:tcMar>
          </w:tcPr>
          <w:p w14:paraId="7C4A04DF" w14:textId="77777777" w:rsidR="00C6405E" w:rsidRDefault="00C6405E"/>
        </w:tc>
        <w:tc>
          <w:tcPr>
            <w:tcW w:w="923" w:type="pct"/>
            <w:tcMar>
              <w:top w:w="60" w:type="dxa"/>
              <w:left w:w="45" w:type="dxa"/>
              <w:bottom w:w="60" w:type="dxa"/>
              <w:right w:w="45" w:type="dxa"/>
            </w:tcMar>
          </w:tcPr>
          <w:p w14:paraId="3EA9DADE" w14:textId="77777777" w:rsidR="00C6405E" w:rsidRDefault="00C6405E"/>
        </w:tc>
        <w:tc>
          <w:tcPr>
            <w:tcW w:w="542" w:type="pct"/>
            <w:tcMar>
              <w:top w:w="60" w:type="dxa"/>
              <w:left w:w="45" w:type="dxa"/>
              <w:bottom w:w="60" w:type="dxa"/>
              <w:right w:w="45" w:type="dxa"/>
            </w:tcMar>
          </w:tcPr>
          <w:p w14:paraId="153E5A3B" w14:textId="77777777" w:rsidR="00C6405E" w:rsidRDefault="00C6405E"/>
        </w:tc>
      </w:tr>
      <w:tr w:rsidR="00C6405E" w14:paraId="3E91305C" w14:textId="77777777" w:rsidTr="0032356D">
        <w:trPr>
          <w:cantSplit/>
          <w:jc w:val="center"/>
        </w:trPr>
        <w:tc>
          <w:tcPr>
            <w:tcW w:w="289" w:type="pct"/>
            <w:tcMar>
              <w:top w:w="60" w:type="dxa"/>
              <w:left w:w="45" w:type="dxa"/>
              <w:bottom w:w="60" w:type="dxa"/>
              <w:right w:w="45" w:type="dxa"/>
            </w:tcMar>
          </w:tcPr>
          <w:p w14:paraId="0332CDCF" w14:textId="77777777" w:rsidR="00C6405E" w:rsidRDefault="00DA6C0D">
            <w:r>
              <w:t>9</w:t>
            </w:r>
          </w:p>
        </w:tc>
        <w:tc>
          <w:tcPr>
            <w:tcW w:w="552" w:type="pct"/>
            <w:tcMar>
              <w:top w:w="60" w:type="dxa"/>
              <w:left w:w="45" w:type="dxa"/>
              <w:bottom w:w="60" w:type="dxa"/>
              <w:right w:w="45" w:type="dxa"/>
            </w:tcMar>
          </w:tcPr>
          <w:p w14:paraId="4F0E3067" w14:textId="77777777" w:rsidR="00C6405E" w:rsidRDefault="00DA6C0D">
            <w:r>
              <w:t>2 sets</w:t>
            </w:r>
          </w:p>
        </w:tc>
        <w:tc>
          <w:tcPr>
            <w:tcW w:w="1808" w:type="pct"/>
            <w:tcMar>
              <w:top w:w="60" w:type="dxa"/>
              <w:left w:w="45" w:type="dxa"/>
              <w:bottom w:w="60" w:type="dxa"/>
              <w:right w:w="45" w:type="dxa"/>
            </w:tcMar>
          </w:tcPr>
          <w:p w14:paraId="6E63ADB8" w14:textId="77777777" w:rsidR="00C6405E" w:rsidRDefault="00DA6C0D">
            <w:r>
              <w:t>Additional electrical/protection/earthing items incl. earth electrode</w:t>
            </w:r>
          </w:p>
        </w:tc>
        <w:tc>
          <w:tcPr>
            <w:tcW w:w="885" w:type="pct"/>
            <w:tcMar>
              <w:top w:w="60" w:type="dxa"/>
              <w:left w:w="45" w:type="dxa"/>
              <w:bottom w:w="60" w:type="dxa"/>
              <w:right w:w="45" w:type="dxa"/>
            </w:tcMar>
          </w:tcPr>
          <w:p w14:paraId="010C5592" w14:textId="77777777" w:rsidR="00C6405E" w:rsidRDefault="00C6405E"/>
        </w:tc>
        <w:tc>
          <w:tcPr>
            <w:tcW w:w="923" w:type="pct"/>
            <w:tcMar>
              <w:top w:w="60" w:type="dxa"/>
              <w:left w:w="45" w:type="dxa"/>
              <w:bottom w:w="60" w:type="dxa"/>
              <w:right w:w="45" w:type="dxa"/>
            </w:tcMar>
          </w:tcPr>
          <w:p w14:paraId="513B80E7" w14:textId="77777777" w:rsidR="00C6405E" w:rsidRDefault="00C6405E"/>
        </w:tc>
        <w:tc>
          <w:tcPr>
            <w:tcW w:w="542" w:type="pct"/>
            <w:tcMar>
              <w:top w:w="60" w:type="dxa"/>
              <w:left w:w="45" w:type="dxa"/>
              <w:bottom w:w="60" w:type="dxa"/>
              <w:right w:w="45" w:type="dxa"/>
            </w:tcMar>
          </w:tcPr>
          <w:p w14:paraId="72CD06F7" w14:textId="77777777" w:rsidR="00C6405E" w:rsidRDefault="00C6405E"/>
        </w:tc>
      </w:tr>
    </w:tbl>
    <w:p w14:paraId="62F9125C" w14:textId="77777777" w:rsidR="00C6405E" w:rsidRDefault="00C6405E">
      <w:pPr>
        <w:spacing w:after="0"/>
      </w:pPr>
    </w:p>
    <w:tbl>
      <w:tblPr>
        <w:tblStyle w:val="TableGrid"/>
        <w:tblW w:w="0" w:type="auto"/>
        <w:jc w:val="right"/>
        <w:tblLook w:val="04A0" w:firstRow="1" w:lastRow="0" w:firstColumn="1" w:lastColumn="0" w:noHBand="0" w:noVBand="1"/>
      </w:tblPr>
      <w:tblGrid>
        <w:gridCol w:w="5083"/>
        <w:gridCol w:w="5083"/>
      </w:tblGrid>
      <w:tr w:rsidR="00C6405E" w14:paraId="38BC317A" w14:textId="77777777">
        <w:trPr>
          <w:cantSplit/>
          <w:jc w:val="right"/>
        </w:trPr>
        <w:tc>
          <w:tcPr>
            <w:tcW w:w="5083" w:type="dxa"/>
            <w:shd w:val="clear" w:color="auto" w:fill="EEF3F8"/>
            <w:tcMar>
              <w:top w:w="70" w:type="dxa"/>
              <w:left w:w="70" w:type="dxa"/>
              <w:bottom w:w="70" w:type="dxa"/>
              <w:right w:w="70" w:type="dxa"/>
            </w:tcMar>
          </w:tcPr>
          <w:p w14:paraId="08424491" w14:textId="77777777" w:rsidR="00C6405E" w:rsidRDefault="00DA6C0D">
            <w:r>
              <w:rPr>
                <w:b/>
              </w:rPr>
              <w:t>TOTAL EXCLUDING VAT (EUR)</w:t>
            </w:r>
          </w:p>
        </w:tc>
        <w:tc>
          <w:tcPr>
            <w:tcW w:w="5083" w:type="dxa"/>
            <w:tcMar>
              <w:top w:w="70" w:type="dxa"/>
              <w:left w:w="70" w:type="dxa"/>
              <w:bottom w:w="70" w:type="dxa"/>
              <w:right w:w="70" w:type="dxa"/>
            </w:tcMar>
          </w:tcPr>
          <w:p w14:paraId="714D2CCA" w14:textId="77777777" w:rsidR="00C6405E" w:rsidRDefault="00C6405E"/>
        </w:tc>
      </w:tr>
      <w:tr w:rsidR="00C6405E" w14:paraId="56A257EF" w14:textId="77777777">
        <w:trPr>
          <w:cantSplit/>
          <w:jc w:val="right"/>
        </w:trPr>
        <w:tc>
          <w:tcPr>
            <w:tcW w:w="5083" w:type="dxa"/>
            <w:shd w:val="clear" w:color="auto" w:fill="EEF3F8"/>
            <w:tcMar>
              <w:top w:w="70" w:type="dxa"/>
              <w:left w:w="70" w:type="dxa"/>
              <w:bottom w:w="70" w:type="dxa"/>
              <w:right w:w="70" w:type="dxa"/>
            </w:tcMar>
          </w:tcPr>
          <w:p w14:paraId="26C2E4F9" w14:textId="77777777" w:rsidR="00C6405E" w:rsidRDefault="00DA6C0D">
            <w:r>
              <w:rPr>
                <w:b/>
              </w:rPr>
              <w:t>TOTAL VAT (EUR)</w:t>
            </w:r>
          </w:p>
        </w:tc>
        <w:tc>
          <w:tcPr>
            <w:tcW w:w="5083" w:type="dxa"/>
            <w:tcMar>
              <w:top w:w="70" w:type="dxa"/>
              <w:left w:w="70" w:type="dxa"/>
              <w:bottom w:w="70" w:type="dxa"/>
              <w:right w:w="70" w:type="dxa"/>
            </w:tcMar>
          </w:tcPr>
          <w:p w14:paraId="1DD6DB28" w14:textId="77777777" w:rsidR="00C6405E" w:rsidRDefault="00C6405E"/>
        </w:tc>
      </w:tr>
      <w:tr w:rsidR="00C6405E" w14:paraId="67FFEEAF" w14:textId="77777777">
        <w:trPr>
          <w:cantSplit/>
          <w:jc w:val="right"/>
        </w:trPr>
        <w:tc>
          <w:tcPr>
            <w:tcW w:w="5083" w:type="dxa"/>
            <w:shd w:val="clear" w:color="auto" w:fill="EEF3F8"/>
            <w:tcMar>
              <w:top w:w="70" w:type="dxa"/>
              <w:left w:w="70" w:type="dxa"/>
              <w:bottom w:w="70" w:type="dxa"/>
              <w:right w:w="70" w:type="dxa"/>
            </w:tcMar>
          </w:tcPr>
          <w:p w14:paraId="2D1453D3" w14:textId="77777777" w:rsidR="00C6405E" w:rsidRDefault="00DA6C0D">
            <w:r>
              <w:rPr>
                <w:b/>
              </w:rPr>
              <w:t>TOTAL INCLUDING VAT (EUR)</w:t>
            </w:r>
          </w:p>
        </w:tc>
        <w:tc>
          <w:tcPr>
            <w:tcW w:w="5083" w:type="dxa"/>
            <w:tcMar>
              <w:top w:w="70" w:type="dxa"/>
              <w:left w:w="70" w:type="dxa"/>
              <w:bottom w:w="70" w:type="dxa"/>
              <w:right w:w="70" w:type="dxa"/>
            </w:tcMar>
          </w:tcPr>
          <w:p w14:paraId="7FE0A3FC" w14:textId="77777777" w:rsidR="00C6405E" w:rsidRDefault="00C6405E"/>
        </w:tc>
      </w:tr>
    </w:tbl>
    <w:p w14:paraId="60749E64" w14:textId="77777777" w:rsidR="00C6405E" w:rsidRDefault="00DA6C0D">
      <w:r>
        <w:t>Financial offer in words (EUR, excluding VAT): ______________________________________________</w:t>
      </w:r>
    </w:p>
    <w:tbl>
      <w:tblPr>
        <w:tblStyle w:val="TableGrid"/>
        <w:tblW w:w="0" w:type="auto"/>
        <w:jc w:val="center"/>
        <w:tblLook w:val="04A0" w:firstRow="1" w:lastRow="0" w:firstColumn="1" w:lastColumn="0" w:noHBand="0" w:noVBand="1"/>
      </w:tblPr>
      <w:tblGrid>
        <w:gridCol w:w="2541"/>
        <w:gridCol w:w="2541"/>
        <w:gridCol w:w="2541"/>
        <w:gridCol w:w="2541"/>
      </w:tblGrid>
      <w:tr w:rsidR="00C6405E" w14:paraId="2C549BD5" w14:textId="77777777">
        <w:trPr>
          <w:cantSplit/>
          <w:jc w:val="center"/>
        </w:trPr>
        <w:tc>
          <w:tcPr>
            <w:tcW w:w="2541" w:type="dxa"/>
            <w:shd w:val="clear" w:color="auto" w:fill="EEF3F8"/>
          </w:tcPr>
          <w:p w14:paraId="74ED54F7" w14:textId="77777777" w:rsidR="00C6405E" w:rsidRDefault="00DA6C0D">
            <w:pPr>
              <w:keepNext/>
            </w:pPr>
            <w:r>
              <w:rPr>
                <w:b/>
              </w:rPr>
              <w:t>Name</w:t>
            </w:r>
          </w:p>
        </w:tc>
        <w:tc>
          <w:tcPr>
            <w:tcW w:w="2541" w:type="dxa"/>
            <w:shd w:val="clear" w:color="auto" w:fill="EEF3F8"/>
          </w:tcPr>
          <w:p w14:paraId="4FE1847C" w14:textId="77777777" w:rsidR="00C6405E" w:rsidRDefault="00DA6C0D">
            <w:pPr>
              <w:keepNext/>
            </w:pPr>
            <w:r>
              <w:rPr>
                <w:b/>
              </w:rPr>
              <w:t>Position</w:t>
            </w:r>
          </w:p>
        </w:tc>
        <w:tc>
          <w:tcPr>
            <w:tcW w:w="2541" w:type="dxa"/>
            <w:shd w:val="clear" w:color="auto" w:fill="EEF3F8"/>
          </w:tcPr>
          <w:p w14:paraId="19A47386" w14:textId="77777777" w:rsidR="00C6405E" w:rsidRDefault="00DA6C0D">
            <w:pPr>
              <w:keepNext/>
            </w:pPr>
            <w:r>
              <w:rPr>
                <w:b/>
              </w:rPr>
              <w:t>Signature</w:t>
            </w:r>
          </w:p>
        </w:tc>
        <w:tc>
          <w:tcPr>
            <w:tcW w:w="2541" w:type="dxa"/>
            <w:shd w:val="clear" w:color="auto" w:fill="EEF3F8"/>
          </w:tcPr>
          <w:p w14:paraId="54F0936D" w14:textId="77777777" w:rsidR="00C6405E" w:rsidRDefault="00DA6C0D">
            <w:pPr>
              <w:keepNext/>
            </w:pPr>
            <w:r>
              <w:rPr>
                <w:b/>
              </w:rPr>
              <w:t>Date</w:t>
            </w:r>
          </w:p>
        </w:tc>
      </w:tr>
      <w:tr w:rsidR="00C6405E" w14:paraId="13084C09" w14:textId="77777777">
        <w:trPr>
          <w:cantSplit/>
          <w:jc w:val="center"/>
        </w:trPr>
        <w:tc>
          <w:tcPr>
            <w:tcW w:w="2541" w:type="dxa"/>
          </w:tcPr>
          <w:p w14:paraId="44EB0F0C" w14:textId="77777777" w:rsidR="00C6405E" w:rsidRDefault="00DA6C0D">
            <w:r>
              <w:br/>
            </w:r>
            <w:r>
              <w:br/>
            </w:r>
          </w:p>
        </w:tc>
        <w:tc>
          <w:tcPr>
            <w:tcW w:w="2541" w:type="dxa"/>
          </w:tcPr>
          <w:p w14:paraId="08AD22F1" w14:textId="77777777" w:rsidR="00C6405E" w:rsidRDefault="00DA6C0D">
            <w:r>
              <w:br/>
            </w:r>
            <w:r>
              <w:br/>
            </w:r>
          </w:p>
        </w:tc>
        <w:tc>
          <w:tcPr>
            <w:tcW w:w="2541" w:type="dxa"/>
          </w:tcPr>
          <w:p w14:paraId="75223A62" w14:textId="77777777" w:rsidR="00C6405E" w:rsidRDefault="00DA6C0D">
            <w:r>
              <w:br/>
            </w:r>
            <w:r>
              <w:br/>
            </w:r>
          </w:p>
        </w:tc>
        <w:tc>
          <w:tcPr>
            <w:tcW w:w="2541" w:type="dxa"/>
          </w:tcPr>
          <w:p w14:paraId="3D26C2B4" w14:textId="77777777" w:rsidR="00C6405E" w:rsidRDefault="00DA6C0D">
            <w:r>
              <w:br/>
            </w:r>
            <w:r>
              <w:br/>
            </w:r>
          </w:p>
        </w:tc>
      </w:tr>
    </w:tbl>
    <w:p w14:paraId="750FB6D6" w14:textId="77777777" w:rsidR="00030D92" w:rsidRDefault="00030D92" w:rsidP="00030D92">
      <w:pPr>
        <w:sectPr w:rsidR="00030D92" w:rsidSect="00DC2400">
          <w:pgSz w:w="15840" w:h="12240" w:orient="landscape"/>
          <w:pgMar w:top="1037" w:right="1008" w:bottom="709" w:left="936" w:header="720" w:footer="720" w:gutter="0"/>
          <w:cols w:space="720"/>
          <w:docGrid w:linePitch="360"/>
        </w:sectPr>
      </w:pPr>
    </w:p>
    <w:p w14:paraId="4059A42D" w14:textId="57607CEE" w:rsidR="00C6405E" w:rsidRDefault="00DA6C0D">
      <w:pPr>
        <w:pStyle w:val="Heading1"/>
      </w:pPr>
      <w:bookmarkStart w:id="4" w:name="_Toc239008447"/>
      <w:proofErr w:type="gramStart"/>
      <w:r>
        <w:lastRenderedPageBreak/>
        <w:t>Form</w:t>
      </w:r>
      <w:proofErr w:type="gramEnd"/>
      <w:r>
        <w:t xml:space="preserve"> T5 - Independence, Conflict of Interest and Anti-collusion Declaration</w:t>
      </w:r>
      <w:bookmarkEnd w:id="4"/>
    </w:p>
    <w:p w14:paraId="49FC20F2" w14:textId="77777777" w:rsidR="00C6405E" w:rsidRDefault="00DA6C0D">
      <w:r>
        <w:t>The Tenderer declares, to the best of its knowledge and after reasonable internal checks, that:</w:t>
      </w:r>
    </w:p>
    <w:p w14:paraId="6888D282" w14:textId="77777777" w:rsidR="00C6405E" w:rsidRDefault="00DA6C0D">
      <w:r>
        <w:rPr>
          <w:rFonts w:ascii="DejaVu Sans" w:hAnsi="DejaVu Sans"/>
        </w:rPr>
        <w:t>☐</w:t>
      </w:r>
      <w:r>
        <w:rPr>
          <w:rFonts w:ascii="DejaVu Sans" w:hAnsi="DejaVu Sans"/>
        </w:rPr>
        <w:t xml:space="preserve"> </w:t>
      </w:r>
      <w:r>
        <w:t>it is independent of SKY Think Tank Ltd. personnel and of persons involved in preparing, drafting, opening or evaluating this tender, except for ordinary disclosed arm’s-length contacts;</w:t>
      </w:r>
    </w:p>
    <w:p w14:paraId="6400A2F6" w14:textId="77777777" w:rsidR="00C6405E" w:rsidRDefault="00DA6C0D">
      <w:r>
        <w:rPr>
          <w:rFonts w:ascii="DejaVu Sans" w:hAnsi="DejaVu Sans"/>
        </w:rPr>
        <w:t>☐</w:t>
      </w:r>
      <w:r>
        <w:rPr>
          <w:rFonts w:ascii="DejaVu Sans" w:hAnsi="DejaVu Sans"/>
        </w:rPr>
        <w:t xml:space="preserve"> </w:t>
      </w:r>
      <w:r>
        <w:t>no person connected with the Tenderer has offered, promised or provided any improper advantage in relation to this procurement;</w:t>
      </w:r>
    </w:p>
    <w:p w14:paraId="07789A20" w14:textId="77777777" w:rsidR="00C6405E" w:rsidRDefault="00DA6C0D">
      <w:r>
        <w:rPr>
          <w:rFonts w:ascii="DejaVu Sans" w:hAnsi="DejaVu Sans"/>
        </w:rPr>
        <w:t>☐</w:t>
      </w:r>
      <w:r>
        <w:rPr>
          <w:rFonts w:ascii="DejaVu Sans" w:hAnsi="DejaVu Sans"/>
        </w:rPr>
        <w:t xml:space="preserve"> </w:t>
      </w:r>
      <w:r>
        <w:t>the tender price and terms were prepared independently and not fixed through collusion, bid-rigging, market allocation or improper exchange of competitively sensitive information;</w:t>
      </w:r>
    </w:p>
    <w:p w14:paraId="38BD8089" w14:textId="77777777" w:rsidR="00C6405E" w:rsidRDefault="00DA6C0D">
      <w:r>
        <w:rPr>
          <w:rFonts w:ascii="DejaVu Sans" w:hAnsi="DejaVu Sans"/>
        </w:rPr>
        <w:t>☐</w:t>
      </w:r>
      <w:r>
        <w:rPr>
          <w:rFonts w:ascii="DejaVu Sans" w:hAnsi="DejaVu Sans"/>
        </w:rPr>
        <w:t xml:space="preserve"> </w:t>
      </w:r>
      <w:r>
        <w:t>the Tenderer has not attempted to obtain confidential information about competing tenders or influence the Evaluation Committee;</w:t>
      </w:r>
    </w:p>
    <w:p w14:paraId="58F8E97A" w14:textId="77777777" w:rsidR="00C6405E" w:rsidRDefault="00DA6C0D">
      <w:r>
        <w:rPr>
          <w:rFonts w:ascii="DejaVu Sans" w:hAnsi="DejaVu Sans"/>
        </w:rPr>
        <w:t>☐</w:t>
      </w:r>
      <w:r>
        <w:rPr>
          <w:rFonts w:ascii="DejaVu Sans" w:hAnsi="DejaVu Sans"/>
        </w:rPr>
        <w:t xml:space="preserve"> </w:t>
      </w:r>
      <w:r>
        <w:t>any actual, potential or perceived conflict known to the Tenderer is fully disclosed below;</w:t>
      </w:r>
    </w:p>
    <w:p w14:paraId="6021C1C3" w14:textId="77777777" w:rsidR="00C6405E" w:rsidRDefault="00DA6C0D">
      <w:r>
        <w:rPr>
          <w:rFonts w:ascii="DejaVu Sans" w:hAnsi="DejaVu Sans"/>
        </w:rPr>
        <w:t>☐</w:t>
      </w:r>
      <w:r>
        <w:rPr>
          <w:rFonts w:ascii="DejaVu Sans" w:hAnsi="DejaVu Sans"/>
        </w:rPr>
        <w:t xml:space="preserve"> </w:t>
      </w:r>
      <w:r>
        <w:t>the Tenderer will immediately disclose any conflict or relevant relationship discovered after submission.</w:t>
      </w:r>
    </w:p>
    <w:p w14:paraId="0A134AE2" w14:textId="77777777" w:rsidR="00C6405E" w:rsidRDefault="00DA6C0D">
      <w:pPr>
        <w:pStyle w:val="FormLabel"/>
      </w:pPr>
      <w:r>
        <w:t>Disclosure details (write “None” if none)</w:t>
      </w:r>
    </w:p>
    <w:p w14:paraId="212C68F1" w14:textId="77777777" w:rsidR="00C6405E" w:rsidRDefault="00DA6C0D">
      <w:pPr>
        <w:spacing w:after="120"/>
      </w:pPr>
      <w:r>
        <w:t>________________________________________________________________________________</w:t>
      </w:r>
    </w:p>
    <w:tbl>
      <w:tblPr>
        <w:tblStyle w:val="TableGrid"/>
        <w:tblW w:w="0" w:type="auto"/>
        <w:jc w:val="center"/>
        <w:tblLook w:val="04A0" w:firstRow="1" w:lastRow="0" w:firstColumn="1" w:lastColumn="0" w:noHBand="0" w:noVBand="1"/>
      </w:tblPr>
      <w:tblGrid>
        <w:gridCol w:w="2541"/>
        <w:gridCol w:w="2541"/>
        <w:gridCol w:w="2541"/>
        <w:gridCol w:w="2541"/>
      </w:tblGrid>
      <w:tr w:rsidR="00C6405E" w14:paraId="3242884F" w14:textId="77777777">
        <w:trPr>
          <w:cantSplit/>
          <w:jc w:val="center"/>
        </w:trPr>
        <w:tc>
          <w:tcPr>
            <w:tcW w:w="2541" w:type="dxa"/>
            <w:shd w:val="clear" w:color="auto" w:fill="EEF3F8"/>
          </w:tcPr>
          <w:p w14:paraId="3FC298CD" w14:textId="77777777" w:rsidR="00C6405E" w:rsidRDefault="00DA6C0D">
            <w:pPr>
              <w:keepNext/>
            </w:pPr>
            <w:r>
              <w:rPr>
                <w:b/>
              </w:rPr>
              <w:t>Name</w:t>
            </w:r>
          </w:p>
        </w:tc>
        <w:tc>
          <w:tcPr>
            <w:tcW w:w="2541" w:type="dxa"/>
            <w:shd w:val="clear" w:color="auto" w:fill="EEF3F8"/>
          </w:tcPr>
          <w:p w14:paraId="276CD39B" w14:textId="77777777" w:rsidR="00C6405E" w:rsidRDefault="00DA6C0D">
            <w:pPr>
              <w:keepNext/>
            </w:pPr>
            <w:r>
              <w:rPr>
                <w:b/>
              </w:rPr>
              <w:t>Position</w:t>
            </w:r>
          </w:p>
        </w:tc>
        <w:tc>
          <w:tcPr>
            <w:tcW w:w="2541" w:type="dxa"/>
            <w:shd w:val="clear" w:color="auto" w:fill="EEF3F8"/>
          </w:tcPr>
          <w:p w14:paraId="14FEA0B3" w14:textId="77777777" w:rsidR="00C6405E" w:rsidRDefault="00DA6C0D">
            <w:pPr>
              <w:keepNext/>
            </w:pPr>
            <w:r>
              <w:rPr>
                <w:b/>
              </w:rPr>
              <w:t>Signature</w:t>
            </w:r>
          </w:p>
        </w:tc>
        <w:tc>
          <w:tcPr>
            <w:tcW w:w="2541" w:type="dxa"/>
            <w:shd w:val="clear" w:color="auto" w:fill="EEF3F8"/>
          </w:tcPr>
          <w:p w14:paraId="0767C022" w14:textId="77777777" w:rsidR="00C6405E" w:rsidRDefault="00DA6C0D">
            <w:pPr>
              <w:keepNext/>
            </w:pPr>
            <w:r>
              <w:rPr>
                <w:b/>
              </w:rPr>
              <w:t>Date</w:t>
            </w:r>
          </w:p>
        </w:tc>
      </w:tr>
      <w:tr w:rsidR="00C6405E" w14:paraId="56F8CFAB" w14:textId="77777777">
        <w:trPr>
          <w:cantSplit/>
          <w:jc w:val="center"/>
        </w:trPr>
        <w:tc>
          <w:tcPr>
            <w:tcW w:w="2541" w:type="dxa"/>
          </w:tcPr>
          <w:p w14:paraId="3D73FBC4" w14:textId="77777777" w:rsidR="00C6405E" w:rsidRDefault="00DA6C0D">
            <w:r>
              <w:br/>
            </w:r>
            <w:r>
              <w:br/>
            </w:r>
          </w:p>
        </w:tc>
        <w:tc>
          <w:tcPr>
            <w:tcW w:w="2541" w:type="dxa"/>
          </w:tcPr>
          <w:p w14:paraId="258E6978" w14:textId="77777777" w:rsidR="00C6405E" w:rsidRDefault="00DA6C0D">
            <w:r>
              <w:br/>
            </w:r>
            <w:r>
              <w:br/>
            </w:r>
          </w:p>
        </w:tc>
        <w:tc>
          <w:tcPr>
            <w:tcW w:w="2541" w:type="dxa"/>
          </w:tcPr>
          <w:p w14:paraId="6370DD35" w14:textId="77777777" w:rsidR="00C6405E" w:rsidRDefault="00DA6C0D">
            <w:r>
              <w:br/>
            </w:r>
            <w:r>
              <w:br/>
            </w:r>
          </w:p>
        </w:tc>
        <w:tc>
          <w:tcPr>
            <w:tcW w:w="2541" w:type="dxa"/>
          </w:tcPr>
          <w:p w14:paraId="7BE3386E" w14:textId="77777777" w:rsidR="00C6405E" w:rsidRDefault="00DA6C0D">
            <w:r>
              <w:br/>
            </w:r>
            <w:r>
              <w:br/>
            </w:r>
          </w:p>
        </w:tc>
      </w:tr>
    </w:tbl>
    <w:p w14:paraId="66132DB7" w14:textId="77777777" w:rsidR="00030D92" w:rsidRDefault="00030D92">
      <w:pPr>
        <w:pStyle w:val="Heading1"/>
      </w:pPr>
    </w:p>
    <w:p w14:paraId="55378982" w14:textId="77777777" w:rsidR="00030D92" w:rsidRDefault="00030D92">
      <w:pPr>
        <w:spacing w:after="200" w:line="276" w:lineRule="auto"/>
        <w:rPr>
          <w:rFonts w:asciiTheme="majorHAnsi" w:eastAsiaTheme="majorEastAsia" w:hAnsiTheme="majorHAnsi" w:cstheme="majorBidi"/>
          <w:b/>
          <w:bCs/>
          <w:color w:val="17365D"/>
          <w:sz w:val="32"/>
          <w:szCs w:val="28"/>
        </w:rPr>
      </w:pPr>
      <w:r>
        <w:br w:type="page"/>
      </w:r>
    </w:p>
    <w:p w14:paraId="2243A8C4" w14:textId="08CDAB76" w:rsidR="00C6405E" w:rsidRDefault="00DA6C0D">
      <w:pPr>
        <w:pStyle w:val="Heading1"/>
      </w:pPr>
      <w:bookmarkStart w:id="5" w:name="_Toc239008448"/>
      <w:proofErr w:type="gramStart"/>
      <w:r>
        <w:lastRenderedPageBreak/>
        <w:t>Form</w:t>
      </w:r>
      <w:proofErr w:type="gramEnd"/>
      <w:r>
        <w:t xml:space="preserve"> T6 - Consortium / Subcontracting Declaration</w:t>
      </w:r>
      <w:bookmarkEnd w:id="5"/>
    </w:p>
    <w:p w14:paraId="18AE3249" w14:textId="77777777" w:rsidR="00C6405E" w:rsidRDefault="00DA6C0D">
      <w:r>
        <w:t>Select the option(s) that apply:</w:t>
      </w:r>
    </w:p>
    <w:p w14:paraId="6DCBCE25" w14:textId="77777777" w:rsidR="00C6405E" w:rsidRDefault="00DA6C0D">
      <w:r>
        <w:rPr>
          <w:rFonts w:ascii="DejaVu Sans" w:hAnsi="DejaVu Sans"/>
        </w:rPr>
        <w:t>☐</w:t>
      </w:r>
      <w:r>
        <w:rPr>
          <w:rFonts w:ascii="DejaVu Sans" w:hAnsi="DejaVu Sans"/>
        </w:rPr>
        <w:t xml:space="preserve"> </w:t>
      </w:r>
      <w:r>
        <w:t>Tender is submitted by one Economic Operator with no subcontractors.</w:t>
      </w:r>
    </w:p>
    <w:p w14:paraId="3EB0410D" w14:textId="77777777" w:rsidR="00C6405E" w:rsidRDefault="00DA6C0D">
      <w:r>
        <w:rPr>
          <w:rFonts w:ascii="DejaVu Sans" w:hAnsi="DejaVu Sans"/>
        </w:rPr>
        <w:t>☐</w:t>
      </w:r>
      <w:r>
        <w:rPr>
          <w:rFonts w:ascii="DejaVu Sans" w:hAnsi="DejaVu Sans"/>
        </w:rPr>
        <w:t xml:space="preserve"> </w:t>
      </w:r>
      <w:r>
        <w:t>Tender is submitted by one Economic Operator with the subcontractor(s) listed below.</w:t>
      </w:r>
    </w:p>
    <w:p w14:paraId="0ABC60E0" w14:textId="77777777" w:rsidR="00C6405E" w:rsidRDefault="00DA6C0D">
      <w:r>
        <w:rPr>
          <w:rFonts w:ascii="DejaVu Sans" w:hAnsi="DejaVu Sans"/>
        </w:rPr>
        <w:t>☐</w:t>
      </w:r>
      <w:r>
        <w:rPr>
          <w:rFonts w:ascii="DejaVu Sans" w:hAnsi="DejaVu Sans"/>
        </w:rPr>
        <w:t xml:space="preserve"> </w:t>
      </w:r>
      <w:r>
        <w:t>Tender is submitted by a consortium/joint venture. The lead member and members are listed below.</w:t>
      </w:r>
    </w:p>
    <w:tbl>
      <w:tblPr>
        <w:tblStyle w:val="TableGrid"/>
        <w:tblW w:w="0" w:type="auto"/>
        <w:jc w:val="center"/>
        <w:tblLook w:val="04A0" w:firstRow="1" w:lastRow="0" w:firstColumn="1" w:lastColumn="0" w:noHBand="0" w:noVBand="1"/>
      </w:tblPr>
      <w:tblGrid>
        <w:gridCol w:w="2541"/>
        <w:gridCol w:w="2541"/>
        <w:gridCol w:w="2541"/>
        <w:gridCol w:w="2541"/>
      </w:tblGrid>
      <w:tr w:rsidR="00C6405E" w14:paraId="1B2267EF" w14:textId="77777777">
        <w:trPr>
          <w:cantSplit/>
          <w:jc w:val="center"/>
        </w:trPr>
        <w:tc>
          <w:tcPr>
            <w:tcW w:w="2541" w:type="dxa"/>
            <w:shd w:val="clear" w:color="auto" w:fill="EEF3F8"/>
          </w:tcPr>
          <w:p w14:paraId="77DD19FC" w14:textId="77777777" w:rsidR="00C6405E" w:rsidRDefault="00DA6C0D">
            <w:r>
              <w:t>Entity legal name</w:t>
            </w:r>
          </w:p>
        </w:tc>
        <w:tc>
          <w:tcPr>
            <w:tcW w:w="2541" w:type="dxa"/>
            <w:shd w:val="clear" w:color="auto" w:fill="EEF3F8"/>
          </w:tcPr>
          <w:p w14:paraId="783AC39E" w14:textId="77777777" w:rsidR="00C6405E" w:rsidRDefault="00DA6C0D">
            <w:r>
              <w:t>Role / scope</w:t>
            </w:r>
          </w:p>
        </w:tc>
        <w:tc>
          <w:tcPr>
            <w:tcW w:w="2541" w:type="dxa"/>
            <w:shd w:val="clear" w:color="auto" w:fill="EEF3F8"/>
          </w:tcPr>
          <w:p w14:paraId="016F73F9" w14:textId="77777777" w:rsidR="00C6405E" w:rsidRDefault="00DA6C0D">
            <w:r>
              <w:t>Registration / VAT No.</w:t>
            </w:r>
          </w:p>
        </w:tc>
        <w:tc>
          <w:tcPr>
            <w:tcW w:w="2541" w:type="dxa"/>
            <w:shd w:val="clear" w:color="auto" w:fill="EEF3F8"/>
          </w:tcPr>
          <w:p w14:paraId="2BC0B667" w14:textId="77777777" w:rsidR="00C6405E" w:rsidRDefault="00DA6C0D">
            <w:r>
              <w:t>Approx. share of contract</w:t>
            </w:r>
          </w:p>
        </w:tc>
      </w:tr>
      <w:tr w:rsidR="00C6405E" w14:paraId="35F0F257" w14:textId="77777777">
        <w:trPr>
          <w:cantSplit/>
          <w:jc w:val="center"/>
        </w:trPr>
        <w:tc>
          <w:tcPr>
            <w:tcW w:w="2541" w:type="dxa"/>
            <w:tcMar>
              <w:top w:w="100" w:type="dxa"/>
              <w:left w:w="100" w:type="dxa"/>
              <w:bottom w:w="100" w:type="dxa"/>
              <w:right w:w="100" w:type="dxa"/>
            </w:tcMar>
          </w:tcPr>
          <w:p w14:paraId="11FA0AFD" w14:textId="77777777" w:rsidR="00C6405E" w:rsidRDefault="00DA6C0D">
            <w:r>
              <w:br/>
            </w:r>
          </w:p>
        </w:tc>
        <w:tc>
          <w:tcPr>
            <w:tcW w:w="2541" w:type="dxa"/>
            <w:tcMar>
              <w:top w:w="100" w:type="dxa"/>
              <w:left w:w="100" w:type="dxa"/>
              <w:bottom w:w="100" w:type="dxa"/>
              <w:right w:w="100" w:type="dxa"/>
            </w:tcMar>
          </w:tcPr>
          <w:p w14:paraId="40844EDC" w14:textId="77777777" w:rsidR="00C6405E" w:rsidRDefault="00DA6C0D">
            <w:r>
              <w:br/>
            </w:r>
          </w:p>
        </w:tc>
        <w:tc>
          <w:tcPr>
            <w:tcW w:w="2541" w:type="dxa"/>
            <w:tcMar>
              <w:top w:w="100" w:type="dxa"/>
              <w:left w:w="100" w:type="dxa"/>
              <w:bottom w:w="100" w:type="dxa"/>
              <w:right w:w="100" w:type="dxa"/>
            </w:tcMar>
          </w:tcPr>
          <w:p w14:paraId="2ED21FEF" w14:textId="77777777" w:rsidR="00C6405E" w:rsidRDefault="00DA6C0D">
            <w:r>
              <w:br/>
            </w:r>
          </w:p>
        </w:tc>
        <w:tc>
          <w:tcPr>
            <w:tcW w:w="2541" w:type="dxa"/>
            <w:tcMar>
              <w:top w:w="100" w:type="dxa"/>
              <w:left w:w="100" w:type="dxa"/>
              <w:bottom w:w="100" w:type="dxa"/>
              <w:right w:w="100" w:type="dxa"/>
            </w:tcMar>
          </w:tcPr>
          <w:p w14:paraId="4E1FD310" w14:textId="77777777" w:rsidR="00C6405E" w:rsidRDefault="00DA6C0D">
            <w:r>
              <w:br/>
            </w:r>
          </w:p>
        </w:tc>
      </w:tr>
      <w:tr w:rsidR="00C6405E" w14:paraId="6FDD50E7" w14:textId="77777777">
        <w:trPr>
          <w:cantSplit/>
          <w:jc w:val="center"/>
        </w:trPr>
        <w:tc>
          <w:tcPr>
            <w:tcW w:w="2541" w:type="dxa"/>
            <w:tcMar>
              <w:top w:w="100" w:type="dxa"/>
              <w:left w:w="100" w:type="dxa"/>
              <w:bottom w:w="100" w:type="dxa"/>
              <w:right w:w="100" w:type="dxa"/>
            </w:tcMar>
          </w:tcPr>
          <w:p w14:paraId="778DD229" w14:textId="77777777" w:rsidR="00C6405E" w:rsidRDefault="00DA6C0D">
            <w:r>
              <w:br/>
            </w:r>
          </w:p>
        </w:tc>
        <w:tc>
          <w:tcPr>
            <w:tcW w:w="2541" w:type="dxa"/>
            <w:tcMar>
              <w:top w:w="100" w:type="dxa"/>
              <w:left w:w="100" w:type="dxa"/>
              <w:bottom w:w="100" w:type="dxa"/>
              <w:right w:w="100" w:type="dxa"/>
            </w:tcMar>
          </w:tcPr>
          <w:p w14:paraId="16C477F1" w14:textId="77777777" w:rsidR="00C6405E" w:rsidRDefault="00DA6C0D">
            <w:r>
              <w:br/>
            </w:r>
          </w:p>
        </w:tc>
        <w:tc>
          <w:tcPr>
            <w:tcW w:w="2541" w:type="dxa"/>
            <w:tcMar>
              <w:top w:w="100" w:type="dxa"/>
              <w:left w:w="100" w:type="dxa"/>
              <w:bottom w:w="100" w:type="dxa"/>
              <w:right w:w="100" w:type="dxa"/>
            </w:tcMar>
          </w:tcPr>
          <w:p w14:paraId="0A3A1492" w14:textId="77777777" w:rsidR="00C6405E" w:rsidRDefault="00DA6C0D">
            <w:r>
              <w:br/>
            </w:r>
          </w:p>
        </w:tc>
        <w:tc>
          <w:tcPr>
            <w:tcW w:w="2541" w:type="dxa"/>
            <w:tcMar>
              <w:top w:w="100" w:type="dxa"/>
              <w:left w:w="100" w:type="dxa"/>
              <w:bottom w:w="100" w:type="dxa"/>
              <w:right w:w="100" w:type="dxa"/>
            </w:tcMar>
          </w:tcPr>
          <w:p w14:paraId="7133EB78" w14:textId="77777777" w:rsidR="00C6405E" w:rsidRDefault="00DA6C0D">
            <w:r>
              <w:br/>
            </w:r>
          </w:p>
        </w:tc>
      </w:tr>
      <w:tr w:rsidR="00C6405E" w14:paraId="33D73B87" w14:textId="77777777">
        <w:trPr>
          <w:cantSplit/>
          <w:jc w:val="center"/>
        </w:trPr>
        <w:tc>
          <w:tcPr>
            <w:tcW w:w="2541" w:type="dxa"/>
            <w:tcMar>
              <w:top w:w="100" w:type="dxa"/>
              <w:left w:w="100" w:type="dxa"/>
              <w:bottom w:w="100" w:type="dxa"/>
              <w:right w:w="100" w:type="dxa"/>
            </w:tcMar>
          </w:tcPr>
          <w:p w14:paraId="1875A6EE" w14:textId="77777777" w:rsidR="00C6405E" w:rsidRDefault="00DA6C0D">
            <w:r>
              <w:br/>
            </w:r>
          </w:p>
        </w:tc>
        <w:tc>
          <w:tcPr>
            <w:tcW w:w="2541" w:type="dxa"/>
            <w:tcMar>
              <w:top w:w="100" w:type="dxa"/>
              <w:left w:w="100" w:type="dxa"/>
              <w:bottom w:w="100" w:type="dxa"/>
              <w:right w:w="100" w:type="dxa"/>
            </w:tcMar>
          </w:tcPr>
          <w:p w14:paraId="7491B96C" w14:textId="77777777" w:rsidR="00C6405E" w:rsidRDefault="00DA6C0D">
            <w:r>
              <w:br/>
            </w:r>
          </w:p>
        </w:tc>
        <w:tc>
          <w:tcPr>
            <w:tcW w:w="2541" w:type="dxa"/>
            <w:tcMar>
              <w:top w:w="100" w:type="dxa"/>
              <w:left w:w="100" w:type="dxa"/>
              <w:bottom w:w="100" w:type="dxa"/>
              <w:right w:w="100" w:type="dxa"/>
            </w:tcMar>
          </w:tcPr>
          <w:p w14:paraId="15835095" w14:textId="77777777" w:rsidR="00C6405E" w:rsidRDefault="00DA6C0D">
            <w:r>
              <w:br/>
            </w:r>
          </w:p>
        </w:tc>
        <w:tc>
          <w:tcPr>
            <w:tcW w:w="2541" w:type="dxa"/>
            <w:tcMar>
              <w:top w:w="100" w:type="dxa"/>
              <w:left w:w="100" w:type="dxa"/>
              <w:bottom w:w="100" w:type="dxa"/>
              <w:right w:w="100" w:type="dxa"/>
            </w:tcMar>
          </w:tcPr>
          <w:p w14:paraId="69B730C7" w14:textId="77777777" w:rsidR="00C6405E" w:rsidRDefault="00DA6C0D">
            <w:r>
              <w:br/>
            </w:r>
          </w:p>
        </w:tc>
      </w:tr>
      <w:tr w:rsidR="00C6405E" w14:paraId="14A85A27" w14:textId="77777777">
        <w:trPr>
          <w:cantSplit/>
          <w:jc w:val="center"/>
        </w:trPr>
        <w:tc>
          <w:tcPr>
            <w:tcW w:w="2541" w:type="dxa"/>
            <w:tcMar>
              <w:top w:w="100" w:type="dxa"/>
              <w:left w:w="100" w:type="dxa"/>
              <w:bottom w:w="100" w:type="dxa"/>
              <w:right w:w="100" w:type="dxa"/>
            </w:tcMar>
          </w:tcPr>
          <w:p w14:paraId="63137FD6" w14:textId="77777777" w:rsidR="00C6405E" w:rsidRDefault="00DA6C0D">
            <w:r>
              <w:br/>
            </w:r>
          </w:p>
        </w:tc>
        <w:tc>
          <w:tcPr>
            <w:tcW w:w="2541" w:type="dxa"/>
            <w:tcMar>
              <w:top w:w="100" w:type="dxa"/>
              <w:left w:w="100" w:type="dxa"/>
              <w:bottom w:w="100" w:type="dxa"/>
              <w:right w:w="100" w:type="dxa"/>
            </w:tcMar>
          </w:tcPr>
          <w:p w14:paraId="7E1C0DC1" w14:textId="77777777" w:rsidR="00C6405E" w:rsidRDefault="00DA6C0D">
            <w:r>
              <w:br/>
            </w:r>
          </w:p>
        </w:tc>
        <w:tc>
          <w:tcPr>
            <w:tcW w:w="2541" w:type="dxa"/>
            <w:tcMar>
              <w:top w:w="100" w:type="dxa"/>
              <w:left w:w="100" w:type="dxa"/>
              <w:bottom w:w="100" w:type="dxa"/>
              <w:right w:w="100" w:type="dxa"/>
            </w:tcMar>
          </w:tcPr>
          <w:p w14:paraId="15489D3A" w14:textId="77777777" w:rsidR="00C6405E" w:rsidRDefault="00DA6C0D">
            <w:r>
              <w:br/>
            </w:r>
          </w:p>
        </w:tc>
        <w:tc>
          <w:tcPr>
            <w:tcW w:w="2541" w:type="dxa"/>
            <w:tcMar>
              <w:top w:w="100" w:type="dxa"/>
              <w:left w:w="100" w:type="dxa"/>
              <w:bottom w:w="100" w:type="dxa"/>
              <w:right w:w="100" w:type="dxa"/>
            </w:tcMar>
          </w:tcPr>
          <w:p w14:paraId="1DC47424" w14:textId="77777777" w:rsidR="00C6405E" w:rsidRDefault="00DA6C0D">
            <w:r>
              <w:br/>
            </w:r>
          </w:p>
        </w:tc>
      </w:tr>
      <w:tr w:rsidR="00C6405E" w14:paraId="75E18882" w14:textId="77777777">
        <w:trPr>
          <w:cantSplit/>
          <w:jc w:val="center"/>
        </w:trPr>
        <w:tc>
          <w:tcPr>
            <w:tcW w:w="2541" w:type="dxa"/>
            <w:tcMar>
              <w:top w:w="100" w:type="dxa"/>
              <w:left w:w="100" w:type="dxa"/>
              <w:bottom w:w="100" w:type="dxa"/>
              <w:right w:w="100" w:type="dxa"/>
            </w:tcMar>
          </w:tcPr>
          <w:p w14:paraId="1997522D" w14:textId="77777777" w:rsidR="00C6405E" w:rsidRDefault="00DA6C0D">
            <w:r>
              <w:br/>
            </w:r>
          </w:p>
        </w:tc>
        <w:tc>
          <w:tcPr>
            <w:tcW w:w="2541" w:type="dxa"/>
            <w:tcMar>
              <w:top w:w="100" w:type="dxa"/>
              <w:left w:w="100" w:type="dxa"/>
              <w:bottom w:w="100" w:type="dxa"/>
              <w:right w:w="100" w:type="dxa"/>
            </w:tcMar>
          </w:tcPr>
          <w:p w14:paraId="5D38512D" w14:textId="77777777" w:rsidR="00C6405E" w:rsidRDefault="00DA6C0D">
            <w:r>
              <w:br/>
            </w:r>
          </w:p>
        </w:tc>
        <w:tc>
          <w:tcPr>
            <w:tcW w:w="2541" w:type="dxa"/>
            <w:tcMar>
              <w:top w:w="100" w:type="dxa"/>
              <w:left w:w="100" w:type="dxa"/>
              <w:bottom w:w="100" w:type="dxa"/>
              <w:right w:w="100" w:type="dxa"/>
            </w:tcMar>
          </w:tcPr>
          <w:p w14:paraId="548F1A77" w14:textId="77777777" w:rsidR="00C6405E" w:rsidRDefault="00DA6C0D">
            <w:r>
              <w:br/>
            </w:r>
          </w:p>
        </w:tc>
        <w:tc>
          <w:tcPr>
            <w:tcW w:w="2541" w:type="dxa"/>
            <w:tcMar>
              <w:top w:w="100" w:type="dxa"/>
              <w:left w:w="100" w:type="dxa"/>
              <w:bottom w:w="100" w:type="dxa"/>
              <w:right w:w="100" w:type="dxa"/>
            </w:tcMar>
          </w:tcPr>
          <w:p w14:paraId="10F72F62" w14:textId="77777777" w:rsidR="00C6405E" w:rsidRDefault="00DA6C0D">
            <w:r>
              <w:br/>
            </w:r>
          </w:p>
        </w:tc>
      </w:tr>
    </w:tbl>
    <w:p w14:paraId="683ECF1F" w14:textId="77777777" w:rsidR="00C6405E" w:rsidRDefault="00DA6C0D">
      <w:r>
        <w:t>The lead tenderer remains fully responsible for the complete tender and contract. Any post-award change is subject to prior written approval and applicable procurement rules.</w:t>
      </w:r>
    </w:p>
    <w:tbl>
      <w:tblPr>
        <w:tblStyle w:val="TableGrid"/>
        <w:tblW w:w="0" w:type="auto"/>
        <w:jc w:val="center"/>
        <w:tblLook w:val="04A0" w:firstRow="1" w:lastRow="0" w:firstColumn="1" w:lastColumn="0" w:noHBand="0" w:noVBand="1"/>
      </w:tblPr>
      <w:tblGrid>
        <w:gridCol w:w="2541"/>
        <w:gridCol w:w="2541"/>
        <w:gridCol w:w="2541"/>
        <w:gridCol w:w="2541"/>
      </w:tblGrid>
      <w:tr w:rsidR="00C6405E" w14:paraId="6D1C7631" w14:textId="77777777">
        <w:trPr>
          <w:cantSplit/>
          <w:jc w:val="center"/>
        </w:trPr>
        <w:tc>
          <w:tcPr>
            <w:tcW w:w="2541" w:type="dxa"/>
            <w:shd w:val="clear" w:color="auto" w:fill="EEF3F8"/>
          </w:tcPr>
          <w:p w14:paraId="4C9CC7AE" w14:textId="77777777" w:rsidR="00C6405E" w:rsidRDefault="00DA6C0D">
            <w:pPr>
              <w:keepNext/>
            </w:pPr>
            <w:r>
              <w:rPr>
                <w:b/>
              </w:rPr>
              <w:t>Name</w:t>
            </w:r>
          </w:p>
        </w:tc>
        <w:tc>
          <w:tcPr>
            <w:tcW w:w="2541" w:type="dxa"/>
            <w:shd w:val="clear" w:color="auto" w:fill="EEF3F8"/>
          </w:tcPr>
          <w:p w14:paraId="35A53BDF" w14:textId="77777777" w:rsidR="00C6405E" w:rsidRDefault="00DA6C0D">
            <w:pPr>
              <w:keepNext/>
            </w:pPr>
            <w:r>
              <w:rPr>
                <w:b/>
              </w:rPr>
              <w:t>Position</w:t>
            </w:r>
          </w:p>
        </w:tc>
        <w:tc>
          <w:tcPr>
            <w:tcW w:w="2541" w:type="dxa"/>
            <w:shd w:val="clear" w:color="auto" w:fill="EEF3F8"/>
          </w:tcPr>
          <w:p w14:paraId="1EF6B5CD" w14:textId="77777777" w:rsidR="00C6405E" w:rsidRDefault="00DA6C0D">
            <w:pPr>
              <w:keepNext/>
            </w:pPr>
            <w:r>
              <w:rPr>
                <w:b/>
              </w:rPr>
              <w:t>Signature</w:t>
            </w:r>
          </w:p>
        </w:tc>
        <w:tc>
          <w:tcPr>
            <w:tcW w:w="2541" w:type="dxa"/>
            <w:shd w:val="clear" w:color="auto" w:fill="EEF3F8"/>
          </w:tcPr>
          <w:p w14:paraId="79A94080" w14:textId="77777777" w:rsidR="00C6405E" w:rsidRDefault="00DA6C0D">
            <w:pPr>
              <w:keepNext/>
            </w:pPr>
            <w:r>
              <w:rPr>
                <w:b/>
              </w:rPr>
              <w:t>Date</w:t>
            </w:r>
          </w:p>
        </w:tc>
      </w:tr>
      <w:tr w:rsidR="00C6405E" w14:paraId="747855C0" w14:textId="77777777">
        <w:trPr>
          <w:cantSplit/>
          <w:jc w:val="center"/>
        </w:trPr>
        <w:tc>
          <w:tcPr>
            <w:tcW w:w="2541" w:type="dxa"/>
          </w:tcPr>
          <w:p w14:paraId="77EF3434" w14:textId="77777777" w:rsidR="00C6405E" w:rsidRDefault="00DA6C0D">
            <w:r>
              <w:br/>
            </w:r>
            <w:r>
              <w:br/>
            </w:r>
          </w:p>
        </w:tc>
        <w:tc>
          <w:tcPr>
            <w:tcW w:w="2541" w:type="dxa"/>
          </w:tcPr>
          <w:p w14:paraId="2EB29937" w14:textId="77777777" w:rsidR="00C6405E" w:rsidRDefault="00DA6C0D">
            <w:r>
              <w:br/>
            </w:r>
            <w:r>
              <w:br/>
            </w:r>
          </w:p>
        </w:tc>
        <w:tc>
          <w:tcPr>
            <w:tcW w:w="2541" w:type="dxa"/>
          </w:tcPr>
          <w:p w14:paraId="14ACA33B" w14:textId="77777777" w:rsidR="00C6405E" w:rsidRDefault="00DA6C0D">
            <w:r>
              <w:br/>
            </w:r>
            <w:r>
              <w:br/>
            </w:r>
          </w:p>
        </w:tc>
        <w:tc>
          <w:tcPr>
            <w:tcW w:w="2541" w:type="dxa"/>
          </w:tcPr>
          <w:p w14:paraId="3DFED684" w14:textId="77777777" w:rsidR="00C6405E" w:rsidRDefault="00DA6C0D">
            <w:r>
              <w:br/>
            </w:r>
            <w:r>
              <w:br/>
            </w:r>
          </w:p>
        </w:tc>
      </w:tr>
    </w:tbl>
    <w:p w14:paraId="658A290C" w14:textId="77777777" w:rsidR="00030D92" w:rsidRDefault="00030D92">
      <w:pPr>
        <w:pStyle w:val="Heading1"/>
      </w:pPr>
    </w:p>
    <w:p w14:paraId="712B02C2" w14:textId="77777777" w:rsidR="00030D92" w:rsidRDefault="00030D92">
      <w:pPr>
        <w:spacing w:after="200" w:line="276" w:lineRule="auto"/>
        <w:rPr>
          <w:rFonts w:asciiTheme="majorHAnsi" w:eastAsiaTheme="majorEastAsia" w:hAnsiTheme="majorHAnsi" w:cstheme="majorBidi"/>
          <w:b/>
          <w:bCs/>
          <w:color w:val="17365D"/>
          <w:sz w:val="32"/>
          <w:szCs w:val="28"/>
        </w:rPr>
      </w:pPr>
      <w:r>
        <w:br w:type="page"/>
      </w:r>
    </w:p>
    <w:p w14:paraId="477E91BF" w14:textId="0055A86D" w:rsidR="00C6405E" w:rsidRDefault="00DA6C0D">
      <w:pPr>
        <w:pStyle w:val="Heading1"/>
      </w:pPr>
      <w:bookmarkStart w:id="6" w:name="_Toc239008449"/>
      <w:proofErr w:type="gramStart"/>
      <w:r>
        <w:lastRenderedPageBreak/>
        <w:t>Form</w:t>
      </w:r>
      <w:proofErr w:type="gramEnd"/>
      <w:r>
        <w:t xml:space="preserve"> T7 - Delivery, Warranty and Support Schedule</w:t>
      </w:r>
      <w:bookmarkEnd w:id="6"/>
    </w:p>
    <w:tbl>
      <w:tblPr>
        <w:tblStyle w:val="TableGrid"/>
        <w:tblW w:w="5000" w:type="pct"/>
        <w:jc w:val="center"/>
        <w:tblLook w:val="04A0" w:firstRow="1" w:lastRow="0" w:firstColumn="1" w:lastColumn="0" w:noHBand="0" w:noVBand="1"/>
      </w:tblPr>
      <w:tblGrid>
        <w:gridCol w:w="3461"/>
        <w:gridCol w:w="7233"/>
      </w:tblGrid>
      <w:tr w:rsidR="00C6405E" w14:paraId="13D474FC" w14:textId="77777777" w:rsidTr="0032356D">
        <w:trPr>
          <w:cantSplit/>
          <w:jc w:val="center"/>
        </w:trPr>
        <w:tc>
          <w:tcPr>
            <w:tcW w:w="1618" w:type="pct"/>
            <w:shd w:val="clear" w:color="auto" w:fill="EEF3F8"/>
            <w:tcMar>
              <w:top w:w="100" w:type="dxa"/>
              <w:left w:w="100" w:type="dxa"/>
              <w:bottom w:w="100" w:type="dxa"/>
              <w:right w:w="100" w:type="dxa"/>
            </w:tcMar>
            <w:vAlign w:val="center"/>
          </w:tcPr>
          <w:p w14:paraId="5DAA34E9" w14:textId="77777777" w:rsidR="00C6405E" w:rsidRDefault="00DA6C0D" w:rsidP="0032356D">
            <w:r>
              <w:t>Proposed delivery + installation completion</w:t>
            </w:r>
          </w:p>
        </w:tc>
        <w:tc>
          <w:tcPr>
            <w:tcW w:w="3382" w:type="pct"/>
            <w:tcMar>
              <w:top w:w="100" w:type="dxa"/>
              <w:left w:w="100" w:type="dxa"/>
              <w:bottom w:w="100" w:type="dxa"/>
              <w:right w:w="100" w:type="dxa"/>
            </w:tcMar>
            <w:vAlign w:val="center"/>
          </w:tcPr>
          <w:p w14:paraId="65BCB764" w14:textId="77777777" w:rsidR="00C6405E" w:rsidRDefault="00DA6C0D" w:rsidP="0032356D">
            <w:r>
              <w:t>_____ calendar days from Order to Start (must be &lt;= 60)</w:t>
            </w:r>
          </w:p>
        </w:tc>
      </w:tr>
      <w:tr w:rsidR="00C6405E" w14:paraId="2BAB2A5D" w14:textId="77777777" w:rsidTr="0032356D">
        <w:trPr>
          <w:cantSplit/>
          <w:jc w:val="center"/>
        </w:trPr>
        <w:tc>
          <w:tcPr>
            <w:tcW w:w="1618" w:type="pct"/>
            <w:shd w:val="clear" w:color="auto" w:fill="EEF3F8"/>
            <w:tcMar>
              <w:top w:w="100" w:type="dxa"/>
              <w:left w:w="100" w:type="dxa"/>
              <w:bottom w:w="100" w:type="dxa"/>
              <w:right w:w="100" w:type="dxa"/>
            </w:tcMar>
            <w:vAlign w:val="center"/>
          </w:tcPr>
          <w:p w14:paraId="5898B279" w14:textId="77777777" w:rsidR="00C6405E" w:rsidRDefault="00DA6C0D" w:rsidP="0032356D">
            <w:r>
              <w:t>AC controller / inverter manufacturer warranty</w:t>
            </w:r>
          </w:p>
        </w:tc>
        <w:tc>
          <w:tcPr>
            <w:tcW w:w="3382" w:type="pct"/>
            <w:tcMar>
              <w:top w:w="100" w:type="dxa"/>
              <w:left w:w="100" w:type="dxa"/>
              <w:bottom w:w="100" w:type="dxa"/>
              <w:right w:w="100" w:type="dxa"/>
            </w:tcMar>
            <w:vAlign w:val="center"/>
          </w:tcPr>
          <w:p w14:paraId="7503BE5F" w14:textId="77777777" w:rsidR="00C6405E" w:rsidRDefault="00DA6C0D" w:rsidP="0032356D">
            <w:r>
              <w:t xml:space="preserve">_____ years / terms attached at </w:t>
            </w:r>
            <w:proofErr w:type="gramStart"/>
            <w:r>
              <w:t>Appendix __</w:t>
            </w:r>
            <w:proofErr w:type="gramEnd"/>
            <w:r>
              <w:t>___</w:t>
            </w:r>
          </w:p>
        </w:tc>
      </w:tr>
      <w:tr w:rsidR="00C6405E" w14:paraId="3A24830F" w14:textId="77777777" w:rsidTr="0032356D">
        <w:trPr>
          <w:cantSplit/>
          <w:jc w:val="center"/>
        </w:trPr>
        <w:tc>
          <w:tcPr>
            <w:tcW w:w="1618" w:type="pct"/>
            <w:shd w:val="clear" w:color="auto" w:fill="EEF3F8"/>
            <w:tcMar>
              <w:top w:w="100" w:type="dxa"/>
              <w:left w:w="100" w:type="dxa"/>
              <w:bottom w:w="100" w:type="dxa"/>
              <w:right w:w="100" w:type="dxa"/>
            </w:tcMar>
            <w:vAlign w:val="center"/>
          </w:tcPr>
          <w:p w14:paraId="60850255" w14:textId="77777777" w:rsidR="00C6405E" w:rsidRDefault="00DA6C0D" w:rsidP="0032356D">
            <w:r>
              <w:t>Battery manufacturer warranty</w:t>
            </w:r>
          </w:p>
        </w:tc>
        <w:tc>
          <w:tcPr>
            <w:tcW w:w="3382" w:type="pct"/>
            <w:tcMar>
              <w:top w:w="100" w:type="dxa"/>
              <w:left w:w="100" w:type="dxa"/>
              <w:bottom w:w="100" w:type="dxa"/>
              <w:right w:w="100" w:type="dxa"/>
            </w:tcMar>
            <w:vAlign w:val="center"/>
          </w:tcPr>
          <w:p w14:paraId="69B75AD5" w14:textId="77777777" w:rsidR="00C6405E" w:rsidRDefault="00DA6C0D" w:rsidP="0032356D">
            <w:r>
              <w:t xml:space="preserve">_____ years / terms attached at </w:t>
            </w:r>
            <w:proofErr w:type="gramStart"/>
            <w:r>
              <w:t>Appendix __</w:t>
            </w:r>
            <w:proofErr w:type="gramEnd"/>
            <w:r>
              <w:t>___</w:t>
            </w:r>
          </w:p>
        </w:tc>
      </w:tr>
      <w:tr w:rsidR="00C6405E" w14:paraId="6248CFBB" w14:textId="77777777" w:rsidTr="0032356D">
        <w:trPr>
          <w:cantSplit/>
          <w:jc w:val="center"/>
        </w:trPr>
        <w:tc>
          <w:tcPr>
            <w:tcW w:w="1618" w:type="pct"/>
            <w:shd w:val="clear" w:color="auto" w:fill="EEF3F8"/>
            <w:tcMar>
              <w:top w:w="100" w:type="dxa"/>
              <w:left w:w="100" w:type="dxa"/>
              <w:bottom w:w="100" w:type="dxa"/>
              <w:right w:w="100" w:type="dxa"/>
            </w:tcMar>
            <w:vAlign w:val="center"/>
          </w:tcPr>
          <w:p w14:paraId="25C49C96" w14:textId="77777777" w:rsidR="00C6405E" w:rsidRDefault="00DA6C0D" w:rsidP="0032356D">
            <w:r>
              <w:t>PV module product warranty</w:t>
            </w:r>
          </w:p>
        </w:tc>
        <w:tc>
          <w:tcPr>
            <w:tcW w:w="3382" w:type="pct"/>
            <w:tcMar>
              <w:top w:w="100" w:type="dxa"/>
              <w:left w:w="100" w:type="dxa"/>
              <w:bottom w:w="100" w:type="dxa"/>
              <w:right w:w="100" w:type="dxa"/>
            </w:tcMar>
            <w:vAlign w:val="center"/>
          </w:tcPr>
          <w:p w14:paraId="02B7DA92" w14:textId="77777777" w:rsidR="00C6405E" w:rsidRDefault="00DA6C0D" w:rsidP="0032356D">
            <w:r>
              <w:t xml:space="preserve">_____ years / terms attached at </w:t>
            </w:r>
            <w:proofErr w:type="gramStart"/>
            <w:r>
              <w:t>Appendix __</w:t>
            </w:r>
            <w:proofErr w:type="gramEnd"/>
            <w:r>
              <w:t>___</w:t>
            </w:r>
          </w:p>
        </w:tc>
      </w:tr>
      <w:tr w:rsidR="00C6405E" w14:paraId="04993D6B" w14:textId="77777777" w:rsidTr="0032356D">
        <w:trPr>
          <w:cantSplit/>
          <w:jc w:val="center"/>
        </w:trPr>
        <w:tc>
          <w:tcPr>
            <w:tcW w:w="1618" w:type="pct"/>
            <w:shd w:val="clear" w:color="auto" w:fill="EEF3F8"/>
            <w:tcMar>
              <w:top w:w="100" w:type="dxa"/>
              <w:left w:w="100" w:type="dxa"/>
              <w:bottom w:w="100" w:type="dxa"/>
              <w:right w:w="100" w:type="dxa"/>
            </w:tcMar>
            <w:vAlign w:val="center"/>
          </w:tcPr>
          <w:p w14:paraId="1E5617B9" w14:textId="77777777" w:rsidR="00C6405E" w:rsidRDefault="00DA6C0D" w:rsidP="0032356D">
            <w:r>
              <w:t>PV module performance warranty</w:t>
            </w:r>
          </w:p>
        </w:tc>
        <w:tc>
          <w:tcPr>
            <w:tcW w:w="3382" w:type="pct"/>
            <w:tcMar>
              <w:top w:w="100" w:type="dxa"/>
              <w:left w:w="100" w:type="dxa"/>
              <w:bottom w:w="100" w:type="dxa"/>
              <w:right w:w="100" w:type="dxa"/>
            </w:tcMar>
            <w:vAlign w:val="center"/>
          </w:tcPr>
          <w:p w14:paraId="67D8D611" w14:textId="77777777" w:rsidR="00C6405E" w:rsidRDefault="00DA6C0D" w:rsidP="0032356D">
            <w:r>
              <w:t xml:space="preserve">_____ years / terms attached at </w:t>
            </w:r>
            <w:proofErr w:type="gramStart"/>
            <w:r>
              <w:t>Appendix __</w:t>
            </w:r>
            <w:proofErr w:type="gramEnd"/>
            <w:r>
              <w:t>___</w:t>
            </w:r>
          </w:p>
        </w:tc>
      </w:tr>
      <w:tr w:rsidR="00C6405E" w14:paraId="4EA8446A" w14:textId="77777777" w:rsidTr="0032356D">
        <w:trPr>
          <w:cantSplit/>
          <w:jc w:val="center"/>
        </w:trPr>
        <w:tc>
          <w:tcPr>
            <w:tcW w:w="1618" w:type="pct"/>
            <w:shd w:val="clear" w:color="auto" w:fill="EEF3F8"/>
            <w:tcMar>
              <w:top w:w="100" w:type="dxa"/>
              <w:left w:w="100" w:type="dxa"/>
              <w:bottom w:w="100" w:type="dxa"/>
              <w:right w:w="100" w:type="dxa"/>
            </w:tcMar>
            <w:vAlign w:val="center"/>
          </w:tcPr>
          <w:p w14:paraId="05D5F34A" w14:textId="77777777" w:rsidR="00C6405E" w:rsidRDefault="00DA6C0D" w:rsidP="0032356D">
            <w:r>
              <w:t>Other equipment warranty</w:t>
            </w:r>
          </w:p>
        </w:tc>
        <w:tc>
          <w:tcPr>
            <w:tcW w:w="3382" w:type="pct"/>
            <w:tcMar>
              <w:top w:w="100" w:type="dxa"/>
              <w:left w:w="100" w:type="dxa"/>
              <w:bottom w:w="100" w:type="dxa"/>
              <w:right w:w="100" w:type="dxa"/>
            </w:tcMar>
            <w:vAlign w:val="center"/>
          </w:tcPr>
          <w:p w14:paraId="7BE300F2" w14:textId="77777777" w:rsidR="00C6405E" w:rsidRDefault="00DA6C0D" w:rsidP="0032356D">
            <w:r>
              <w:t>_____ years / details attached at Appendix _____</w:t>
            </w:r>
          </w:p>
        </w:tc>
      </w:tr>
      <w:tr w:rsidR="00C6405E" w14:paraId="5CDFAAE3" w14:textId="77777777" w:rsidTr="0032356D">
        <w:trPr>
          <w:cantSplit/>
          <w:jc w:val="center"/>
        </w:trPr>
        <w:tc>
          <w:tcPr>
            <w:tcW w:w="1618" w:type="pct"/>
            <w:shd w:val="clear" w:color="auto" w:fill="EEF3F8"/>
            <w:tcMar>
              <w:top w:w="100" w:type="dxa"/>
              <w:left w:w="100" w:type="dxa"/>
              <w:bottom w:w="100" w:type="dxa"/>
              <w:right w:w="100" w:type="dxa"/>
            </w:tcMar>
            <w:vAlign w:val="center"/>
          </w:tcPr>
          <w:p w14:paraId="28558421" w14:textId="77777777" w:rsidR="00C6405E" w:rsidRDefault="00DA6C0D" w:rsidP="0032356D">
            <w:r>
              <w:t>Installation workmanship defect correction</w:t>
            </w:r>
          </w:p>
        </w:tc>
        <w:tc>
          <w:tcPr>
            <w:tcW w:w="3382" w:type="pct"/>
            <w:tcMar>
              <w:top w:w="100" w:type="dxa"/>
              <w:left w:w="100" w:type="dxa"/>
              <w:bottom w:w="100" w:type="dxa"/>
              <w:right w:w="100" w:type="dxa"/>
            </w:tcMar>
            <w:vAlign w:val="center"/>
          </w:tcPr>
          <w:p w14:paraId="73BAB5DC" w14:textId="77777777" w:rsidR="00C6405E" w:rsidRDefault="00DA6C0D" w:rsidP="0032356D">
            <w:r>
              <w:t>_____ months (minimum 12 months)</w:t>
            </w:r>
          </w:p>
        </w:tc>
      </w:tr>
      <w:tr w:rsidR="00C6405E" w14:paraId="002FBC98" w14:textId="77777777" w:rsidTr="0032356D">
        <w:trPr>
          <w:cantSplit/>
          <w:jc w:val="center"/>
        </w:trPr>
        <w:tc>
          <w:tcPr>
            <w:tcW w:w="1618" w:type="pct"/>
            <w:shd w:val="clear" w:color="auto" w:fill="EEF3F8"/>
            <w:tcMar>
              <w:top w:w="100" w:type="dxa"/>
              <w:left w:w="100" w:type="dxa"/>
              <w:bottom w:w="100" w:type="dxa"/>
              <w:right w:w="100" w:type="dxa"/>
            </w:tcMar>
            <w:vAlign w:val="center"/>
          </w:tcPr>
          <w:p w14:paraId="0BABAAF2" w14:textId="77777777" w:rsidR="00C6405E" w:rsidRDefault="00DA6C0D" w:rsidP="0032356D">
            <w:r>
              <w:t>Local/remote technical support contact</w:t>
            </w:r>
          </w:p>
        </w:tc>
        <w:tc>
          <w:tcPr>
            <w:tcW w:w="3382" w:type="pct"/>
            <w:tcMar>
              <w:top w:w="100" w:type="dxa"/>
              <w:left w:w="100" w:type="dxa"/>
              <w:bottom w:w="100" w:type="dxa"/>
              <w:right w:w="100" w:type="dxa"/>
            </w:tcMar>
            <w:vAlign w:val="center"/>
          </w:tcPr>
          <w:p w14:paraId="53C9CFA5" w14:textId="77777777" w:rsidR="00C6405E" w:rsidRDefault="00DA6C0D" w:rsidP="0032356D">
            <w:r>
              <w:t>____________________________________________</w:t>
            </w:r>
          </w:p>
        </w:tc>
      </w:tr>
      <w:tr w:rsidR="00C6405E" w14:paraId="20B5D052" w14:textId="77777777" w:rsidTr="0032356D">
        <w:trPr>
          <w:cantSplit/>
          <w:jc w:val="center"/>
        </w:trPr>
        <w:tc>
          <w:tcPr>
            <w:tcW w:w="1618" w:type="pct"/>
            <w:shd w:val="clear" w:color="auto" w:fill="EEF3F8"/>
            <w:tcMar>
              <w:top w:w="100" w:type="dxa"/>
              <w:left w:w="100" w:type="dxa"/>
              <w:bottom w:w="100" w:type="dxa"/>
              <w:right w:w="100" w:type="dxa"/>
            </w:tcMar>
            <w:vAlign w:val="center"/>
          </w:tcPr>
          <w:p w14:paraId="4262C9EB" w14:textId="77777777" w:rsidR="00C6405E" w:rsidRDefault="00DA6C0D" w:rsidP="0032356D">
            <w:r>
              <w:t>Spare/replacement lead-time approach</w:t>
            </w:r>
          </w:p>
        </w:tc>
        <w:tc>
          <w:tcPr>
            <w:tcW w:w="3382" w:type="pct"/>
            <w:tcMar>
              <w:top w:w="100" w:type="dxa"/>
              <w:left w:w="100" w:type="dxa"/>
              <w:bottom w:w="100" w:type="dxa"/>
              <w:right w:w="100" w:type="dxa"/>
            </w:tcMar>
            <w:vAlign w:val="center"/>
          </w:tcPr>
          <w:p w14:paraId="62E906C6" w14:textId="77777777" w:rsidR="00C6405E" w:rsidRDefault="00DA6C0D" w:rsidP="0032356D">
            <w:r>
              <w:t>____________________________________________</w:t>
            </w:r>
          </w:p>
        </w:tc>
      </w:tr>
    </w:tbl>
    <w:p w14:paraId="0F6F99D7" w14:textId="77777777" w:rsidR="0032356D" w:rsidRDefault="0032356D"/>
    <w:p w14:paraId="7A058CF6" w14:textId="476D88C0" w:rsidR="00C6405E" w:rsidRDefault="00DA6C0D">
      <w:r>
        <w:t>Any warranty offered in this form becomes a contractual obligation if the tender is awarded.</w:t>
      </w:r>
    </w:p>
    <w:tbl>
      <w:tblPr>
        <w:tblStyle w:val="TableGrid"/>
        <w:tblW w:w="0" w:type="auto"/>
        <w:jc w:val="center"/>
        <w:tblLook w:val="04A0" w:firstRow="1" w:lastRow="0" w:firstColumn="1" w:lastColumn="0" w:noHBand="0" w:noVBand="1"/>
      </w:tblPr>
      <w:tblGrid>
        <w:gridCol w:w="2541"/>
        <w:gridCol w:w="2541"/>
        <w:gridCol w:w="2541"/>
        <w:gridCol w:w="2541"/>
      </w:tblGrid>
      <w:tr w:rsidR="00C6405E" w14:paraId="157541BE" w14:textId="77777777">
        <w:trPr>
          <w:cantSplit/>
          <w:jc w:val="center"/>
        </w:trPr>
        <w:tc>
          <w:tcPr>
            <w:tcW w:w="2541" w:type="dxa"/>
            <w:shd w:val="clear" w:color="auto" w:fill="EEF3F8"/>
          </w:tcPr>
          <w:p w14:paraId="41FDBBE4" w14:textId="77777777" w:rsidR="00C6405E" w:rsidRDefault="00DA6C0D">
            <w:pPr>
              <w:keepNext/>
            </w:pPr>
            <w:r>
              <w:rPr>
                <w:b/>
              </w:rPr>
              <w:t>Name</w:t>
            </w:r>
          </w:p>
        </w:tc>
        <w:tc>
          <w:tcPr>
            <w:tcW w:w="2541" w:type="dxa"/>
            <w:shd w:val="clear" w:color="auto" w:fill="EEF3F8"/>
          </w:tcPr>
          <w:p w14:paraId="3E1E03DA" w14:textId="77777777" w:rsidR="00C6405E" w:rsidRDefault="00DA6C0D">
            <w:pPr>
              <w:keepNext/>
            </w:pPr>
            <w:r>
              <w:rPr>
                <w:b/>
              </w:rPr>
              <w:t>Position</w:t>
            </w:r>
          </w:p>
        </w:tc>
        <w:tc>
          <w:tcPr>
            <w:tcW w:w="2541" w:type="dxa"/>
            <w:shd w:val="clear" w:color="auto" w:fill="EEF3F8"/>
          </w:tcPr>
          <w:p w14:paraId="20869CDC" w14:textId="77777777" w:rsidR="00C6405E" w:rsidRDefault="00DA6C0D">
            <w:pPr>
              <w:keepNext/>
            </w:pPr>
            <w:r>
              <w:rPr>
                <w:b/>
              </w:rPr>
              <w:t>Signature</w:t>
            </w:r>
          </w:p>
        </w:tc>
        <w:tc>
          <w:tcPr>
            <w:tcW w:w="2541" w:type="dxa"/>
            <w:shd w:val="clear" w:color="auto" w:fill="EEF3F8"/>
          </w:tcPr>
          <w:p w14:paraId="673C7584" w14:textId="77777777" w:rsidR="00C6405E" w:rsidRDefault="00DA6C0D">
            <w:pPr>
              <w:keepNext/>
            </w:pPr>
            <w:r>
              <w:rPr>
                <w:b/>
              </w:rPr>
              <w:t>Date</w:t>
            </w:r>
          </w:p>
        </w:tc>
      </w:tr>
      <w:tr w:rsidR="00C6405E" w14:paraId="3E510F2B" w14:textId="77777777">
        <w:trPr>
          <w:cantSplit/>
          <w:jc w:val="center"/>
        </w:trPr>
        <w:tc>
          <w:tcPr>
            <w:tcW w:w="2541" w:type="dxa"/>
          </w:tcPr>
          <w:p w14:paraId="4E67C201" w14:textId="77777777" w:rsidR="00C6405E" w:rsidRDefault="00DA6C0D">
            <w:r>
              <w:br/>
            </w:r>
            <w:r>
              <w:br/>
            </w:r>
          </w:p>
        </w:tc>
        <w:tc>
          <w:tcPr>
            <w:tcW w:w="2541" w:type="dxa"/>
          </w:tcPr>
          <w:p w14:paraId="7D8A921A" w14:textId="77777777" w:rsidR="00C6405E" w:rsidRDefault="00DA6C0D">
            <w:r>
              <w:br/>
            </w:r>
            <w:r>
              <w:br/>
            </w:r>
          </w:p>
        </w:tc>
        <w:tc>
          <w:tcPr>
            <w:tcW w:w="2541" w:type="dxa"/>
          </w:tcPr>
          <w:p w14:paraId="4813E54F" w14:textId="77777777" w:rsidR="00C6405E" w:rsidRDefault="00DA6C0D">
            <w:r>
              <w:br/>
            </w:r>
            <w:r>
              <w:br/>
            </w:r>
          </w:p>
        </w:tc>
        <w:tc>
          <w:tcPr>
            <w:tcW w:w="2541" w:type="dxa"/>
          </w:tcPr>
          <w:p w14:paraId="3E50D6E6" w14:textId="77777777" w:rsidR="00C6405E" w:rsidRDefault="00DA6C0D">
            <w:r>
              <w:br/>
            </w:r>
            <w:r>
              <w:br/>
            </w:r>
          </w:p>
        </w:tc>
      </w:tr>
    </w:tbl>
    <w:p w14:paraId="51E40923" w14:textId="77777777" w:rsidR="00030D92" w:rsidRDefault="00030D92">
      <w:pPr>
        <w:pStyle w:val="Heading1"/>
      </w:pPr>
    </w:p>
    <w:p w14:paraId="7D5109A0" w14:textId="77777777" w:rsidR="00030D92" w:rsidRDefault="00030D92">
      <w:pPr>
        <w:spacing w:after="200" w:line="276" w:lineRule="auto"/>
        <w:rPr>
          <w:rFonts w:asciiTheme="majorHAnsi" w:eastAsiaTheme="majorEastAsia" w:hAnsiTheme="majorHAnsi" w:cstheme="majorBidi"/>
          <w:b/>
          <w:bCs/>
          <w:color w:val="17365D"/>
          <w:sz w:val="32"/>
          <w:szCs w:val="28"/>
        </w:rPr>
      </w:pPr>
      <w:r>
        <w:br w:type="page"/>
      </w:r>
    </w:p>
    <w:p w14:paraId="46BFC7C0" w14:textId="343F5949" w:rsidR="00C6405E" w:rsidRDefault="00DA6C0D">
      <w:pPr>
        <w:pStyle w:val="Heading1"/>
      </w:pPr>
      <w:bookmarkStart w:id="7" w:name="_Toc239008450"/>
      <w:proofErr w:type="gramStart"/>
      <w:r>
        <w:lastRenderedPageBreak/>
        <w:t>Form</w:t>
      </w:r>
      <w:proofErr w:type="gramEnd"/>
      <w:r>
        <w:t xml:space="preserve"> T8 - Tender Submission Checklist</w:t>
      </w:r>
      <w:bookmarkEnd w:id="7"/>
    </w:p>
    <w:p w14:paraId="465EF681" w14:textId="77777777" w:rsidR="00C6405E" w:rsidRDefault="00DA6C0D">
      <w:r>
        <w:rPr>
          <w:rFonts w:ascii="DejaVu Sans" w:hAnsi="DejaVu Sans"/>
        </w:rPr>
        <w:t>☐</w:t>
      </w:r>
      <w:r>
        <w:rPr>
          <w:rFonts w:ascii="DejaVu Sans" w:hAnsi="DejaVu Sans"/>
        </w:rPr>
        <w:t xml:space="preserve"> </w:t>
      </w:r>
      <w:r>
        <w:t>T1 Tender Submission Form completed and signed.</w:t>
      </w:r>
    </w:p>
    <w:p w14:paraId="44237FF7" w14:textId="77777777" w:rsidR="00C6405E" w:rsidRDefault="00DA6C0D">
      <w:r>
        <w:rPr>
          <w:rFonts w:ascii="DejaVu Sans" w:hAnsi="DejaVu Sans"/>
        </w:rPr>
        <w:t>☐</w:t>
      </w:r>
      <w:r>
        <w:rPr>
          <w:rFonts w:ascii="DejaVu Sans" w:hAnsi="DejaVu Sans"/>
        </w:rPr>
        <w:t xml:space="preserve"> </w:t>
      </w:r>
      <w:r>
        <w:t>T2 Tenderer Identification &amp; Eligibility Declaration completed and signed.</w:t>
      </w:r>
    </w:p>
    <w:p w14:paraId="20F0FD0D" w14:textId="77777777" w:rsidR="00C6405E" w:rsidRDefault="00DA6C0D">
      <w:r>
        <w:rPr>
          <w:rFonts w:ascii="DejaVu Sans" w:hAnsi="DejaVu Sans"/>
        </w:rPr>
        <w:t>☐</w:t>
      </w:r>
      <w:r>
        <w:rPr>
          <w:rFonts w:ascii="DejaVu Sans" w:hAnsi="DejaVu Sans"/>
        </w:rPr>
        <w:t xml:space="preserve"> </w:t>
      </w:r>
      <w:r>
        <w:t>T3 Technical Compliance Schedule completed for every mandatory line.</w:t>
      </w:r>
    </w:p>
    <w:p w14:paraId="582898CA" w14:textId="77777777" w:rsidR="00C6405E" w:rsidRDefault="00DA6C0D">
      <w:r>
        <w:rPr>
          <w:rFonts w:ascii="DejaVu Sans" w:hAnsi="DejaVu Sans"/>
        </w:rPr>
        <w:t>☐</w:t>
      </w:r>
      <w:r>
        <w:rPr>
          <w:rFonts w:ascii="DejaVu Sans" w:hAnsi="DejaVu Sans"/>
        </w:rPr>
        <w:t xml:space="preserve"> </w:t>
      </w:r>
      <w:r>
        <w:t>Manufacturer datasheets / technical literature attached and clearly cross-referenced.</w:t>
      </w:r>
    </w:p>
    <w:p w14:paraId="287A58A6" w14:textId="77777777" w:rsidR="00C6405E" w:rsidRDefault="00DA6C0D">
      <w:r>
        <w:rPr>
          <w:rFonts w:ascii="DejaVu Sans" w:hAnsi="DejaVu Sans"/>
        </w:rPr>
        <w:t>☐</w:t>
      </w:r>
      <w:r>
        <w:rPr>
          <w:rFonts w:ascii="DejaVu Sans" w:hAnsi="DejaVu Sans"/>
        </w:rPr>
        <w:t xml:space="preserve"> </w:t>
      </w:r>
      <w:r>
        <w:t>T4 Financial Bid / Price Schedule completed and signed; VAT stated separately.</w:t>
      </w:r>
    </w:p>
    <w:p w14:paraId="78A794EB" w14:textId="77777777" w:rsidR="00C6405E" w:rsidRDefault="00DA6C0D">
      <w:r>
        <w:rPr>
          <w:rFonts w:ascii="DejaVu Sans" w:hAnsi="DejaVu Sans"/>
        </w:rPr>
        <w:t>☐</w:t>
      </w:r>
      <w:r>
        <w:rPr>
          <w:rFonts w:ascii="DejaVu Sans" w:hAnsi="DejaVu Sans"/>
        </w:rPr>
        <w:t xml:space="preserve"> </w:t>
      </w:r>
      <w:r>
        <w:t>T5 Independence / Conflict of Interest / Anti-collusion Declaration signed.</w:t>
      </w:r>
    </w:p>
    <w:p w14:paraId="5008F98D" w14:textId="77777777" w:rsidR="00C6405E" w:rsidRDefault="00DA6C0D">
      <w:r>
        <w:rPr>
          <w:rFonts w:ascii="DejaVu Sans" w:hAnsi="DejaVu Sans"/>
        </w:rPr>
        <w:t>☐</w:t>
      </w:r>
      <w:r>
        <w:rPr>
          <w:rFonts w:ascii="DejaVu Sans" w:hAnsi="DejaVu Sans"/>
        </w:rPr>
        <w:t xml:space="preserve"> </w:t>
      </w:r>
      <w:r>
        <w:t>T6 Consortium/Subcontracting Declaration completed and signed.</w:t>
      </w:r>
    </w:p>
    <w:p w14:paraId="035A6B92" w14:textId="77777777" w:rsidR="00C6405E" w:rsidRDefault="00DA6C0D">
      <w:r>
        <w:rPr>
          <w:rFonts w:ascii="DejaVu Sans" w:hAnsi="DejaVu Sans"/>
        </w:rPr>
        <w:t>☐</w:t>
      </w:r>
      <w:r>
        <w:rPr>
          <w:rFonts w:ascii="DejaVu Sans" w:hAnsi="DejaVu Sans"/>
        </w:rPr>
        <w:t xml:space="preserve"> </w:t>
      </w:r>
      <w:r>
        <w:t>T7 Delivery, Warranty and Support Schedule completed and signed.</w:t>
      </w:r>
    </w:p>
    <w:p w14:paraId="3EDD6F3F" w14:textId="77777777" w:rsidR="00C6405E" w:rsidRDefault="00DA6C0D">
      <w:r>
        <w:rPr>
          <w:rFonts w:ascii="DejaVu Sans" w:hAnsi="DejaVu Sans"/>
        </w:rPr>
        <w:t>☐</w:t>
      </w:r>
      <w:r>
        <w:rPr>
          <w:rFonts w:ascii="DejaVu Sans" w:hAnsi="DejaVu Sans"/>
        </w:rPr>
        <w:t xml:space="preserve"> </w:t>
      </w:r>
      <w:r>
        <w:t>Any required evidence of legal establishment / VAT / licences or warrants attached where available.</w:t>
      </w:r>
    </w:p>
    <w:p w14:paraId="500187FF" w14:textId="77777777" w:rsidR="00C6405E" w:rsidRDefault="00DA6C0D">
      <w:r>
        <w:rPr>
          <w:rFonts w:ascii="DejaVu Sans" w:hAnsi="DejaVu Sans"/>
        </w:rPr>
        <w:t>☐</w:t>
      </w:r>
      <w:r>
        <w:rPr>
          <w:rFonts w:ascii="DejaVu Sans" w:hAnsi="DejaVu Sans"/>
        </w:rPr>
        <w:t xml:space="preserve"> </w:t>
      </w:r>
      <w:r>
        <w:t>Tender total excluding VAT does not exceed EUR 19,164.92.</w:t>
      </w:r>
    </w:p>
    <w:p w14:paraId="65CB1FBF" w14:textId="77777777" w:rsidR="00C6405E" w:rsidRDefault="00DA6C0D">
      <w:r>
        <w:rPr>
          <w:rFonts w:ascii="DejaVu Sans" w:hAnsi="DejaVu Sans"/>
        </w:rPr>
        <w:t>☐</w:t>
      </w:r>
      <w:r>
        <w:rPr>
          <w:rFonts w:ascii="DejaVu Sans" w:hAnsi="DejaVu Sans"/>
        </w:rPr>
        <w:t xml:space="preserve"> </w:t>
      </w:r>
      <w:r>
        <w:t>Outer envelope marked with tender reference/title and “DO NOT OPEN BEFORE THE OFFICIAL TENDER OPENING”.</w:t>
      </w:r>
    </w:p>
    <w:p w14:paraId="3C8DC19F" w14:textId="77777777" w:rsidR="00C6405E" w:rsidRDefault="00DA6C0D">
      <w:r>
        <w:rPr>
          <w:rFonts w:ascii="DejaVu Sans" w:hAnsi="DejaVu Sans"/>
        </w:rPr>
        <w:t>☐</w:t>
      </w:r>
      <w:r>
        <w:rPr>
          <w:rFonts w:ascii="DejaVu Sans" w:hAnsi="DejaVu Sans"/>
        </w:rPr>
        <w:t xml:space="preserve"> </w:t>
      </w:r>
      <w:r>
        <w:t>Tender delivered before 21 September 2026 at 12:00 noon (CEST).</w:t>
      </w:r>
    </w:p>
    <w:p w14:paraId="790A8DA2" w14:textId="77777777" w:rsidR="0032356D" w:rsidRDefault="0032356D"/>
    <w:tbl>
      <w:tblPr>
        <w:tblStyle w:val="TableGrid"/>
        <w:tblW w:w="0" w:type="auto"/>
        <w:jc w:val="center"/>
        <w:tblLook w:val="04A0" w:firstRow="1" w:lastRow="0" w:firstColumn="1" w:lastColumn="0" w:noHBand="0" w:noVBand="1"/>
      </w:tblPr>
      <w:tblGrid>
        <w:gridCol w:w="2541"/>
        <w:gridCol w:w="2541"/>
        <w:gridCol w:w="2541"/>
        <w:gridCol w:w="2541"/>
      </w:tblGrid>
      <w:tr w:rsidR="00C6405E" w14:paraId="08FC9FF8" w14:textId="77777777">
        <w:trPr>
          <w:cantSplit/>
          <w:jc w:val="center"/>
        </w:trPr>
        <w:tc>
          <w:tcPr>
            <w:tcW w:w="2541" w:type="dxa"/>
            <w:shd w:val="clear" w:color="auto" w:fill="EEF3F8"/>
          </w:tcPr>
          <w:p w14:paraId="2549C56F" w14:textId="77777777" w:rsidR="00C6405E" w:rsidRDefault="00DA6C0D">
            <w:pPr>
              <w:keepNext/>
            </w:pPr>
            <w:r>
              <w:rPr>
                <w:b/>
              </w:rPr>
              <w:t>Name</w:t>
            </w:r>
          </w:p>
        </w:tc>
        <w:tc>
          <w:tcPr>
            <w:tcW w:w="2541" w:type="dxa"/>
            <w:shd w:val="clear" w:color="auto" w:fill="EEF3F8"/>
          </w:tcPr>
          <w:p w14:paraId="1A27F08B" w14:textId="77777777" w:rsidR="00C6405E" w:rsidRDefault="00DA6C0D">
            <w:pPr>
              <w:keepNext/>
            </w:pPr>
            <w:r>
              <w:rPr>
                <w:b/>
              </w:rPr>
              <w:t>Position</w:t>
            </w:r>
          </w:p>
        </w:tc>
        <w:tc>
          <w:tcPr>
            <w:tcW w:w="2541" w:type="dxa"/>
            <w:shd w:val="clear" w:color="auto" w:fill="EEF3F8"/>
          </w:tcPr>
          <w:p w14:paraId="0943C756" w14:textId="77777777" w:rsidR="00C6405E" w:rsidRDefault="00DA6C0D">
            <w:pPr>
              <w:keepNext/>
            </w:pPr>
            <w:r>
              <w:rPr>
                <w:b/>
              </w:rPr>
              <w:t>Signature</w:t>
            </w:r>
          </w:p>
        </w:tc>
        <w:tc>
          <w:tcPr>
            <w:tcW w:w="2541" w:type="dxa"/>
            <w:shd w:val="clear" w:color="auto" w:fill="EEF3F8"/>
          </w:tcPr>
          <w:p w14:paraId="0842E29F" w14:textId="77777777" w:rsidR="00C6405E" w:rsidRDefault="00DA6C0D">
            <w:pPr>
              <w:keepNext/>
            </w:pPr>
            <w:r>
              <w:rPr>
                <w:b/>
              </w:rPr>
              <w:t>Date</w:t>
            </w:r>
          </w:p>
        </w:tc>
      </w:tr>
      <w:tr w:rsidR="00C6405E" w14:paraId="7B519511" w14:textId="77777777">
        <w:trPr>
          <w:cantSplit/>
          <w:jc w:val="center"/>
        </w:trPr>
        <w:tc>
          <w:tcPr>
            <w:tcW w:w="2541" w:type="dxa"/>
          </w:tcPr>
          <w:p w14:paraId="5E919507" w14:textId="77777777" w:rsidR="00C6405E" w:rsidRDefault="00DA6C0D">
            <w:r>
              <w:br/>
            </w:r>
            <w:r>
              <w:br/>
            </w:r>
          </w:p>
        </w:tc>
        <w:tc>
          <w:tcPr>
            <w:tcW w:w="2541" w:type="dxa"/>
          </w:tcPr>
          <w:p w14:paraId="120F26A1" w14:textId="77777777" w:rsidR="00C6405E" w:rsidRDefault="00DA6C0D">
            <w:r>
              <w:br/>
            </w:r>
            <w:r>
              <w:br/>
            </w:r>
          </w:p>
        </w:tc>
        <w:tc>
          <w:tcPr>
            <w:tcW w:w="2541" w:type="dxa"/>
          </w:tcPr>
          <w:p w14:paraId="6A49B658" w14:textId="77777777" w:rsidR="00C6405E" w:rsidRDefault="00DA6C0D">
            <w:r>
              <w:br/>
            </w:r>
            <w:r>
              <w:br/>
            </w:r>
          </w:p>
        </w:tc>
        <w:tc>
          <w:tcPr>
            <w:tcW w:w="2541" w:type="dxa"/>
          </w:tcPr>
          <w:p w14:paraId="28E52F3A" w14:textId="77777777" w:rsidR="00C6405E" w:rsidRDefault="00DA6C0D">
            <w:r>
              <w:br/>
            </w:r>
            <w:r>
              <w:br/>
            </w:r>
          </w:p>
        </w:tc>
      </w:tr>
    </w:tbl>
    <w:p w14:paraId="7FDECAD2" w14:textId="77777777" w:rsidR="00986B63" w:rsidRDefault="00986B63">
      <w:pPr>
        <w:pStyle w:val="Heading1"/>
      </w:pPr>
    </w:p>
    <w:p w14:paraId="29263C8B" w14:textId="77777777" w:rsidR="00986B63" w:rsidRDefault="00986B63">
      <w:pPr>
        <w:spacing w:after="200" w:line="276" w:lineRule="auto"/>
        <w:rPr>
          <w:rFonts w:asciiTheme="majorHAnsi" w:eastAsiaTheme="majorEastAsia" w:hAnsiTheme="majorHAnsi" w:cstheme="majorBidi"/>
          <w:b/>
          <w:bCs/>
          <w:color w:val="17365D"/>
          <w:sz w:val="32"/>
          <w:szCs w:val="28"/>
        </w:rPr>
      </w:pPr>
      <w:r>
        <w:br w:type="page"/>
      </w:r>
    </w:p>
    <w:p w14:paraId="03D09495" w14:textId="2117CD28" w:rsidR="00C6405E" w:rsidRDefault="00DA6C0D">
      <w:pPr>
        <w:pStyle w:val="Heading1"/>
      </w:pPr>
      <w:bookmarkStart w:id="8" w:name="_Toc239008451"/>
      <w:r>
        <w:lastRenderedPageBreak/>
        <w:t>Post-award notice to recommended tenderer</w:t>
      </w:r>
      <w:bookmarkEnd w:id="8"/>
    </w:p>
    <w:tbl>
      <w:tblPr>
        <w:tblStyle w:val="TableGrid"/>
        <w:tblW w:w="0" w:type="auto"/>
        <w:jc w:val="center"/>
        <w:tblLook w:val="04A0" w:firstRow="1" w:lastRow="0" w:firstColumn="1" w:lastColumn="0" w:noHBand="0" w:noVBand="1"/>
      </w:tblPr>
      <w:tblGrid>
        <w:gridCol w:w="10166"/>
      </w:tblGrid>
      <w:tr w:rsidR="00C6405E" w14:paraId="1001613A" w14:textId="77777777">
        <w:trPr>
          <w:cantSplit/>
          <w:jc w:val="center"/>
        </w:trPr>
        <w:tc>
          <w:tcPr>
            <w:tcW w:w="10166" w:type="dxa"/>
            <w:shd w:val="clear" w:color="auto" w:fill="D9EAF7"/>
            <w:tcMar>
              <w:top w:w="120" w:type="dxa"/>
              <w:left w:w="140" w:type="dxa"/>
              <w:bottom w:w="120" w:type="dxa"/>
              <w:right w:w="140" w:type="dxa"/>
            </w:tcMar>
          </w:tcPr>
          <w:p w14:paraId="73E0BEB7" w14:textId="77777777" w:rsidR="00C6405E" w:rsidRDefault="00DA6C0D">
            <w:r>
              <w:rPr>
                <w:b/>
                <w:color w:val="17365D"/>
              </w:rPr>
              <w:t xml:space="preserve">Not required from all bidders: </w:t>
            </w:r>
            <w:r>
              <w:t>Only the recommended tenderer will be asked to complete the official ARPA/GAGF Ultimate Beneficial Owner Declaration Form and provide the 4% Performance Guarantee before contract signature, after the appeal/standstill stage and due-diligence checks.</w:t>
            </w:r>
          </w:p>
        </w:tc>
      </w:tr>
    </w:tbl>
    <w:p w14:paraId="1FFBB388" w14:textId="7673AC8D" w:rsidR="00C6405E" w:rsidRDefault="00DA6C0D">
      <w:r>
        <w:t xml:space="preserve">Official UBO form: </w:t>
      </w:r>
      <w:hyperlink r:id="rId10" w:history="1">
        <w:r w:rsidR="00986B63" w:rsidRPr="00235561">
          <w:rPr>
            <w:rStyle w:val="Hyperlink"/>
          </w:rPr>
          <w:t>https://arpa.gov.mt/wp-content/uploads/2024/03/ultimateBeneficiaryOwnerInformationSheet.pdf</w:t>
        </w:r>
      </w:hyperlink>
      <w:r w:rsidR="00986B63">
        <w:t xml:space="preserve"> </w:t>
      </w:r>
    </w:p>
    <w:p w14:paraId="16232A7F" w14:textId="77777777" w:rsidR="00C6405E" w:rsidRDefault="00DA6C0D">
      <w:r>
        <w:t>Tenderers should not submit sensitive beneficial-ownership information with their initial sealed tender unless specifically requested through a published clarification/addendum.</w:t>
      </w:r>
    </w:p>
    <w:sectPr w:rsidR="00C6405E" w:rsidSect="00030D92">
      <w:pgSz w:w="12240" w:h="15840"/>
      <w:pgMar w:top="1008" w:right="709"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D29" w14:textId="77777777" w:rsidR="00DA6C0D" w:rsidRDefault="00DA6C0D">
      <w:pPr>
        <w:spacing w:after="0" w:line="240" w:lineRule="auto"/>
      </w:pPr>
      <w:r>
        <w:separator/>
      </w:r>
    </w:p>
  </w:endnote>
  <w:endnote w:type="continuationSeparator" w:id="0">
    <w:p w14:paraId="25456FE1" w14:textId="77777777" w:rsidR="00DA6C0D" w:rsidRDefault="00DA6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3DD3" w14:textId="77777777" w:rsidR="00C6405E" w:rsidRDefault="00DA6C0D">
    <w:pPr>
      <w:pStyle w:val="Footer"/>
      <w:jc w:val="right"/>
    </w:pPr>
    <w:r>
      <w:t xml:space="preserve">Editable Bidder Forms  |  Page </w:t>
    </w:r>
    <w:r>
      <w:fldChar w:fldCharType="begin"/>
    </w:r>
    <w:r>
      <w:instrText>PAGE</w:instrText>
    </w:r>
    <w:r>
      <w:fldChar w:fldCharType="separate"/>
    </w:r>
    <w:r w:rsidR="004A39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1C2DD" w14:textId="77777777" w:rsidR="00DA6C0D" w:rsidRDefault="00DA6C0D">
      <w:pPr>
        <w:spacing w:after="0" w:line="240" w:lineRule="auto"/>
      </w:pPr>
      <w:r>
        <w:separator/>
      </w:r>
    </w:p>
  </w:footnote>
  <w:footnote w:type="continuationSeparator" w:id="0">
    <w:p w14:paraId="5C38DEB8" w14:textId="77777777" w:rsidR="00DA6C0D" w:rsidRDefault="00DA6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E419" w14:textId="58E1C578" w:rsidR="00C6405E" w:rsidRDefault="00495818" w:rsidP="00495818">
    <w:pPr>
      <w:pStyle w:val="Small"/>
    </w:pPr>
    <w:r>
      <w:rPr>
        <w:noProof/>
      </w:rPr>
      <w:drawing>
        <wp:anchor distT="0" distB="0" distL="114300" distR="114300" simplePos="0" relativeHeight="251657216" behindDoc="0" locked="0" layoutInCell="1" allowOverlap="1" wp14:anchorId="3968D09E" wp14:editId="0833D182">
          <wp:simplePos x="0" y="0"/>
          <wp:positionH relativeFrom="column">
            <wp:posOffset>6085205</wp:posOffset>
          </wp:positionH>
          <wp:positionV relativeFrom="paragraph">
            <wp:posOffset>-256540</wp:posOffset>
          </wp:positionV>
          <wp:extent cx="371475" cy="372912"/>
          <wp:effectExtent l="0" t="0" r="0" b="8255"/>
          <wp:wrapNone/>
          <wp:docPr id="389970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70939" name="Picture 389970939"/>
                  <pic:cNvPicPr/>
                </pic:nvPicPr>
                <pic:blipFill>
                  <a:blip r:embed="rId1"/>
                  <a:stretch>
                    <a:fillRect/>
                  </a:stretch>
                </pic:blipFill>
                <pic:spPr>
                  <a:xfrm>
                    <a:off x="0" y="0"/>
                    <a:ext cx="371475" cy="372912"/>
                  </a:xfrm>
                  <a:prstGeom prst="rect">
                    <a:avLst/>
                  </a:prstGeom>
                </pic:spPr>
              </pic:pic>
            </a:graphicData>
          </a:graphic>
          <wp14:sizeRelH relativeFrom="margin">
            <wp14:pctWidth>0</wp14:pctWidth>
          </wp14:sizeRelH>
          <wp14:sizeRelV relativeFrom="margin">
            <wp14:pctHeight>0</wp14:pctHeight>
          </wp14:sizeRelV>
        </wp:anchor>
      </w:drawing>
    </w:r>
    <w:r w:rsidR="00DA6C0D">
      <w:t>SKY THINK TANK LTD.  |  STT/CFT/01/2026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5174304">
    <w:abstractNumId w:val="8"/>
  </w:num>
  <w:num w:numId="2" w16cid:durableId="608780616">
    <w:abstractNumId w:val="6"/>
  </w:num>
  <w:num w:numId="3" w16cid:durableId="1557886962">
    <w:abstractNumId w:val="5"/>
  </w:num>
  <w:num w:numId="4" w16cid:durableId="774637887">
    <w:abstractNumId w:val="4"/>
  </w:num>
  <w:num w:numId="5" w16cid:durableId="2049060021">
    <w:abstractNumId w:val="7"/>
  </w:num>
  <w:num w:numId="6" w16cid:durableId="621768743">
    <w:abstractNumId w:val="3"/>
  </w:num>
  <w:num w:numId="7" w16cid:durableId="2088918888">
    <w:abstractNumId w:val="2"/>
  </w:num>
  <w:num w:numId="8" w16cid:durableId="1359430675">
    <w:abstractNumId w:val="1"/>
  </w:num>
  <w:num w:numId="9" w16cid:durableId="206770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D92"/>
    <w:rsid w:val="00034616"/>
    <w:rsid w:val="0006063C"/>
    <w:rsid w:val="0015074B"/>
    <w:rsid w:val="0029639D"/>
    <w:rsid w:val="0032356D"/>
    <w:rsid w:val="00326F90"/>
    <w:rsid w:val="00495818"/>
    <w:rsid w:val="004A3978"/>
    <w:rsid w:val="004B0E2A"/>
    <w:rsid w:val="00986B63"/>
    <w:rsid w:val="00AA1D8D"/>
    <w:rsid w:val="00B47730"/>
    <w:rsid w:val="00C6405E"/>
    <w:rsid w:val="00CB0664"/>
    <w:rsid w:val="00DA6C0D"/>
    <w:rsid w:val="00DC2400"/>
    <w:rsid w:val="00E25D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08DDB0"/>
  <w14:defaultImageDpi w14:val="330"/>
  <w15:docId w15:val="{9101B04F-79F3-4606-B74A-E421719FF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56D"/>
    <w:pPr>
      <w:spacing w:after="80" w:line="252" w:lineRule="auto"/>
    </w:pPr>
    <w:rPr>
      <w:rFonts w:ascii="Aptos" w:hAnsi="Aptos"/>
      <w:color w:val="1F1F1F"/>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160"/>
      <w:outlineLvl w:val="2"/>
    </w:pPr>
    <w:rPr>
      <w:rFonts w:asciiTheme="majorHAnsi" w:eastAsiaTheme="majorEastAsia" w:hAnsiTheme="majorHAnsi" w:cstheme="majorBidi"/>
      <w:b/>
      <w:bCs/>
      <w:color w:val="2F559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line="240" w:lineRule="auto"/>
      <w:contextualSpacing/>
    </w:pPr>
    <w:rPr>
      <w:rFonts w:asciiTheme="majorHAnsi" w:eastAsiaTheme="majorEastAsia" w:hAnsiTheme="majorHAnsi" w:cstheme="majorBidi"/>
      <w:b/>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pPr>
      <w:spacing w:after="40"/>
    </w:pPr>
    <w:rPr>
      <w:rFonts w:ascii="Aptos" w:hAnsi="Aptos"/>
      <w:sz w:val="16"/>
    </w:rPr>
  </w:style>
  <w:style w:type="paragraph" w:customStyle="1" w:styleId="FormLabel">
    <w:name w:val="Form Label"/>
    <w:pPr>
      <w:spacing w:after="20"/>
    </w:pPr>
    <w:rPr>
      <w:rFonts w:ascii="Aptos" w:hAnsi="Aptos"/>
      <w:b/>
      <w:color w:val="17365D"/>
      <w:sz w:val="17"/>
    </w:rPr>
  </w:style>
  <w:style w:type="character" w:styleId="Hyperlink">
    <w:name w:val="Hyperlink"/>
    <w:basedOn w:val="DefaultParagraphFont"/>
    <w:uiPriority w:val="99"/>
    <w:unhideWhenUsed/>
    <w:rsid w:val="00986B63"/>
    <w:rPr>
      <w:color w:val="0000FF" w:themeColor="hyperlink"/>
      <w:u w:val="single"/>
    </w:rPr>
  </w:style>
  <w:style w:type="character" w:styleId="UnresolvedMention">
    <w:name w:val="Unresolved Mention"/>
    <w:basedOn w:val="DefaultParagraphFont"/>
    <w:uiPriority w:val="99"/>
    <w:semiHidden/>
    <w:unhideWhenUsed/>
    <w:rsid w:val="00986B63"/>
    <w:rPr>
      <w:color w:val="605E5C"/>
      <w:shd w:val="clear" w:color="auto" w:fill="E1DFDD"/>
    </w:rPr>
  </w:style>
  <w:style w:type="paragraph" w:styleId="TOC1">
    <w:name w:val="toc 1"/>
    <w:basedOn w:val="Normal"/>
    <w:next w:val="Normal"/>
    <w:autoRedefine/>
    <w:uiPriority w:val="39"/>
    <w:unhideWhenUsed/>
    <w:rsid w:val="00986B6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s://arpa.gov.mt/wp-content/uploads/2024/03/ultimateBeneficiaryOwnerInformationSheet.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A99782436B1A48A41C721C5A4E3E15" ma:contentTypeVersion="15" ma:contentTypeDescription="Create a new document." ma:contentTypeScope="" ma:versionID="c0f9ac72914b687dd99df27da157ab95">
  <xsd:schema xmlns:xsd="http://www.w3.org/2001/XMLSchema" xmlns:xs="http://www.w3.org/2001/XMLSchema" xmlns:p="http://schemas.microsoft.com/office/2006/metadata/properties" xmlns:ns2="1b358bc8-102e-4445-9e33-3f03874bbb56" xmlns:ns3="83ee925e-86db-4fab-8c60-24ef26297db2" targetNamespace="http://schemas.microsoft.com/office/2006/metadata/properties" ma:root="true" ma:fieldsID="c0e11f5533ff223afda012ba23bdee30" ns2:_="" ns3:_="">
    <xsd:import namespace="1b358bc8-102e-4445-9e33-3f03874bbb56"/>
    <xsd:import namespace="83ee925e-86db-4fab-8c60-24ef26297d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8bc8-102e-4445-9e33-3f03874bbb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ee9f8dd-ffaa-4b44-b66f-866e190c243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ee925e-86db-4fab-8c60-24ef26297db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1bbac2-6098-4ea7-a6a9-287d77ca2c30}" ma:internalName="TaxCatchAll" ma:showField="CatchAllData" ma:web="83ee925e-86db-4fab-8c60-24ef26297d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358bc8-102e-4445-9e33-3f03874bbb56">
      <Terms xmlns="http://schemas.microsoft.com/office/infopath/2007/PartnerControls"/>
    </lcf76f155ced4ddcb4097134ff3c332f>
    <TaxCatchAll xmlns="83ee925e-86db-4fab-8c60-24ef26297db2"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9EA657D-C3F6-48B1-8C22-4C57AC9705BA}"/>
</file>

<file path=customXml/itemProps3.xml><?xml version="1.0" encoding="utf-8"?>
<ds:datastoreItem xmlns:ds="http://schemas.openxmlformats.org/officeDocument/2006/customXml" ds:itemID="{22460BD6-D44D-4D10-8C08-556F627D5684}"/>
</file>

<file path=customXml/itemProps4.xml><?xml version="1.0" encoding="utf-8"?>
<ds:datastoreItem xmlns:ds="http://schemas.openxmlformats.org/officeDocument/2006/customXml" ds:itemID="{A3BE00FB-E409-4370-87CB-0D462ED8827E}"/>
</file>

<file path=docProps/app.xml><?xml version="1.0" encoding="utf-8"?>
<Properties xmlns="http://schemas.openxmlformats.org/officeDocument/2006/extended-properties" xmlns:vt="http://schemas.openxmlformats.org/officeDocument/2006/docPropsVTypes">
  <Template>Normal</Template>
  <TotalTime>0</TotalTime>
  <Pages>11</Pages>
  <Words>1838</Words>
  <Characters>10477</Characters>
  <Application>Microsoft Office Word</Application>
  <DocSecurity>0</DocSecurity>
  <Lines>87</Lines>
  <Paragraphs>24</Paragraphs>
  <ScaleCrop>false</ScaleCrop>
  <Manager/>
  <Company/>
  <LinksUpToDate>false</LinksUpToDate>
  <CharactersWithSpaces>12291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legal@skythinktank.com</dc:creator>
  <cp:keywords/>
  <dc:description/>
  <cp:lastModifiedBy>Alexander Esslinger</cp:lastModifiedBy>
  <cp:revision>3</cp:revision>
  <dcterms:created xsi:type="dcterms:W3CDTF">2026-08-30T16:54:00Z</dcterms:created>
  <dcterms:modified xsi:type="dcterms:W3CDTF">2026-08-30T16:57:00Z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0x0101008EA99782436B1A48A41C721C5A4E3E15</vt:lpwstr>
  </property>
</Properties>
</file>