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30E46" w14:textId="38FED2A2" w:rsidR="002117F2" w:rsidRDefault="002117F2" w:rsidP="008B502F">
      <w:pPr>
        <w:pStyle w:val="Heading1"/>
        <w:spacing w:befor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18E32E38" wp14:editId="5F402D70">
            <wp:extent cx="3060546" cy="1346200"/>
            <wp:effectExtent l="0" t="0" r="0" b="6350"/>
            <wp:docPr id="97423012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C0758833-678E-4914-B654-757F008BF86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487" cy="1356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3F2FB" w14:textId="22AD8B82" w:rsidR="002117F2" w:rsidRPr="002117F2" w:rsidRDefault="00A749FB" w:rsidP="008B502F">
      <w:pPr>
        <w:pStyle w:val="Heading1"/>
        <w:spacing w:before="0"/>
        <w:jc w:val="center"/>
        <w:rPr>
          <w:rFonts w:ascii="Times New Roman" w:hAnsi="Times New Roman" w:cs="Times New Roman"/>
          <w:color w:val="000000" w:themeColor="text1"/>
        </w:rPr>
      </w:pPr>
      <w:r w:rsidRPr="002117F2">
        <w:rPr>
          <w:rFonts w:ascii="Times New Roman" w:hAnsi="Times New Roman" w:cs="Times New Roman"/>
          <w:color w:val="000000" w:themeColor="text1"/>
        </w:rPr>
        <w:t>Bethel Shelters Discharge Referral Form</w:t>
      </w:r>
    </w:p>
    <w:p w14:paraId="7A85C9F2" w14:textId="400FE1E4" w:rsidR="002117F2" w:rsidRPr="002117F2" w:rsidRDefault="00A749FB" w:rsidP="008B502F">
      <w:r w:rsidRPr="002117F2">
        <w:rPr>
          <w:rFonts w:ascii="Times New Roman" w:hAnsi="Times New Roman" w:cs="Times New Roman"/>
          <w:b/>
          <w:sz w:val="24"/>
          <w:szCs w:val="24"/>
        </w:rPr>
        <w:t>Referral Guidelines</w:t>
      </w:r>
      <w:r w:rsidRPr="002117F2">
        <w:rPr>
          <w:rFonts w:ascii="Times New Roman" w:hAnsi="Times New Roman" w:cs="Times New Roman"/>
          <w:b/>
          <w:sz w:val="24"/>
          <w:szCs w:val="24"/>
        </w:rPr>
        <w:br/>
      </w:r>
      <w:r w:rsidRPr="002117F2">
        <w:rPr>
          <w:rFonts w:ascii="Times New Roman" w:hAnsi="Times New Roman" w:cs="Times New Roman"/>
          <w:sz w:val="24"/>
          <w:szCs w:val="24"/>
        </w:rPr>
        <w:t>Please complete this form in its entirety and submit it to Bethel Shelters once a patient has been identified as needing shelter services.</w:t>
      </w:r>
      <w:r w:rsidR="00B036B6">
        <w:rPr>
          <w:rFonts w:ascii="Times New Roman" w:hAnsi="Times New Roman" w:cs="Times New Roman"/>
          <w:sz w:val="24"/>
          <w:szCs w:val="24"/>
        </w:rPr>
        <w:t xml:space="preserve"> </w:t>
      </w:r>
      <w:r w:rsidR="00B036B6" w:rsidRPr="00FB0932">
        <w:rPr>
          <w:rFonts w:ascii="Times New Roman" w:hAnsi="Times New Roman" w:cs="Times New Roman"/>
          <w:sz w:val="24"/>
          <w:szCs w:val="24"/>
        </w:rPr>
        <w:t xml:space="preserve">If you have any questions, please contact Brooke Leaverette at </w:t>
      </w:r>
      <w:hyperlink r:id="rId9" w:history="1">
        <w:r w:rsidR="00B036B6" w:rsidRPr="00FB0932">
          <w:rPr>
            <w:rStyle w:val="Hyperlink"/>
            <w:rFonts w:ascii="Times New Roman" w:hAnsi="Times New Roman" w:cs="Times New Roman"/>
            <w:sz w:val="24"/>
            <w:szCs w:val="24"/>
          </w:rPr>
          <w:t>bleaverette@bethelshelters.org</w:t>
        </w:r>
      </w:hyperlink>
      <w:r w:rsidR="00B036B6" w:rsidRPr="00FB0932">
        <w:rPr>
          <w:rFonts w:ascii="Times New Roman" w:hAnsi="Times New Roman" w:cs="Times New Roman"/>
          <w:sz w:val="24"/>
          <w:szCs w:val="24"/>
        </w:rPr>
        <w:t>.</w:t>
      </w:r>
      <w:r w:rsidRPr="002117F2">
        <w:rPr>
          <w:rFonts w:ascii="Times New Roman" w:hAnsi="Times New Roman" w:cs="Times New Roman"/>
          <w:sz w:val="24"/>
          <w:szCs w:val="24"/>
        </w:rPr>
        <w:br/>
      </w:r>
      <w:r w:rsidRPr="002117F2">
        <w:rPr>
          <w:rFonts w:ascii="Times New Roman" w:hAnsi="Times New Roman" w:cs="Times New Roman"/>
          <w:sz w:val="24"/>
          <w:szCs w:val="24"/>
        </w:rPr>
        <w:br/>
      </w:r>
      <w:r w:rsidR="007127B6" w:rsidRPr="007127B6">
        <w:rPr>
          <w:rFonts w:ascii="Times New Roman" w:hAnsi="Times New Roman" w:cs="Times New Roman"/>
          <w:sz w:val="24"/>
          <w:szCs w:val="24"/>
        </w:rPr>
        <w:t xml:space="preserve">Because bed availability is limited, please notify Bethel Shelters </w:t>
      </w:r>
      <w:r w:rsidR="007127B6" w:rsidRPr="007127B6">
        <w:rPr>
          <w:rFonts w:ascii="Times New Roman" w:hAnsi="Times New Roman" w:cs="Times New Roman"/>
          <w:b/>
          <w:bCs/>
          <w:sz w:val="24"/>
          <w:szCs w:val="24"/>
        </w:rPr>
        <w:t>at least 3 days</w:t>
      </w:r>
      <w:r w:rsidR="007127B6" w:rsidRPr="007127B6">
        <w:rPr>
          <w:rFonts w:ascii="Times New Roman" w:hAnsi="Times New Roman" w:cs="Times New Roman"/>
          <w:sz w:val="24"/>
          <w:szCs w:val="24"/>
        </w:rPr>
        <w:t xml:space="preserve"> before the client’s discharge. Submission of this form does not guarantee placement.</w:t>
      </w:r>
      <w:r w:rsidR="007127B6">
        <w:rPr>
          <w:rFonts w:ascii="Times New Roman" w:hAnsi="Times New Roman" w:cs="Times New Roman"/>
          <w:sz w:val="24"/>
          <w:szCs w:val="24"/>
        </w:rPr>
        <w:t xml:space="preserve"> </w:t>
      </w:r>
      <w:r w:rsidRPr="002117F2">
        <w:rPr>
          <w:rFonts w:ascii="Times New Roman" w:hAnsi="Times New Roman" w:cs="Times New Roman"/>
          <w:sz w:val="24"/>
          <w:szCs w:val="24"/>
        </w:rPr>
        <w:t>Do not discharge a patient until placement has been confirmed.</w:t>
      </w:r>
      <w:r w:rsidR="002117F2">
        <w:rPr>
          <w:rFonts w:ascii="Times New Roman" w:hAnsi="Times New Roman" w:cs="Times New Roman"/>
          <w:sz w:val="24"/>
          <w:szCs w:val="24"/>
        </w:rPr>
        <w:t xml:space="preserve"> </w:t>
      </w:r>
      <w:r w:rsidR="002117F2" w:rsidRPr="002117F2">
        <w:t>Allow a reasonable time for referrals to be reviewed, as each referral must be staffed before acceptance. Once approved, a confirmation email will be sent with the date and time of the reserved bed. It is strongly recommended that the patient be discharged during weekday business hours (8:30 AM — 5:30 PM).</w:t>
      </w:r>
    </w:p>
    <w:p w14:paraId="2A6714E3" w14:textId="522B1E91" w:rsidR="00180D13" w:rsidRPr="002117F2" w:rsidRDefault="002117F2" w:rsidP="008B502F">
      <w:pPr>
        <w:rPr>
          <w:rFonts w:ascii="Times New Roman" w:hAnsi="Times New Roman" w:cs="Times New Roman"/>
          <w:sz w:val="24"/>
          <w:szCs w:val="24"/>
        </w:rPr>
      </w:pPr>
      <w:r w:rsidRPr="002117F2">
        <w:rPr>
          <w:rFonts w:ascii="Times New Roman" w:hAnsi="Times New Roman" w:cs="Times New Roman"/>
          <w:sz w:val="24"/>
          <w:szCs w:val="24"/>
        </w:rPr>
        <w:t xml:space="preserve">Referrals should only be submitted for individuals who are medically stable and able to independently complete activities of daily living (ADLs). </w:t>
      </w:r>
      <w:r w:rsidRPr="0003661F">
        <w:rPr>
          <w:rFonts w:ascii="Times New Roman" w:hAnsi="Times New Roman" w:cs="Times New Roman"/>
          <w:b/>
          <w:bCs/>
          <w:sz w:val="24"/>
          <w:szCs w:val="24"/>
        </w:rPr>
        <w:t>Placement must be confirmed by the shelter prior to discharge.</w:t>
      </w:r>
    </w:p>
    <w:p w14:paraId="4F991065" w14:textId="77777777" w:rsidR="00180D13" w:rsidRPr="002117F2" w:rsidRDefault="00A749FB" w:rsidP="008B502F">
      <w:pPr>
        <w:pStyle w:val="Heading2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Referral Information</w:t>
      </w:r>
    </w:p>
    <w:p w14:paraId="3E16DAEB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Date of Referral: ____________________</w:t>
      </w:r>
    </w:p>
    <w:p w14:paraId="0DD93640" w14:textId="18B4B03A" w:rsidR="00180D13" w:rsidRPr="002117F2" w:rsidRDefault="00A749FB" w:rsidP="008B502F">
      <w:pPr>
        <w:pStyle w:val="Heading2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Referring </w:t>
      </w:r>
      <w:r w:rsid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Agency </w:t>
      </w:r>
    </w:p>
    <w:p w14:paraId="6102F6A9" w14:textId="47F588C6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Hospital</w:t>
      </w:r>
      <w:r w:rsidR="391BBFC2" w:rsidRPr="391BBFC2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56FB1B8E" w:rsidRPr="56FB1B8E">
        <w:rPr>
          <w:rFonts w:ascii="Times New Roman" w:hAnsi="Times New Roman" w:cs="Times New Roman"/>
          <w:color w:val="000000" w:themeColor="text1"/>
          <w:sz w:val="24"/>
          <w:szCs w:val="24"/>
        </w:rPr>
        <w:t>Agency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Name: ____________________</w:t>
      </w:r>
    </w:p>
    <w:p w14:paraId="49BDA130" w14:textId="58A8D24B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Unit/Department: ____________________</w:t>
      </w:r>
      <w:r w:rsidR="007A3B36"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</w:p>
    <w:p w14:paraId="0ADD8894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Referring Staff Member: ____________________</w:t>
      </w:r>
    </w:p>
    <w:p w14:paraId="6FCD5CF2" w14:textId="15E2E449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Title: ____________________</w:t>
      </w:r>
      <w:r w:rsidR="00B7675D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F8292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14:paraId="34739F2F" w14:textId="1E080CF8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Phone: ____________________</w:t>
      </w:r>
      <w:r w:rsidR="00144EEC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186BCE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14:paraId="52AE9DDF" w14:textId="7683A31B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Email: ____________________</w:t>
      </w:r>
      <w:r w:rsidR="009E3FE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DE0AB4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</w:p>
    <w:p w14:paraId="0FEB5F03" w14:textId="77777777" w:rsidR="00180D13" w:rsidRPr="002117F2" w:rsidRDefault="00A749FB" w:rsidP="008B502F">
      <w:pPr>
        <w:pStyle w:val="Heading2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Client Information</w:t>
      </w:r>
    </w:p>
    <w:p w14:paraId="53A8B840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Client Name: ____________________</w:t>
      </w:r>
    </w:p>
    <w:p w14:paraId="0AB15801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Date of Birth: ____________________</w:t>
      </w:r>
    </w:p>
    <w:p w14:paraId="5089CF4A" w14:textId="42EFE7DA" w:rsidR="00180D13" w:rsidRPr="002117F2" w:rsidRDefault="00A749FB" w:rsidP="008B502F">
      <w:pPr>
        <w:tabs>
          <w:tab w:val="right" w:pos="936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Gender: ____________________</w:t>
      </w:r>
      <w:r w:rsidR="00AE2A25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AA4D0F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2117F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51E23B2C" w14:textId="4E3C2049" w:rsidR="00180D13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Phone: ____________________</w:t>
      </w:r>
      <w:r w:rsidR="00DA563B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1D3FC9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</w:p>
    <w:p w14:paraId="4AD2F823" w14:textId="011EBA35" w:rsidR="00AE6DAA" w:rsidRPr="002117F2" w:rsidRDefault="00AE6DAA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Last Permanent Address: ________________</w:t>
      </w:r>
      <w:r w:rsidR="0046314D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89049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</w:t>
      </w:r>
      <w:r w:rsidR="00EF11D2">
        <w:rPr>
          <w:rFonts w:ascii="Times New Roman" w:hAnsi="Times New Roman" w:cs="Times New Roman"/>
          <w:color w:val="000000" w:themeColor="text1"/>
          <w:sz w:val="24"/>
          <w:szCs w:val="24"/>
        </w:rPr>
        <w:t>_____________</w:t>
      </w:r>
    </w:p>
    <w:p w14:paraId="6F04F966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Emergency Contact: ____________________</w:t>
      </w:r>
    </w:p>
    <w:p w14:paraId="2CE0A5E8" w14:textId="4C4A447D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Relationship: ____________________</w:t>
      </w:r>
      <w:r w:rsidR="009776E1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4001BE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</w:p>
    <w:p w14:paraId="414985D4" w14:textId="187AF7D1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Emergency Contact Phone: ____________________</w:t>
      </w:r>
      <w:r w:rsidR="00311BFC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</w:p>
    <w:p w14:paraId="3C9FF9F8" w14:textId="77777777" w:rsidR="00180D13" w:rsidRPr="002117F2" w:rsidRDefault="00A749FB" w:rsidP="008B502F">
      <w:pPr>
        <w:pStyle w:val="Heading2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Discharge Planning</w:t>
      </w:r>
    </w:p>
    <w:p w14:paraId="604584C5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Date Discharge Planning Began: ____________________</w:t>
      </w:r>
    </w:p>
    <w:p w14:paraId="66036610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Client agrees to discharge?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Yes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</w:t>
      </w:r>
    </w:p>
    <w:p w14:paraId="2B6F4E41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Expected Discharge Date: __________ Time: __________</w:t>
      </w:r>
    </w:p>
    <w:p w14:paraId="6819D04E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Transportation Arranged?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Yes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</w:t>
      </w:r>
    </w:p>
    <w:p w14:paraId="41591F1F" w14:textId="5006ACDB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Transportation Details: ____________________</w:t>
      </w:r>
      <w:r w:rsidR="00814F78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="00493FF6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796EB8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</w:p>
    <w:p w14:paraId="130BB97D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Notes: ______________________________________________</w:t>
      </w:r>
    </w:p>
    <w:p w14:paraId="43D79FFD" w14:textId="77777777" w:rsidR="00180D13" w:rsidRPr="002117F2" w:rsidRDefault="00A749FB" w:rsidP="008B502F">
      <w:pPr>
        <w:pStyle w:val="Heading2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Medical Information</w:t>
      </w:r>
    </w:p>
    <w:p w14:paraId="422193DD" w14:textId="59F97C2B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Primary Diagnosis: ____________________</w:t>
      </w:r>
      <w:r w:rsidR="0021585B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D7717F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  <w:r w:rsidR="00EC1E96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</w:p>
    <w:p w14:paraId="1D324ECB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Current Medical Conditions:</w:t>
      </w:r>
    </w:p>
    <w:p w14:paraId="2E057C7E" w14:textId="15761909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</w:t>
      </w:r>
      <w:r w:rsidR="00350CBB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</w:p>
    <w:p w14:paraId="2385B0D6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Behavioral Health/Cognitive Status:</w:t>
      </w:r>
    </w:p>
    <w:p w14:paraId="5ADDCB05" w14:textId="71DEFB62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</w:t>
      </w:r>
      <w:r w:rsidR="00AA38F4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F129C1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</w:p>
    <w:p w14:paraId="09C27163" w14:textId="77777777" w:rsidR="00180D13" w:rsidRPr="002117F2" w:rsidRDefault="00A749FB" w:rsidP="008B502F">
      <w:pPr>
        <w:pStyle w:val="Heading2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Mobility &amp; ADLs</w:t>
      </w:r>
    </w:p>
    <w:p w14:paraId="03848C08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Mobility: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Independent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Cane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Walker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Wheelchair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Prosthetic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Other</w:t>
      </w:r>
    </w:p>
    <w:p w14:paraId="230436B9" w14:textId="16A2CE89" w:rsidR="00C20248" w:rsidRPr="006619B0" w:rsidRDefault="009163AB" w:rsidP="008B502F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6619B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Does the patient need any assistance with any of the tasks </w:t>
      </w:r>
      <w:r w:rsidR="006619B0" w:rsidRPr="006619B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listed </w:t>
      </w:r>
      <w:r w:rsidRPr="006619B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below</w:t>
      </w:r>
      <w:r w:rsidR="00C20248" w:rsidRPr="006619B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?</w:t>
      </w:r>
    </w:p>
    <w:p w14:paraId="69999E6E" w14:textId="762C77FE" w:rsid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Bathing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 </w:t>
      </w:r>
    </w:p>
    <w:p w14:paraId="0B2F78C4" w14:textId="77777777" w:rsid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Dressing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 </w:t>
      </w:r>
    </w:p>
    <w:p w14:paraId="0EFCB0B4" w14:textId="2C13B5BA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Toileting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</w:p>
    <w:p w14:paraId="12C514B9" w14:textId="77777777" w:rsid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Self-feeding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 </w:t>
      </w:r>
    </w:p>
    <w:p w14:paraId="0F1399CC" w14:textId="52DCBD7D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Medication </w:t>
      </w:r>
      <w:r w:rsidR="002117F2"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Mgmt.</w:t>
      </w:r>
      <w:r w:rsid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</w:p>
    <w:p w14:paraId="2424FB4E" w14:textId="77777777" w:rsid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Wound Care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 </w:t>
      </w:r>
    </w:p>
    <w:p w14:paraId="7DFFE79F" w14:textId="2DB8C331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Personal Hygiene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</w:p>
    <w:p w14:paraId="5D65A7A9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Incontinence requiring supplies?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</w:p>
    <w:p w14:paraId="1FDDE3A0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Can manage belongings?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</w:p>
    <w:p w14:paraId="1E7233D0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Can </w:t>
      </w:r>
      <w:proofErr w:type="gramStart"/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perform light chores</w:t>
      </w:r>
      <w:proofErr w:type="gramEnd"/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?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</w:p>
    <w:p w14:paraId="1E3A7F5E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Can walk one city block?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</w:p>
    <w:p w14:paraId="4534F398" w14:textId="77777777" w:rsidR="00180D13" w:rsidRPr="002117F2" w:rsidRDefault="00A749FB" w:rsidP="008B502F">
      <w:pPr>
        <w:pStyle w:val="Heading2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Medications &amp; Equipment</w:t>
      </w:r>
    </w:p>
    <w:p w14:paraId="1B71DBC6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List medications, dosages, refills, oxygen/CPAP/supplies:</w:t>
      </w:r>
    </w:p>
    <w:p w14:paraId="7A08EE54" w14:textId="344274EE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</w:t>
      </w:r>
      <w:r w:rsidR="005E5A95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1843A3"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  <w:r w:rsidR="0081582D">
        <w:rPr>
          <w:rFonts w:ascii="Times New Roman" w:hAnsi="Times New Roman" w:cs="Times New Roman"/>
          <w:color w:val="000000" w:themeColor="text1"/>
          <w:sz w:val="24"/>
          <w:szCs w:val="24"/>
        </w:rPr>
        <w:t>________________</w:t>
      </w:r>
      <w:r w:rsidR="001002D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</w:t>
      </w:r>
      <w:r w:rsidR="00BE2CB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</w:t>
      </w:r>
      <w:r w:rsidR="0050790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</w:t>
      </w:r>
      <w:r w:rsidR="00DE7E12">
        <w:rPr>
          <w:rFonts w:ascii="Times New Roman" w:hAnsi="Times New Roman" w:cs="Times New Roman"/>
          <w:color w:val="000000" w:themeColor="text1"/>
          <w:sz w:val="24"/>
          <w:szCs w:val="24"/>
        </w:rPr>
        <w:t>__________</w:t>
      </w:r>
    </w:p>
    <w:p w14:paraId="43ABFD95" w14:textId="77777777" w:rsidR="00180D13" w:rsidRPr="002117F2" w:rsidRDefault="00A749FB" w:rsidP="008B502F">
      <w:pPr>
        <w:pStyle w:val="Heading2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Follow-Up Care</w:t>
      </w:r>
    </w:p>
    <w:p w14:paraId="382C1AB7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Primary Care Provider: ____________________</w:t>
      </w:r>
    </w:p>
    <w:p w14:paraId="0F09B34D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Appointments: ____________________</w:t>
      </w:r>
    </w:p>
    <w:p w14:paraId="02305C21" w14:textId="4FDA4315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Preferred Pharmacy: ____________________ Zip</w:t>
      </w:r>
      <w:r w:rsidR="00AE6D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Code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="002117F2">
        <w:rPr>
          <w:rFonts w:ascii="Segoe UI Symbol" w:hAnsi="Segoe UI Symbol" w:cs="Segoe UI Symbol"/>
          <w:color w:val="000000" w:themeColor="text1"/>
          <w:sz w:val="24"/>
          <w:szCs w:val="24"/>
        </w:rPr>
        <w:t xml:space="preserve"> 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29730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="002117F2">
        <w:rPr>
          <w:rFonts w:ascii="Segoe UI Symbol" w:hAnsi="Segoe UI Symbol" w:cs="Segoe UI Symbol"/>
          <w:color w:val="000000" w:themeColor="text1"/>
          <w:sz w:val="24"/>
          <w:szCs w:val="24"/>
        </w:rPr>
        <w:t xml:space="preserve"> 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29732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="002117F2">
        <w:rPr>
          <w:rFonts w:ascii="Segoe UI Symbol" w:hAnsi="Segoe UI Symbol" w:cs="Segoe UI Symbol"/>
          <w:color w:val="000000" w:themeColor="text1"/>
          <w:sz w:val="24"/>
          <w:szCs w:val="24"/>
        </w:rPr>
        <w:t xml:space="preserve"> 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Other</w:t>
      </w:r>
    </w:p>
    <w:p w14:paraId="144B1896" w14:textId="77777777" w:rsidR="00180D13" w:rsidRPr="002117F2" w:rsidRDefault="00A749FB" w:rsidP="008B502F">
      <w:pPr>
        <w:pStyle w:val="Heading2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Required Attachments</w:t>
      </w:r>
    </w:p>
    <w:p w14:paraId="1FFAE79F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Discharge Summary</w:t>
      </w:r>
    </w:p>
    <w:p w14:paraId="779480EC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Medication List</w:t>
      </w:r>
    </w:p>
    <w:p w14:paraId="1722C67D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Prescriptions</w:t>
      </w:r>
    </w:p>
    <w:p w14:paraId="2C255A7D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Treatment Plan</w:t>
      </w:r>
    </w:p>
    <w:p w14:paraId="300D4647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Follow-up Appointments</w:t>
      </w:r>
    </w:p>
    <w:p w14:paraId="084DD59B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Wound Care Instructions</w:t>
      </w:r>
    </w:p>
    <w:p w14:paraId="2D085D8C" w14:textId="77777777" w:rsidR="00180D13" w:rsidRPr="002117F2" w:rsidRDefault="00A749FB" w:rsidP="008B502F">
      <w:pPr>
        <w:pStyle w:val="Heading2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Bethel Shelters Use Only</w:t>
      </w:r>
    </w:p>
    <w:p w14:paraId="34F98D37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Referral </w:t>
      </w:r>
      <w:proofErr w:type="gramStart"/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Received: _</w:t>
      </w:r>
      <w:proofErr w:type="gramEnd"/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</w:p>
    <w:p w14:paraId="64AB4A26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Reviewed </w:t>
      </w:r>
      <w:proofErr w:type="gramStart"/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By: _</w:t>
      </w:r>
      <w:proofErr w:type="gramEnd"/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</w:p>
    <w:p w14:paraId="1A488579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Disposition: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Accepted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Declined </w:t>
      </w:r>
      <w:r w:rsidRPr="002117F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Pending</w:t>
      </w:r>
    </w:p>
    <w:p w14:paraId="6B353B7C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Comments: ____________________</w:t>
      </w:r>
    </w:p>
    <w:p w14:paraId="7437FDA7" w14:textId="77777777" w:rsidR="00180D13" w:rsidRPr="002117F2" w:rsidRDefault="00A749FB" w:rsidP="008B50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7F2">
        <w:rPr>
          <w:rFonts w:ascii="Times New Roman" w:hAnsi="Times New Roman" w:cs="Times New Roman"/>
          <w:color w:val="000000" w:themeColor="text1"/>
          <w:sz w:val="24"/>
          <w:szCs w:val="24"/>
        </w:rPr>
        <w:t>Reserved Bed Date: __________ Arrival Time: __________</w:t>
      </w:r>
    </w:p>
    <w:sectPr w:rsidR="00180D13" w:rsidRPr="002117F2" w:rsidSect="002117F2">
      <w:footerReference w:type="default" r:id="rId10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19586" w14:textId="77777777" w:rsidR="006C6689" w:rsidRDefault="006C6689" w:rsidP="002117F2">
      <w:pPr>
        <w:spacing w:after="0" w:line="240" w:lineRule="auto"/>
      </w:pPr>
      <w:r>
        <w:separator/>
      </w:r>
    </w:p>
  </w:endnote>
  <w:endnote w:type="continuationSeparator" w:id="0">
    <w:p w14:paraId="3C3C9054" w14:textId="77777777" w:rsidR="006C6689" w:rsidRDefault="006C6689" w:rsidP="00211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FEBFE" w14:textId="3DFAFF1A" w:rsidR="002117F2" w:rsidRDefault="002117F2" w:rsidP="002117F2">
    <w:pPr>
      <w:pStyle w:val="Footer"/>
      <w:jc w:val="right"/>
    </w:pPr>
    <w:r>
      <w:t xml:space="preserve">Revised </w:t>
    </w:r>
    <w:r w:rsidR="00A32382">
      <w:t>9</w:t>
    </w:r>
    <w:r>
      <w:t>/</w:t>
    </w:r>
    <w:r w:rsidR="00A32382">
      <w:t>2</w:t>
    </w:r>
    <w: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1C0B8" w14:textId="77777777" w:rsidR="006C6689" w:rsidRDefault="006C6689" w:rsidP="002117F2">
      <w:pPr>
        <w:spacing w:after="0" w:line="240" w:lineRule="auto"/>
      </w:pPr>
      <w:r>
        <w:separator/>
      </w:r>
    </w:p>
  </w:footnote>
  <w:footnote w:type="continuationSeparator" w:id="0">
    <w:p w14:paraId="5E2CDCD3" w14:textId="77777777" w:rsidR="006C6689" w:rsidRDefault="006C6689" w:rsidP="002117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9414990">
    <w:abstractNumId w:val="8"/>
  </w:num>
  <w:num w:numId="2" w16cid:durableId="1383553188">
    <w:abstractNumId w:val="6"/>
  </w:num>
  <w:num w:numId="3" w16cid:durableId="1465267196">
    <w:abstractNumId w:val="5"/>
  </w:num>
  <w:num w:numId="4" w16cid:durableId="148643328">
    <w:abstractNumId w:val="3"/>
  </w:num>
  <w:num w:numId="5" w16cid:durableId="1488549126">
    <w:abstractNumId w:val="2"/>
  </w:num>
  <w:num w:numId="6" w16cid:durableId="403723738">
    <w:abstractNumId w:val="0"/>
  </w:num>
  <w:num w:numId="7" w16cid:durableId="44187858">
    <w:abstractNumId w:val="7"/>
  </w:num>
  <w:num w:numId="8" w16cid:durableId="642075851">
    <w:abstractNumId w:val="1"/>
  </w:num>
  <w:num w:numId="9" w16cid:durableId="863874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B05"/>
    <w:rsid w:val="00034616"/>
    <w:rsid w:val="0003661F"/>
    <w:rsid w:val="00042651"/>
    <w:rsid w:val="0006063C"/>
    <w:rsid w:val="00083571"/>
    <w:rsid w:val="000B217C"/>
    <w:rsid w:val="001002D6"/>
    <w:rsid w:val="00144EEC"/>
    <w:rsid w:val="00147090"/>
    <w:rsid w:val="0015074B"/>
    <w:rsid w:val="00180D13"/>
    <w:rsid w:val="001823DC"/>
    <w:rsid w:val="001843A3"/>
    <w:rsid w:val="00186BCE"/>
    <w:rsid w:val="001B1AA9"/>
    <w:rsid w:val="001C2979"/>
    <w:rsid w:val="001D3FC9"/>
    <w:rsid w:val="002117F2"/>
    <w:rsid w:val="0021585B"/>
    <w:rsid w:val="0029639D"/>
    <w:rsid w:val="00311BFC"/>
    <w:rsid w:val="00326F90"/>
    <w:rsid w:val="00350CBB"/>
    <w:rsid w:val="00394A3D"/>
    <w:rsid w:val="003A5C85"/>
    <w:rsid w:val="004001BE"/>
    <w:rsid w:val="00457200"/>
    <w:rsid w:val="0046314D"/>
    <w:rsid w:val="00493FF6"/>
    <w:rsid w:val="0050790B"/>
    <w:rsid w:val="005C42FD"/>
    <w:rsid w:val="005E5A95"/>
    <w:rsid w:val="006619B0"/>
    <w:rsid w:val="00693D95"/>
    <w:rsid w:val="006C6689"/>
    <w:rsid w:val="007127B6"/>
    <w:rsid w:val="00775507"/>
    <w:rsid w:val="00796EB8"/>
    <w:rsid w:val="007A3B36"/>
    <w:rsid w:val="0081240E"/>
    <w:rsid w:val="00814F78"/>
    <w:rsid w:val="0081582D"/>
    <w:rsid w:val="0083097E"/>
    <w:rsid w:val="0089049C"/>
    <w:rsid w:val="008A07D3"/>
    <w:rsid w:val="008B502F"/>
    <w:rsid w:val="008C46DB"/>
    <w:rsid w:val="009163AB"/>
    <w:rsid w:val="009573C5"/>
    <w:rsid w:val="009615E8"/>
    <w:rsid w:val="009776E1"/>
    <w:rsid w:val="009E3FEC"/>
    <w:rsid w:val="00A10E4A"/>
    <w:rsid w:val="00A32382"/>
    <w:rsid w:val="00A44649"/>
    <w:rsid w:val="00A5225F"/>
    <w:rsid w:val="00A749FB"/>
    <w:rsid w:val="00AA1D8D"/>
    <w:rsid w:val="00AA38F4"/>
    <w:rsid w:val="00AA4D0F"/>
    <w:rsid w:val="00AE2A25"/>
    <w:rsid w:val="00AE6DAA"/>
    <w:rsid w:val="00B036B6"/>
    <w:rsid w:val="00B13A62"/>
    <w:rsid w:val="00B47730"/>
    <w:rsid w:val="00B7675D"/>
    <w:rsid w:val="00BE2CB2"/>
    <w:rsid w:val="00BF2942"/>
    <w:rsid w:val="00C20248"/>
    <w:rsid w:val="00C521AA"/>
    <w:rsid w:val="00CB0664"/>
    <w:rsid w:val="00D7717F"/>
    <w:rsid w:val="00DA563B"/>
    <w:rsid w:val="00DB2D9F"/>
    <w:rsid w:val="00DE0AB4"/>
    <w:rsid w:val="00DE7E12"/>
    <w:rsid w:val="00E56076"/>
    <w:rsid w:val="00E6586E"/>
    <w:rsid w:val="00EC1E96"/>
    <w:rsid w:val="00ED3B41"/>
    <w:rsid w:val="00ED5544"/>
    <w:rsid w:val="00EF11D2"/>
    <w:rsid w:val="00EF467F"/>
    <w:rsid w:val="00F129C1"/>
    <w:rsid w:val="00F270F5"/>
    <w:rsid w:val="00F60BD8"/>
    <w:rsid w:val="00F8292C"/>
    <w:rsid w:val="00FB4BC6"/>
    <w:rsid w:val="00FC693F"/>
    <w:rsid w:val="23C682F2"/>
    <w:rsid w:val="391BBFC2"/>
    <w:rsid w:val="56FB1B8E"/>
    <w:rsid w:val="768D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0E38B8"/>
  <w14:defaultImageDpi w14:val="300"/>
  <w15:docId w15:val="{ABECE07E-1615-412B-ACC7-E3516798D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2117F2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036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leaverette@bethelshelter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bleaverette@bethelshelters.org</cp:lastModifiedBy>
  <cp:revision>78</cp:revision>
  <dcterms:created xsi:type="dcterms:W3CDTF">2026-08-10T15:05:00Z</dcterms:created>
  <dcterms:modified xsi:type="dcterms:W3CDTF">2026-09-02T19:24:00Z</dcterms:modified>
  <cp:category/>
</cp:coreProperties>
</file>