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5A6B95" w14:textId="77777777" w:rsidR="00A10F80" w:rsidRDefault="00000000">
      <w:pPr>
        <w:pStyle w:val="ProtocolTitle"/>
      </w:pPr>
      <w:r>
        <w:t>ST. RITA IN THE DESERT</w:t>
      </w:r>
    </w:p>
    <w:p w14:paraId="20DE1852" w14:textId="77777777" w:rsidR="00A10F80" w:rsidRDefault="00000000">
      <w:pPr>
        <w:pStyle w:val="ProtocolSub"/>
      </w:pPr>
      <w:r>
        <w:t>Roman Catholic Community</w:t>
      </w:r>
    </w:p>
    <w:p w14:paraId="0357D437" w14:textId="77777777" w:rsidR="00A10F80" w:rsidRDefault="00000000">
      <w:pPr>
        <w:pStyle w:val="ProtocolSub"/>
      </w:pPr>
      <w:r>
        <w:t>Diocese of Tucson</w:t>
      </w:r>
    </w:p>
    <w:p w14:paraId="5B74EDF6" w14:textId="77777777" w:rsidR="00A10F80" w:rsidRDefault="00A10F80"/>
    <w:p w14:paraId="2FD9E81C" w14:textId="77777777" w:rsidR="00A10F80" w:rsidRDefault="00000000">
      <w:pPr>
        <w:pStyle w:val="ProtocolTitle"/>
        <w:pBdr>
          <w:bottom w:val="single" w:sz="12" w:space="1" w:color="6B1E2A"/>
        </w:pBdr>
      </w:pPr>
      <w:r>
        <w:t>ALTAR SERVER COORDINATOR PROTOCOL</w:t>
      </w:r>
    </w:p>
    <w:p w14:paraId="55AA49AB" w14:textId="77777777" w:rsidR="00A10F80" w:rsidRDefault="00000000">
      <w:pPr>
        <w:jc w:val="center"/>
      </w:pPr>
      <w:r>
        <w:rPr>
          <w:i/>
          <w:color w:val="4A4A4A"/>
        </w:rPr>
        <w:t>A Collaborative Framework for Building a Successful &amp; Joyful Altar Server Ministry</w:t>
      </w:r>
    </w:p>
    <w:p w14:paraId="00D91A9D" w14:textId="77777777" w:rsidR="00A10F80" w:rsidRDefault="00000000">
      <w:pPr>
        <w:jc w:val="center"/>
      </w:pPr>
      <w:r>
        <w:rPr>
          <w:b/>
          <w:color w:val="6B1E2A"/>
        </w:rPr>
        <w:t>Term of Service: Three (3) Years</w:t>
      </w:r>
    </w:p>
    <w:p w14:paraId="23DEA552" w14:textId="77777777" w:rsidR="00A10F80" w:rsidRDefault="00000000">
      <w:pPr>
        <w:jc w:val="center"/>
      </w:pPr>
      <w:r>
        <w:rPr>
          <w:sz w:val="20"/>
        </w:rPr>
        <w:t>Effective Date: August 29, 2026</w:t>
      </w:r>
    </w:p>
    <w:p w14:paraId="2F78FBAE" w14:textId="77777777" w:rsidR="00A10F80" w:rsidRDefault="00000000">
      <w:pPr>
        <w:pStyle w:val="Heading1"/>
      </w:pPr>
      <w:r>
        <w:t>1. Purpose &amp; Invitation</w:t>
      </w:r>
    </w:p>
    <w:p w14:paraId="4F5C0CBA" w14:textId="77777777" w:rsidR="00A10F80" w:rsidRDefault="00000000">
      <w:r>
        <w:t>This Protocol establishes a clear, collaborative, and Diocese of Tucson–compliant framework for the Altar Server Coordinator role at St. Rita in the Desert Roman Catholic Community. Its goal is to form young people in reverence, service, and love for the Holy Mass while creating a joyful, supportive community of servers and families.</w:t>
      </w:r>
    </w:p>
    <w:p w14:paraId="19611AD8" w14:textId="77777777" w:rsidR="00A10F80" w:rsidRDefault="00000000">
      <w:r>
        <w:t>This document is an open invitation to parishioners who feel called to share in this important ministry. The Coordinator role is designed to be shared and supported by a team of volunteers so that no one carries the responsibility alone. Together we will make the Altar Server program both successful and enjoyable.</w:t>
      </w:r>
    </w:p>
    <w:p w14:paraId="3D4F957A" w14:textId="77777777" w:rsidR="00A10F80" w:rsidRDefault="00000000">
      <w:pPr>
        <w:pStyle w:val="Heading1"/>
      </w:pPr>
      <w:r>
        <w:t>2. Role Description &amp; Term of Service</w:t>
      </w:r>
    </w:p>
    <w:p w14:paraId="31264E53" w14:textId="77777777" w:rsidR="00A10F80" w:rsidRDefault="00000000">
      <w:pPr>
        <w:pStyle w:val="Heading2"/>
      </w:pPr>
      <w:r>
        <w:t>2.1 Primary Role</w:t>
      </w:r>
    </w:p>
    <w:p w14:paraId="25979A4C" w14:textId="77777777" w:rsidR="00A10F80" w:rsidRDefault="00000000">
      <w:r>
        <w:t>The Altar Server Coordinator works under the authority of the Pastor and in close collaboration with parish staff. The Coordinator recruits, trains, schedules, and supports altar servers, and fosters a spirit of Christian fellowship through both liturgical formation and fun community activities.</w:t>
      </w:r>
    </w:p>
    <w:p w14:paraId="44072EC6" w14:textId="77777777" w:rsidR="00A10F80" w:rsidRDefault="00000000">
      <w:pPr>
        <w:pStyle w:val="Heading2"/>
      </w:pPr>
      <w:r>
        <w:t>2.2 Term of Service</w:t>
      </w:r>
    </w:p>
    <w:p w14:paraId="629A419D" w14:textId="77777777" w:rsidR="00A10F80" w:rsidRDefault="00000000">
      <w:r>
        <w:t>The standard term of service is three (3) consecutive years. This length allows for continuity, relationship-building with servers and families, and the development of a strong program. At the conclusion of the term, the Coordinator will assist in identifying and mentoring a successor to ensure a smooth transition. Renewal for an additional term is possible with the Pastor’s approval.</w:t>
      </w:r>
    </w:p>
    <w:p w14:paraId="52D3FC26" w14:textId="77777777" w:rsidR="00A10F80" w:rsidRDefault="00000000">
      <w:pPr>
        <w:pStyle w:val="Heading1"/>
      </w:pPr>
      <w:r>
        <w:t>3. Qualifications &amp; Diocese of Tucson Compliance</w:t>
      </w:r>
    </w:p>
    <w:p w14:paraId="297D2F06" w14:textId="77777777" w:rsidR="00A10F80" w:rsidRDefault="00000000">
      <w:r>
        <w:t>All adults who serve in any capacity with the Altar Server ministry (Coordinator, assistants, trainers, drivers, or chaperones) must be fully cleared under the Diocese of Tucson Safe Environment Program before beginning service. Clearance is not optional.</w:t>
      </w:r>
    </w:p>
    <w:p w14:paraId="4281BE44" w14:textId="77777777" w:rsidR="00A10F80" w:rsidRDefault="00000000">
      <w:pPr>
        <w:pStyle w:val="Heading2"/>
      </w:pPr>
      <w:r>
        <w:lastRenderedPageBreak/>
        <w:t>3.1 Required Clearance Steps (Diocese of Tucson)</w:t>
      </w:r>
    </w:p>
    <w:p w14:paraId="066CFC51" w14:textId="77777777" w:rsidR="00A10F80" w:rsidRDefault="00000000">
      <w:pPr>
        <w:pStyle w:val="ListBullet"/>
      </w:pPr>
      <w:r>
        <w:t>Submit an online volunteer application through the Diocese of Tucson Applicant Tracking system.</w:t>
      </w:r>
    </w:p>
    <w:p w14:paraId="1E185917" w14:textId="77777777" w:rsidR="00A10F80" w:rsidRDefault="00000000">
      <w:pPr>
        <w:pStyle w:val="ListBullet"/>
      </w:pPr>
      <w:r>
        <w:t>Complete the Safe Environment Training (CMG Connect / 3-in-1 Program), approximately one hour.</w:t>
      </w:r>
    </w:p>
    <w:p w14:paraId="271E7A89" w14:textId="77777777" w:rsidR="00A10F80" w:rsidRDefault="00000000">
      <w:pPr>
        <w:pStyle w:val="ListBullet"/>
      </w:pPr>
      <w:r>
        <w:t>Complete the electronic background check and Arizona Department of Public Safety digital fingerprinting (FieldPrint).</w:t>
      </w:r>
    </w:p>
    <w:p w14:paraId="574F8F91" w14:textId="77777777" w:rsidR="00A10F80" w:rsidRDefault="00000000">
      <w:pPr>
        <w:pStyle w:val="ListBullet"/>
      </w:pPr>
      <w:r>
        <w:t>Receive a formal Safe Environment Clearance Memorandum issued by the Diocese of Tucson Human Resources Department for service at St. Rita in the Desert.</w:t>
      </w:r>
    </w:p>
    <w:p w14:paraId="2243978D" w14:textId="77777777" w:rsidR="00A10F80" w:rsidRDefault="00000000">
      <w:pPr>
        <w:pStyle w:val="ListBullet"/>
      </w:pPr>
      <w:r>
        <w:t>Maintain current clearance. Clearances are valid for three years and must be renewed prior to expiration. An expired clearance requires the full process to be repeated.</w:t>
      </w:r>
    </w:p>
    <w:p w14:paraId="1619C8F4" w14:textId="77777777" w:rsidR="00A10F80" w:rsidRDefault="00000000">
      <w:r>
        <w:t>No adult may work with altar servers in any capacity—training, events, transportation, or supervision—until the Clearance Memorandum has been issued. The Coordinator is responsible for verifying that all adult helpers remain in good standing.</w:t>
      </w:r>
    </w:p>
    <w:p w14:paraId="763EEC1D" w14:textId="77777777" w:rsidR="00A10F80" w:rsidRDefault="00000000">
      <w:pPr>
        <w:pStyle w:val="Heading2"/>
      </w:pPr>
      <w:r>
        <w:t>3.2 Personal Qualifications</w:t>
      </w:r>
    </w:p>
    <w:p w14:paraId="66F50C91" w14:textId="77777777" w:rsidR="00A10F80" w:rsidRDefault="00000000">
      <w:pPr>
        <w:pStyle w:val="ListBullet"/>
      </w:pPr>
      <w:r>
        <w:t>Registered parishioner of St. Rita in the Desert (or another parish in the Diocese of Tucson with Pastor’s permission).</w:t>
      </w:r>
    </w:p>
    <w:p w14:paraId="61F0166D" w14:textId="77777777" w:rsidR="00A10F80" w:rsidRDefault="00000000">
      <w:pPr>
        <w:pStyle w:val="ListBullet"/>
      </w:pPr>
      <w:r>
        <w:t>Fully initiated Catholic in good standing with the Church.</w:t>
      </w:r>
    </w:p>
    <w:p w14:paraId="5299482F" w14:textId="77777777" w:rsidR="00A10F80" w:rsidRDefault="00000000">
      <w:pPr>
        <w:pStyle w:val="ListBullet"/>
      </w:pPr>
      <w:r>
        <w:t>Demonstrated reverence for the Sacred Liturgy and a desire to form young people in faith and service.</w:t>
      </w:r>
    </w:p>
    <w:p w14:paraId="5D732530" w14:textId="77777777" w:rsidR="00A10F80" w:rsidRDefault="00000000">
      <w:pPr>
        <w:pStyle w:val="ListBullet"/>
      </w:pPr>
      <w:r>
        <w:t>Strong organizational and communication skills; ability to work collaboratively with the Pastor, staff, parents, and servers.</w:t>
      </w:r>
    </w:p>
    <w:p w14:paraId="256694C8" w14:textId="77777777" w:rsidR="00A10F80" w:rsidRDefault="00000000">
      <w:pPr>
        <w:pStyle w:val="ListBullet"/>
      </w:pPr>
      <w:r>
        <w:t>Willingness to maintain appropriate boundaries and model Christian conduct at all times.</w:t>
      </w:r>
    </w:p>
    <w:p w14:paraId="6B66772C" w14:textId="77777777" w:rsidR="00A10F80" w:rsidRDefault="00000000">
      <w:pPr>
        <w:pStyle w:val="Heading1"/>
      </w:pPr>
      <w:r>
        <w:t>4. Core Responsibilities</w:t>
      </w:r>
    </w:p>
    <w:p w14:paraId="54F6CDDE" w14:textId="77777777" w:rsidR="00A10F80" w:rsidRDefault="00000000">
      <w:pPr>
        <w:pStyle w:val="Heading2"/>
      </w:pPr>
      <w:r>
        <w:t>4.1 Coordination with the Pastor</w:t>
      </w:r>
    </w:p>
    <w:p w14:paraId="1B44934B" w14:textId="77777777" w:rsidR="00A10F80" w:rsidRDefault="00000000">
      <w:r>
        <w:t>The Coordinator will meet regularly with the Pastor (or his designated representative) to:</w:t>
      </w:r>
    </w:p>
    <w:p w14:paraId="30D36F53" w14:textId="77777777" w:rsidR="00A10F80" w:rsidRDefault="00000000">
      <w:pPr>
        <w:pStyle w:val="ListBullet"/>
      </w:pPr>
      <w:r>
        <w:t>Propose and confirm training dates, times, and locations.</w:t>
      </w:r>
    </w:p>
    <w:p w14:paraId="3A629D24" w14:textId="77777777" w:rsidR="00A10F80" w:rsidRDefault="00000000">
      <w:pPr>
        <w:pStyle w:val="ListBullet"/>
      </w:pPr>
      <w:r>
        <w:t>Align server formation with the liturgical calendar and parish needs.</w:t>
      </w:r>
    </w:p>
    <w:p w14:paraId="74334DAF" w14:textId="77777777" w:rsidR="00A10F80" w:rsidRDefault="00000000">
      <w:pPr>
        <w:pStyle w:val="ListBullet"/>
      </w:pPr>
      <w:r>
        <w:t>Review program goals, challenges, and opportunities for improvement.</w:t>
      </w:r>
    </w:p>
    <w:p w14:paraId="6F382A15" w14:textId="77777777" w:rsidR="00A10F80" w:rsidRDefault="00000000">
      <w:pPr>
        <w:pStyle w:val="ListBullet"/>
      </w:pPr>
      <w:r>
        <w:t>Obtain prior approval for all off-site activities and special events.</w:t>
      </w:r>
    </w:p>
    <w:p w14:paraId="58B35D0A" w14:textId="77777777" w:rsidR="00A10F80" w:rsidRDefault="00000000">
      <w:pPr>
        <w:pStyle w:val="ListBullet"/>
      </w:pPr>
      <w:r>
        <w:t>Ensure the program remains fully consistent with parish and diocesan priorities.</w:t>
      </w:r>
    </w:p>
    <w:p w14:paraId="74053ABF" w14:textId="77777777" w:rsidR="00A10F80" w:rsidRDefault="00000000">
      <w:pPr>
        <w:pStyle w:val="Heading2"/>
      </w:pPr>
      <w:r>
        <w:t>4.2 Recruitment, Training &amp; Scheduling</w:t>
      </w:r>
    </w:p>
    <w:p w14:paraId="07ABA3BB" w14:textId="2E4510E7" w:rsidR="00A10F80" w:rsidRDefault="00000000">
      <w:pPr>
        <w:pStyle w:val="ListBullet"/>
      </w:pPr>
      <w:r>
        <w:t xml:space="preserve">Recruit new altar servers in collaboration with the Pastor, Religious Education, and families (typically beginning in </w:t>
      </w:r>
      <w:r w:rsidR="00622600">
        <w:t>1</w:t>
      </w:r>
      <w:r w:rsidR="00622600" w:rsidRPr="00622600">
        <w:rPr>
          <w:vertAlign w:val="superscript"/>
        </w:rPr>
        <w:t>st</w:t>
      </w:r>
      <w:r w:rsidR="00622600">
        <w:t xml:space="preserve"> </w:t>
      </w:r>
      <w:r>
        <w:t>grade or after First Holy Communion, subject to Pastor’s determination).</w:t>
      </w:r>
    </w:p>
    <w:p w14:paraId="5EB4F773" w14:textId="77777777" w:rsidR="00A10F80" w:rsidRDefault="00000000">
      <w:pPr>
        <w:pStyle w:val="ListBullet"/>
      </w:pPr>
      <w:r>
        <w:t>Organize and conduct initial and ongoing formation that includes the meaning of the Mass, names and use of liturgical objects, server duties, and proper decorum and attire.</w:t>
      </w:r>
    </w:p>
    <w:p w14:paraId="5F85F1A8" w14:textId="77777777" w:rsidR="00A10F80" w:rsidRDefault="00000000">
      <w:pPr>
        <w:pStyle w:val="ListBullet"/>
      </w:pPr>
      <w:r>
        <w:t>Create and maintain a fair, transparent schedule so that servers have regular opportunities to serve while avoiding burnout.</w:t>
      </w:r>
    </w:p>
    <w:p w14:paraId="3094B60A" w14:textId="77777777" w:rsidR="00A10F80" w:rsidRDefault="00000000">
      <w:pPr>
        <w:pStyle w:val="ListBullet"/>
      </w:pPr>
      <w:r>
        <w:t>Communicate schedules and reminders to servers and parents in a timely manner.</w:t>
      </w:r>
    </w:p>
    <w:p w14:paraId="541868B6" w14:textId="77777777" w:rsidR="00A10F80" w:rsidRDefault="00000000">
      <w:pPr>
        <w:pStyle w:val="ListBullet"/>
      </w:pPr>
      <w:r>
        <w:t>Maintain accurate records of active servers, training completion, and contact information.</w:t>
      </w:r>
    </w:p>
    <w:p w14:paraId="4775E81B" w14:textId="77777777" w:rsidR="00A10F80" w:rsidRDefault="00000000">
      <w:pPr>
        <w:pStyle w:val="Heading2"/>
      </w:pPr>
      <w:r>
        <w:lastRenderedPageBreak/>
        <w:t>4.3 Building Community – Fun &amp; Fellowship Events</w:t>
      </w:r>
    </w:p>
    <w:p w14:paraId="1156336C" w14:textId="77777777" w:rsidR="00A10F80" w:rsidRDefault="00000000">
      <w:r>
        <w:t>A successful altar server program is not only about liturgical competence; it is also about joy, belonging, and friendship in Christ. The Coordinator will plan regular fellowship activities that make the ministry enjoyable and strengthen bonds among servers and families. Examples include (but are not limited to):</w:t>
      </w:r>
    </w:p>
    <w:p w14:paraId="32FF6105" w14:textId="77777777" w:rsidR="00A10F80" w:rsidRDefault="00000000">
      <w:pPr>
        <w:pStyle w:val="ListBullet"/>
      </w:pPr>
      <w:r>
        <w:t>Bowling nights</w:t>
      </w:r>
    </w:p>
    <w:p w14:paraId="0A39CBCB" w14:textId="77777777" w:rsidR="00A10F80" w:rsidRDefault="00000000">
      <w:pPr>
        <w:pStyle w:val="ListBullet"/>
      </w:pPr>
      <w:r>
        <w:t>Movie nights (parish hall or approved venue)</w:t>
      </w:r>
    </w:p>
    <w:p w14:paraId="664BEF74" w14:textId="77777777" w:rsidR="00A10F80" w:rsidRDefault="00000000">
      <w:pPr>
        <w:pStyle w:val="ListBullet"/>
      </w:pPr>
      <w:r>
        <w:t>Pizza or ice-cream socials after training sessions</w:t>
      </w:r>
    </w:p>
    <w:p w14:paraId="0A2E24A3" w14:textId="77777777" w:rsidR="00A10F80" w:rsidRDefault="00000000">
      <w:pPr>
        <w:pStyle w:val="ListBullet"/>
      </w:pPr>
      <w:r>
        <w:t>Service projects or simple outreach activities</w:t>
      </w:r>
    </w:p>
    <w:p w14:paraId="27403F7B" w14:textId="77777777" w:rsidR="00A10F80" w:rsidRDefault="00000000">
      <w:pPr>
        <w:pStyle w:val="ListBullet"/>
      </w:pPr>
      <w:r>
        <w:t>Seasonal celebrations (Advent, Lent, end-of-year recognition)</w:t>
      </w:r>
    </w:p>
    <w:p w14:paraId="66D02959" w14:textId="77777777" w:rsidR="00A10F80" w:rsidRDefault="00000000">
      <w:pPr>
        <w:pStyle w:val="ListBullet"/>
      </w:pPr>
      <w:r>
        <w:t>Occasional outings approved by the Pastor</w:t>
      </w:r>
    </w:p>
    <w:p w14:paraId="5ACF291A" w14:textId="77777777" w:rsidR="00A10F80" w:rsidRDefault="00000000">
      <w:r>
        <w:t>All off-parish-property activities require prior Pastor approval, written parental permission, and full compliance with Diocese of Tucson guidelines for outings with children and youth (including adult-to-youth ratios, permission forms, transportation rules, and the official checklist for trips off parish property).</w:t>
      </w:r>
    </w:p>
    <w:p w14:paraId="5868A841" w14:textId="77777777" w:rsidR="00A10F80" w:rsidRDefault="00000000">
      <w:pPr>
        <w:pStyle w:val="Heading1"/>
      </w:pPr>
      <w:r>
        <w:t>5. Safe Environment &amp; Best Practices</w:t>
      </w:r>
    </w:p>
    <w:p w14:paraId="420BAF56" w14:textId="77777777" w:rsidR="00A10F80" w:rsidRDefault="00000000">
      <w:r>
        <w:t>The safety and dignity of every child are non-negotiable. The Coordinator and all adult helpers will:</w:t>
      </w:r>
    </w:p>
    <w:p w14:paraId="55525B65" w14:textId="77777777" w:rsidR="00A10F80" w:rsidRDefault="00000000">
      <w:pPr>
        <w:pStyle w:val="ListBullet"/>
      </w:pPr>
      <w:r>
        <w:t>Never be alone with an unrelated minor. Always maintain a minimum of two cleared adults when working with servers.</w:t>
      </w:r>
    </w:p>
    <w:p w14:paraId="538913C6" w14:textId="77777777" w:rsidR="00A10F80" w:rsidRDefault="00000000">
      <w:pPr>
        <w:pStyle w:val="ListBullet"/>
      </w:pPr>
      <w:r>
        <w:t>Follow the Diocese of Tucson Guidelines for organizing outings and the Checklist for a trip off parish property for every off-site event.</w:t>
      </w:r>
    </w:p>
    <w:p w14:paraId="4CC863DA" w14:textId="77777777" w:rsidR="00A10F80" w:rsidRDefault="00000000">
      <w:pPr>
        <w:pStyle w:val="ListBullet"/>
      </w:pPr>
      <w:r>
        <w:t>Obtain signed parental permission and release forms for every activity that leaves parish grounds.</w:t>
      </w:r>
    </w:p>
    <w:p w14:paraId="3EAB82A1" w14:textId="77777777" w:rsidR="00A10F80" w:rsidRDefault="00000000">
      <w:pPr>
        <w:pStyle w:val="ListBullet"/>
      </w:pPr>
      <w:r>
        <w:t>Ensure all drivers for youth events complete the required Driver Information Form and meet diocesan insurance and licensing standards.</w:t>
      </w:r>
    </w:p>
    <w:p w14:paraId="54BF2B8F" w14:textId="77777777" w:rsidR="00A10F80" w:rsidRDefault="00000000">
      <w:pPr>
        <w:pStyle w:val="ListBullet"/>
      </w:pPr>
      <w:r>
        <w:t>Report any suspicion of abuse or neglect immediately according to Arizona mandatory reporting laws and Diocese of Tucson protocols.</w:t>
      </w:r>
    </w:p>
    <w:p w14:paraId="44F6FB52" w14:textId="77777777" w:rsidR="00A10F80" w:rsidRDefault="00000000">
      <w:pPr>
        <w:pStyle w:val="ListBullet"/>
      </w:pPr>
      <w:r>
        <w:t>Model and teach appropriate boundaries, reverence, and respect at every gathering.</w:t>
      </w:r>
    </w:p>
    <w:p w14:paraId="5214419E" w14:textId="77777777" w:rsidR="00A10F80" w:rsidRDefault="00000000">
      <w:pPr>
        <w:pStyle w:val="Heading1"/>
      </w:pPr>
      <w:r>
        <w:t>6. Building a Support Team</w:t>
      </w:r>
    </w:p>
    <w:p w14:paraId="6E263984" w14:textId="77777777" w:rsidR="00A10F80" w:rsidRDefault="00000000">
      <w:r>
        <w:t>This ministry thrives when it is shared. The Coordinator is encouraged to invite other cleared adults to serve as Assistant Coordinators, trainers, schedule helpers, event organizers, and chaperones. A team approach reduces the burden on any one person, multiplies gifts, and models Christian collaboration for the young servers.</w:t>
      </w:r>
    </w:p>
    <w:p w14:paraId="4B79651A" w14:textId="77777777" w:rsidR="00A10F80" w:rsidRDefault="00000000">
      <w:r>
        <w:t>Anyone interested in joining the Altar Server support team is warmly invited to speak with the Coordinator or the Pastor. Training and mentoring will be provided.</w:t>
      </w:r>
    </w:p>
    <w:p w14:paraId="0B2882B8" w14:textId="77777777" w:rsidR="00A10F80" w:rsidRDefault="00000000">
      <w:pPr>
        <w:pStyle w:val="Heading1"/>
      </w:pPr>
      <w:r>
        <w:t>7. Record Keeping</w:t>
      </w:r>
    </w:p>
    <w:p w14:paraId="2C2B9261" w14:textId="77777777" w:rsidR="00A10F80" w:rsidRDefault="00000000">
      <w:r>
        <w:t>The Coordinator will maintain (in a secure, confidential manner consistent with parish policy):</w:t>
      </w:r>
    </w:p>
    <w:p w14:paraId="1E9B5C4C" w14:textId="77777777" w:rsidR="00A10F80" w:rsidRDefault="00000000">
      <w:pPr>
        <w:pStyle w:val="ListBullet"/>
      </w:pPr>
      <w:r>
        <w:t>List of active altar servers with contact information and training status</w:t>
      </w:r>
    </w:p>
    <w:p w14:paraId="493086E8" w14:textId="77777777" w:rsidR="00A10F80" w:rsidRDefault="00000000">
      <w:pPr>
        <w:pStyle w:val="ListBullet"/>
      </w:pPr>
      <w:r>
        <w:t>Copies of training attendance and formation materials used</w:t>
      </w:r>
    </w:p>
    <w:p w14:paraId="65B44E11" w14:textId="77777777" w:rsidR="00A10F80" w:rsidRDefault="00000000">
      <w:pPr>
        <w:pStyle w:val="ListBullet"/>
      </w:pPr>
      <w:r>
        <w:lastRenderedPageBreak/>
        <w:t>Event permission forms and sign-in sheets</w:t>
      </w:r>
    </w:p>
    <w:p w14:paraId="5123CF92" w14:textId="77777777" w:rsidR="00A10F80" w:rsidRDefault="00000000">
      <w:pPr>
        <w:pStyle w:val="ListBullet"/>
      </w:pPr>
      <w:r>
        <w:t>Documentation of adult helpers’ current Safe Environment clearance status</w:t>
      </w:r>
    </w:p>
    <w:p w14:paraId="65DEF55E" w14:textId="77777777" w:rsidR="00A10F80" w:rsidRDefault="00000000">
      <w:pPr>
        <w:pStyle w:val="ListBullet"/>
      </w:pPr>
      <w:r>
        <w:t>A simple annual summary of activities and recommendations for the Pastor</w:t>
      </w:r>
    </w:p>
    <w:p w14:paraId="3578157A" w14:textId="77777777" w:rsidR="00A10F80" w:rsidRDefault="00000000">
      <w:pPr>
        <w:pStyle w:val="Heading1"/>
      </w:pPr>
      <w:r>
        <w:t>8. End-of-Term Transition</w:t>
      </w:r>
    </w:p>
    <w:p w14:paraId="5ADCCC99" w14:textId="77777777" w:rsidR="00A10F80" w:rsidRDefault="00000000">
      <w:r>
        <w:t>In the final six months of the three-year term, the Coordinator will work with the Pastor to identify and begin mentoring a successor. A complete handover of schedules, contact lists, training materials, and best practices will be provided so that the program continues without interruption.</w:t>
      </w:r>
    </w:p>
    <w:p w14:paraId="63A1FD45" w14:textId="77777777" w:rsidR="00A10F80" w:rsidRDefault="00000000">
      <w:pPr>
        <w:pStyle w:val="Heading1"/>
      </w:pPr>
      <w:r>
        <w:t>9. Compliance Statement</w:t>
      </w:r>
    </w:p>
    <w:p w14:paraId="587E2B4A" w14:textId="77777777" w:rsidR="00A10F80" w:rsidRDefault="00000000">
      <w:r>
        <w:t>This Protocol is intended to be fully consistent with the policies, guidelines, and Safe Environment requirements of the Roman Catholic Diocese of Tucson and with the pastoral direction of the Pastor of St. Rita in the Desert. In the event of any conflict, the official policies of the Diocese of Tucson and the decisions of the Pastor shall prevail. The Coordinator will stay informed of updates to diocesan Safe Environment procedures and will implement them promptly.</w:t>
      </w:r>
    </w:p>
    <w:p w14:paraId="7B4F8CF2" w14:textId="77777777" w:rsidR="00A10F80" w:rsidRDefault="00000000">
      <w:pPr>
        <w:pStyle w:val="Heading1"/>
      </w:pPr>
      <w:r>
        <w:t>Invitation to Serve</w:t>
      </w:r>
    </w:p>
    <w:p w14:paraId="35DF22AA" w14:textId="77777777" w:rsidR="00A10F80" w:rsidRDefault="00000000">
      <w:r>
        <w:rPr>
          <w:i/>
        </w:rPr>
        <w:t>If you feel called to help build a vibrant, reverent, and joyful Altar Server ministry at St. Rita in the Desert, please contact the Pastor or the current Altar Server Coordinator. Your gifts of time, organization, faith, and friendship are needed and gratefully welcomed.</w:t>
      </w:r>
    </w:p>
    <w:p w14:paraId="4C41AC3F" w14:textId="77777777" w:rsidR="00A10F80" w:rsidRDefault="00000000">
      <w:pPr>
        <w:jc w:val="center"/>
      </w:pPr>
      <w:r>
        <w:rPr>
          <w:i/>
          <w:color w:val="6B1E2A"/>
        </w:rPr>
        <w:t>“Serve the Lord with gladness.” — Psalm 100:2</w:t>
      </w:r>
    </w:p>
    <w:p w14:paraId="0E79DA96" w14:textId="77777777" w:rsidR="00A10F80" w:rsidRDefault="00000000">
      <w:pPr>
        <w:jc w:val="center"/>
      </w:pPr>
      <w:r>
        <w:rPr>
          <w:color w:val="666666"/>
          <w:sz w:val="18"/>
        </w:rPr>
        <w:br/>
        <w:t>St. Rita in the Desert Roman Catholic Community  •  Vail, Arizona  •  Diocese of Tucson</w:t>
      </w:r>
    </w:p>
    <w:p w14:paraId="73C35CF8" w14:textId="77777777" w:rsidR="00A10F80" w:rsidRDefault="00000000">
      <w:pPr>
        <w:jc w:val="center"/>
      </w:pPr>
      <w:r>
        <w:rPr>
          <w:i/>
          <w:color w:val="666666"/>
          <w:sz w:val="18"/>
        </w:rPr>
        <w:t>This Protocol is a living document and may be updated with Pastor approval as needed.</w:t>
      </w:r>
    </w:p>
    <w:sectPr w:rsidR="00A10F80"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0645389">
    <w:abstractNumId w:val="8"/>
  </w:num>
  <w:num w:numId="2" w16cid:durableId="208536561">
    <w:abstractNumId w:val="6"/>
  </w:num>
  <w:num w:numId="3" w16cid:durableId="182477946">
    <w:abstractNumId w:val="5"/>
  </w:num>
  <w:num w:numId="4" w16cid:durableId="68961458">
    <w:abstractNumId w:val="4"/>
  </w:num>
  <w:num w:numId="5" w16cid:durableId="1711296598">
    <w:abstractNumId w:val="7"/>
  </w:num>
  <w:num w:numId="6" w16cid:durableId="1835146657">
    <w:abstractNumId w:val="3"/>
  </w:num>
  <w:num w:numId="7" w16cid:durableId="1962224548">
    <w:abstractNumId w:val="2"/>
  </w:num>
  <w:num w:numId="8" w16cid:durableId="2133403033">
    <w:abstractNumId w:val="1"/>
  </w:num>
  <w:num w:numId="9" w16cid:durableId="20162962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C33"/>
    <w:rsid w:val="0015074B"/>
    <w:rsid w:val="0029639D"/>
    <w:rsid w:val="00326F90"/>
    <w:rsid w:val="00622600"/>
    <w:rsid w:val="00A10F8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0C967"/>
  <w14:defaultImageDpi w14:val="300"/>
  <w15:docId w15:val="{15AA32EF-C0E7-6445-B1FE-9507F634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color w:val="6B1E2A"/>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A2A4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tocolTitle">
    <w:name w:val="ProtocolTitle"/>
    <w:pPr>
      <w:spacing w:after="80"/>
      <w:jc w:val="center"/>
    </w:pPr>
    <w:rPr>
      <w:rFonts w:ascii="Georgia" w:hAnsi="Georgia"/>
      <w:b/>
      <w:color w:val="6B1E2A"/>
      <w:sz w:val="44"/>
    </w:rPr>
  </w:style>
  <w:style w:type="paragraph" w:customStyle="1" w:styleId="ProtocolSub">
    <w:name w:val="ProtocolSub"/>
    <w:pPr>
      <w:spacing w:after="40"/>
      <w:jc w:val="center"/>
    </w:pPr>
    <w:rPr>
      <w:rFonts w:ascii="Georgia" w:hAnsi="Georgia"/>
      <w:color w:val="1A2A4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Alonzo Garcia</cp:lastModifiedBy>
  <cp:revision>2</cp:revision>
  <dcterms:created xsi:type="dcterms:W3CDTF">2013-12-23T23:15:00Z</dcterms:created>
  <dcterms:modified xsi:type="dcterms:W3CDTF">2026-08-28T20:42:00Z</dcterms:modified>
  <cp:category/>
</cp:coreProperties>
</file>