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CharterTitle"/>
      </w:pPr>
      <w:r>
        <w:t>7-DAY GOURMET CHARTER MENU</w:t>
      </w:r>
    </w:p>
    <w:p>
      <w:pPr>
        <w:pStyle w:val="CharterSubtitle"/>
      </w:pPr>
      <w:r>
        <w:t>A Curated Culinary Journey • Standard Fine Dining Selection</w:t>
      </w:r>
    </w:p>
    <w:p>
      <w:pPr>
        <w:pStyle w:val="CharterH1"/>
        <w:pBdr>
          <w:bottom w:val="single" w:sz="6" w:space="1" w:color="C5A059"/>
        </w:pBdr>
      </w:pPr>
      <w:r>
        <w:t>DAY 1</w:t>
      </w:r>
    </w:p>
    <w:p>
      <w:pPr>
        <w:spacing w:after="80"/>
        <w:ind w:left="288"/>
      </w:pPr>
      <w:r>
        <w:rPr>
          <w:b/>
          <w:color w:val="0C2340"/>
        </w:rPr>
        <w:t xml:space="preserve">Breakfast: </w:t>
      </w:r>
      <w:r>
        <w:t>Eggs Benedict featuring poached organic eggs, house-cured Canadian bacon, and velvety brown-butter hollandaise sauce served over toasted artisanal English muffins.</w:t>
      </w:r>
    </w:p>
    <w:p>
      <w:pPr>
        <w:spacing w:after="80"/>
        <w:ind w:left="288"/>
      </w:pPr>
      <w:r>
        <w:rPr>
          <w:b/>
          <w:color w:val="0C2340"/>
        </w:rPr>
        <w:t xml:space="preserve">Lunch: </w:t>
      </w:r>
      <w:r>
        <w:t>Pan-seared Mediterranean sea bass set over an heirloom tomato and micro-basil panzanella salad, finished with a premium cold-pressed virgin olive oil drizzle.</w:t>
      </w:r>
    </w:p>
    <w:p>
      <w:pPr>
        <w:spacing w:after="160"/>
        <w:ind w:left="288"/>
      </w:pPr>
      <w:r>
        <w:rPr>
          <w:b/>
          <w:color w:val="0C2340"/>
        </w:rPr>
        <w:t xml:space="preserve">Canapés: </w:t>
      </w:r>
      <w:r>
        <w:t>Beef carpaccio crostini topped with white truffle aioli, shaved parmigiano-reggiano, and delicate micro-arugula.</w:t>
      </w:r>
    </w:p>
    <w:p>
      <w:pPr>
        <w:spacing w:after="40"/>
        <w:ind w:left="288"/>
      </w:pPr>
      <w:r>
        <w:rPr>
          <w:b/>
          <w:color w:val="0C2340"/>
        </w:rPr>
        <w:t>Three-Course Dinner:</w:t>
      </w:r>
    </w:p>
    <w:p>
      <w:pPr>
        <w:spacing w:after="80"/>
        <w:ind w:left="288"/>
      </w:pPr>
      <w:r>
        <w:rPr>
          <w:b/>
          <w:color w:val="0C2340"/>
        </w:rPr>
        <w:t xml:space="preserve">  • Appetizer: </w:t>
      </w:r>
      <w:r>
        <w:t>Pan-seared Hudson Valley foie gras accompanied by a sweet Mission fig compote and toasted buttery brioche.</w:t>
      </w:r>
    </w:p>
    <w:p>
      <w:pPr>
        <w:spacing w:after="80"/>
        <w:ind w:left="288"/>
      </w:pPr>
      <w:r>
        <w:rPr>
          <w:b/>
          <w:color w:val="0C2340"/>
        </w:rPr>
        <w:t xml:space="preserve">  • Main Course: </w:t>
      </w:r>
      <w:r>
        <w:t>Prime center-cut filet mignon served with a rich bone marrow reduction, creamed wild chanterelles, and Robuchon-style potato purée.</w:t>
      </w:r>
    </w:p>
    <w:p>
      <w:pPr>
        <w:spacing w:after="280"/>
        <w:ind w:left="288"/>
      </w:pPr>
      <w:r>
        <w:rPr>
          <w:b/>
          <w:color w:val="0C2340"/>
        </w:rPr>
        <w:t xml:space="preserve">  • Dessert: </w:t>
      </w:r>
      <w:r>
        <w:t>Classic vanilla bean crème brûlée with an expert caramelized sugar crust and a side of fresh macerated berries.</w:t>
      </w:r>
    </w:p>
    <w:p>
      <w:pPr>
        <w:pStyle w:val="CharterH1"/>
        <w:pBdr>
          <w:bottom w:val="single" w:sz="6" w:space="1" w:color="C5A059"/>
        </w:pBdr>
      </w:pPr>
      <w:r>
        <w:t>DAY 2</w:t>
      </w:r>
    </w:p>
    <w:p>
      <w:pPr>
        <w:spacing w:after="80"/>
        <w:ind w:left="288"/>
      </w:pPr>
      <w:r>
        <w:rPr>
          <w:b/>
          <w:color w:val="0C2340"/>
        </w:rPr>
        <w:t xml:space="preserve">Breakfast: </w:t>
      </w:r>
      <w:r>
        <w:t>Buttermilk Belgian waffles piled high with fresh woodland berries, whipped double cream, and organic Vermont maple syrup.</w:t>
      </w:r>
    </w:p>
    <w:p>
      <w:pPr>
        <w:spacing w:after="80"/>
        <w:ind w:left="288"/>
      </w:pPr>
      <w:r>
        <w:rPr>
          <w:b/>
          <w:color w:val="0C2340"/>
        </w:rPr>
        <w:t xml:space="preserve">Lunch: </w:t>
      </w:r>
      <w:r>
        <w:t>Charcoal-grilled wagyu beef burger topped with aged farmhouse cheddar, caramelized sweet onions, and black truffle fries.</w:t>
      </w:r>
    </w:p>
    <w:p>
      <w:pPr>
        <w:spacing w:after="160"/>
        <w:ind w:left="288"/>
      </w:pPr>
      <w:r>
        <w:rPr>
          <w:b/>
          <w:color w:val="0C2340"/>
        </w:rPr>
        <w:t xml:space="preserve">Canapés: </w:t>
      </w:r>
      <w:r>
        <w:t>Crispy coconut prawns served with a vibrant and tangy sweet chili-mango dipping sauce.</w:t>
      </w:r>
    </w:p>
    <w:p>
      <w:pPr>
        <w:spacing w:after="40"/>
        <w:ind w:left="288"/>
      </w:pPr>
      <w:r>
        <w:rPr>
          <w:b/>
          <w:color w:val="0C2340"/>
        </w:rPr>
        <w:t>Three-Course Dinner:</w:t>
      </w:r>
    </w:p>
    <w:p>
      <w:pPr>
        <w:spacing w:after="80"/>
        <w:ind w:left="288"/>
      </w:pPr>
      <w:r>
        <w:rPr>
          <w:b/>
          <w:color w:val="0C2340"/>
        </w:rPr>
        <w:t xml:space="preserve">  • Appetizer: </w:t>
      </w:r>
      <w:r>
        <w:t>Dungeness crab cake accompanied by a zesty spicy remoulade and a crisp micro-shaved fennel salad.</w:t>
      </w:r>
    </w:p>
    <w:p>
      <w:pPr>
        <w:spacing w:after="80"/>
        <w:ind w:left="288"/>
      </w:pPr>
      <w:r>
        <w:rPr>
          <w:b/>
          <w:color w:val="0C2340"/>
        </w:rPr>
        <w:t xml:space="preserve">  • Main Course: </w:t>
      </w:r>
      <w:r>
        <w:t>Slow-roasted rack of Colorado lamb with a fresh herb crust, served with ratatouille and a rich rosemary jus.</w:t>
      </w:r>
    </w:p>
    <w:p>
      <w:pPr>
        <w:spacing w:after="280"/>
        <w:ind w:left="288"/>
      </w:pPr>
      <w:r>
        <w:rPr>
          <w:b/>
          <w:color w:val="0C2340"/>
        </w:rPr>
        <w:t xml:space="preserve">  • Dessert: </w:t>
      </w:r>
      <w:r>
        <w:t>Molten dark chocolate lava cake served alongside a scoop of house-made Tahitian vanilla bean gelato.</w:t>
      </w:r>
    </w:p>
    <w:p>
      <w:pPr>
        <w:pStyle w:val="CharterH1"/>
        <w:pBdr>
          <w:bottom w:val="single" w:sz="6" w:space="1" w:color="C5A059"/>
        </w:pBdr>
      </w:pPr>
      <w:r>
        <w:t>DAY 3</w:t>
      </w:r>
    </w:p>
    <w:p>
      <w:pPr>
        <w:spacing w:after="80"/>
        <w:ind w:left="288"/>
      </w:pPr>
      <w:r>
        <w:rPr>
          <w:b/>
          <w:color w:val="0C2340"/>
        </w:rPr>
        <w:t xml:space="preserve">Breakfast: </w:t>
      </w:r>
      <w:r>
        <w:t>Smoked Scottish salmon platter accompanied by toasted New York bagels, whipped caper cream cheese, sliced heirloom tomatoes, and pickled red onions.</w:t>
      </w:r>
    </w:p>
    <w:p>
      <w:pPr>
        <w:spacing w:after="80"/>
        <w:ind w:left="288"/>
      </w:pPr>
      <w:r>
        <w:rPr>
          <w:b/>
          <w:color w:val="0C2340"/>
        </w:rPr>
        <w:t xml:space="preserve">Lunch: </w:t>
      </w:r>
      <w:r>
        <w:t>Classic Cobb salad tossed with rotisserie chicken, crispy applewood smoked bacon, Hass avocado, boiled egg, and Roquefort blue cheese dressing.</w:t>
      </w:r>
    </w:p>
    <w:p>
      <w:pPr>
        <w:spacing w:after="160"/>
        <w:ind w:left="288"/>
      </w:pPr>
      <w:r>
        <w:rPr>
          <w:b/>
          <w:color w:val="0C2340"/>
        </w:rPr>
        <w:t xml:space="preserve">Canapés: </w:t>
      </w:r>
      <w:r>
        <w:t>Seared A5 Wagyu beef skewers lightly brushed with a sweet soy-ginger glaze and toasted sesame.</w:t>
      </w:r>
    </w:p>
    <w:p>
      <w:pPr>
        <w:spacing w:after="40"/>
        <w:ind w:left="288"/>
      </w:pPr>
      <w:r>
        <w:rPr>
          <w:b/>
          <w:color w:val="0C2340"/>
        </w:rPr>
        <w:t>Three-Course Dinner:</w:t>
      </w:r>
    </w:p>
    <w:p>
      <w:pPr>
        <w:spacing w:after="80"/>
        <w:ind w:left="288"/>
      </w:pPr>
      <w:r>
        <w:rPr>
          <w:b/>
          <w:color w:val="0C2340"/>
        </w:rPr>
        <w:t xml:space="preserve">  • Appetizer: </w:t>
      </w:r>
      <w:r>
        <w:t>Chilled gazpacho Andaluz topped with Maine lobster tail meat and a swirl of avocado oil.</w:t>
      </w:r>
    </w:p>
    <w:p>
      <w:pPr>
        <w:spacing w:after="80"/>
        <w:ind w:left="288"/>
      </w:pPr>
      <w:r>
        <w:rPr>
          <w:b/>
          <w:color w:val="0C2340"/>
        </w:rPr>
        <w:t xml:space="preserve">  • Main Course: </w:t>
      </w:r>
      <w:r>
        <w:t>Pan-roasted duck breast served with a bittersweet blood orange reduction, parsnip purée, and wilted rainbow chard.</w:t>
      </w:r>
    </w:p>
    <w:p>
      <w:pPr>
        <w:spacing w:after="280"/>
        <w:ind w:left="288"/>
      </w:pPr>
      <w:r>
        <w:rPr>
          <w:b/>
          <w:color w:val="0C2340"/>
        </w:rPr>
        <w:t xml:space="preserve">  • Dessert: </w:t>
      </w:r>
      <w:r>
        <w:t>Traditional tiramisu layered with espresso-soaked ladyfingers, rich mascarpone cream, and dark cocoa dusting.</w:t>
      </w:r>
    </w:p>
    <w:p>
      <w:pPr>
        <w:pStyle w:val="CharterH1"/>
        <w:pBdr>
          <w:bottom w:val="single" w:sz="6" w:space="1" w:color="C5A059"/>
        </w:pBdr>
      </w:pPr>
      <w:r>
        <w:t>DAY 4</w:t>
      </w:r>
    </w:p>
    <w:p>
      <w:pPr>
        <w:spacing w:after="80"/>
        <w:ind w:left="288"/>
      </w:pPr>
      <w:r>
        <w:rPr>
          <w:b/>
          <w:color w:val="0C2340"/>
        </w:rPr>
        <w:t xml:space="preserve">Breakfast: </w:t>
      </w:r>
      <w:r>
        <w:t>Fluffy three-egg omelette folded with gruyère cheese, sautéed wild mushrooms, and fine herbs, served with crispy hash browns.</w:t>
      </w:r>
    </w:p>
    <w:p>
      <w:pPr>
        <w:spacing w:after="80"/>
        <w:ind w:left="288"/>
      </w:pPr>
      <w:r>
        <w:rPr>
          <w:b/>
          <w:color w:val="0C2340"/>
        </w:rPr>
        <w:t xml:space="preserve">Lunch: </w:t>
      </w:r>
      <w:r>
        <w:t>Grilled local lobster tail basted with garlic herb butter, paired with a bright citrus-quinoa slaw.</w:t>
      </w:r>
    </w:p>
    <w:p>
      <w:pPr>
        <w:spacing w:after="160"/>
        <w:ind w:left="288"/>
      </w:pPr>
      <w:r>
        <w:rPr>
          <w:b/>
          <w:color w:val="0C2340"/>
        </w:rPr>
        <w:t xml:space="preserve">Canapés: </w:t>
      </w:r>
      <w:r>
        <w:t>Oysters Rockefeller baked with a rich topping of spinach, butter, herbs, and crispy panko breadcrumbs.</w:t>
      </w:r>
    </w:p>
    <w:p>
      <w:pPr>
        <w:spacing w:after="40"/>
        <w:ind w:left="288"/>
      </w:pPr>
      <w:r>
        <w:rPr>
          <w:b/>
          <w:color w:val="0C2340"/>
        </w:rPr>
        <w:t>Three-Course Dinner:</w:t>
      </w:r>
    </w:p>
    <w:p>
      <w:pPr>
        <w:spacing w:after="80"/>
        <w:ind w:left="288"/>
      </w:pPr>
      <w:r>
        <w:rPr>
          <w:b/>
          <w:color w:val="0C2340"/>
        </w:rPr>
        <w:t xml:space="preserve">  • Appetizer: </w:t>
      </w:r>
      <w:r>
        <w:t>Classic French steak tartare seasoned with capers and cornichons, served with a cured egg yolk and toasted baguette.</w:t>
      </w:r>
    </w:p>
    <w:p>
      <w:pPr>
        <w:spacing w:after="80"/>
        <w:ind w:left="288"/>
      </w:pPr>
      <w:r>
        <w:rPr>
          <w:b/>
          <w:color w:val="0C2340"/>
        </w:rPr>
        <w:t xml:space="preserve">  • Main Course: </w:t>
      </w:r>
      <w:r>
        <w:t>Crispy-skinned Atlantic salmon filet set over a bed of saffron risotto, accompanied by butter-braised asparagus spears.</w:t>
      </w:r>
    </w:p>
    <w:p>
      <w:pPr>
        <w:spacing w:after="280"/>
        <w:ind w:left="288"/>
      </w:pPr>
      <w:r>
        <w:rPr>
          <w:b/>
          <w:color w:val="0C2340"/>
        </w:rPr>
        <w:t xml:space="preserve">  • Dessert: </w:t>
      </w:r>
      <w:r>
        <w:t>Meyer lemon tart encased in a sweet pastry shell, topped with a perfectly torched Italian meringue flap.</w:t>
      </w:r>
    </w:p>
    <w:p>
      <w:pPr>
        <w:pStyle w:val="CharterH1"/>
        <w:pBdr>
          <w:bottom w:val="single" w:sz="6" w:space="1" w:color="C5A059"/>
        </w:pBdr>
      </w:pPr>
      <w:r>
        <w:t>DAY 5</w:t>
      </w:r>
    </w:p>
    <w:p>
      <w:pPr>
        <w:spacing w:after="80"/>
        <w:ind w:left="288"/>
      </w:pPr>
      <w:r>
        <w:rPr>
          <w:b/>
          <w:color w:val="0C2340"/>
        </w:rPr>
        <w:t xml:space="preserve">Breakfast: </w:t>
      </w:r>
      <w:r>
        <w:t>Brioche French toast infused with Grand Marnier, served with caramelized bananas, candied pecans, and sweet clotted cream.</w:t>
      </w:r>
    </w:p>
    <w:p>
      <w:pPr>
        <w:spacing w:after="80"/>
        <w:ind w:left="288"/>
      </w:pPr>
      <w:r>
        <w:rPr>
          <w:b/>
          <w:color w:val="0C2340"/>
        </w:rPr>
        <w:t xml:space="preserve">Lunch: </w:t>
      </w:r>
      <w:r>
        <w:t>Crispy pork belly bao buns with pickled cucumber ribbons, shredded scallions, and a rich, smoky hoisin glaze.</w:t>
      </w:r>
    </w:p>
    <w:p>
      <w:pPr>
        <w:spacing w:after="160"/>
        <w:ind w:left="288"/>
      </w:pPr>
      <w:r>
        <w:rPr>
          <w:b/>
          <w:color w:val="0C2340"/>
        </w:rPr>
        <w:t xml:space="preserve">Canapés: </w:t>
      </w:r>
      <w:r>
        <w:t>Tuna tartare wonton cups filled with avocado mash, yellowfin tuna, and a drizzle of spicy sriracha mayo.</w:t>
      </w:r>
    </w:p>
    <w:p>
      <w:pPr>
        <w:spacing w:after="40"/>
        <w:ind w:left="288"/>
      </w:pPr>
      <w:r>
        <w:rPr>
          <w:b/>
          <w:color w:val="0C2340"/>
        </w:rPr>
        <w:t>Three-Course Dinner:</w:t>
      </w:r>
    </w:p>
    <w:p>
      <w:pPr>
        <w:spacing w:after="80"/>
        <w:ind w:left="288"/>
      </w:pPr>
      <w:r>
        <w:rPr>
          <w:b/>
          <w:color w:val="0C2340"/>
        </w:rPr>
        <w:t xml:space="preserve">  • Appetizer: </w:t>
      </w:r>
      <w:r>
        <w:t>Pan-seared Hokkaido scallops nested on a velvety sweet corn purée with crisp pancetta lardons.</w:t>
      </w:r>
    </w:p>
    <w:p>
      <w:pPr>
        <w:spacing w:after="80"/>
        <w:ind w:left="288"/>
      </w:pPr>
      <w:r>
        <w:rPr>
          <w:b/>
          <w:color w:val="0C2340"/>
        </w:rPr>
        <w:t xml:space="preserve">  • Main Course: </w:t>
      </w:r>
      <w:r>
        <w:t>Braised beef short ribs slow-cooked in a red wine reduction, served over a rich white truffle polenta.</w:t>
      </w:r>
    </w:p>
    <w:p>
      <w:pPr>
        <w:spacing w:after="280"/>
        <w:ind w:left="288"/>
      </w:pPr>
      <w:r>
        <w:rPr>
          <w:b/>
          <w:color w:val="0C2340"/>
        </w:rPr>
        <w:t xml:space="preserve">  • Dessert: </w:t>
      </w:r>
      <w:r>
        <w:t>Warm apple tarte tatin featuring caramelized honey crisp apples and vanilla bean ice cream.</w:t>
      </w:r>
    </w:p>
    <w:p>
      <w:pPr>
        <w:pStyle w:val="CharterH1"/>
        <w:pBdr>
          <w:bottom w:val="single" w:sz="6" w:space="1" w:color="C5A059"/>
        </w:pBdr>
      </w:pPr>
      <w:r>
        <w:t>DAY 6</w:t>
      </w:r>
    </w:p>
    <w:p>
      <w:pPr>
        <w:spacing w:after="80"/>
        <w:ind w:left="288"/>
      </w:pPr>
      <w:r>
        <w:rPr>
          <w:b/>
          <w:color w:val="0C2340"/>
        </w:rPr>
        <w:t xml:space="preserve">Breakfast: </w:t>
      </w:r>
      <w:r>
        <w:t>Shakshuka featuring poached eggs in a rich, spiced tomato and bell pepper sauce, topped with crumbled goat cheese and warm pita bread.</w:t>
      </w:r>
    </w:p>
    <w:p>
      <w:pPr>
        <w:spacing w:after="80"/>
        <w:ind w:left="288"/>
      </w:pPr>
      <w:r>
        <w:rPr>
          <w:b/>
          <w:color w:val="0C2340"/>
        </w:rPr>
        <w:t xml:space="preserve">Lunch: </w:t>
      </w:r>
      <w:r>
        <w:t>Argentinian flank steak flatbread loaded with chimichurri sauce, charred bell peppers, and fresh arugula.</w:t>
      </w:r>
    </w:p>
    <w:p>
      <w:pPr>
        <w:spacing w:after="160"/>
        <w:ind w:left="288"/>
      </w:pPr>
      <w:r>
        <w:rPr>
          <w:b/>
          <w:color w:val="0C2340"/>
        </w:rPr>
        <w:t xml:space="preserve">Canapés: </w:t>
      </w:r>
      <w:r>
        <w:t>Prosciutto-wrapped sweet black figs stuffed with creamy gorgonzola and drizzled with an aged balsamic glaze.</w:t>
      </w:r>
    </w:p>
    <w:p>
      <w:pPr>
        <w:spacing w:after="40"/>
        <w:ind w:left="288"/>
      </w:pPr>
      <w:r>
        <w:rPr>
          <w:b/>
          <w:color w:val="0C2340"/>
        </w:rPr>
        <w:t>Three-Course Dinner:</w:t>
      </w:r>
    </w:p>
    <w:p>
      <w:pPr>
        <w:spacing w:after="80"/>
        <w:ind w:left="288"/>
      </w:pPr>
      <w:r>
        <w:rPr>
          <w:b/>
          <w:color w:val="0C2340"/>
        </w:rPr>
        <w:t xml:space="preserve">  • Appetizer: </w:t>
      </w:r>
      <w:r>
        <w:t>Creamy wild mushroom velouté infused with fresh thyme, served with garlic-rubbed crostini.</w:t>
      </w:r>
    </w:p>
    <w:p>
      <w:pPr>
        <w:spacing w:after="80"/>
        <w:ind w:left="288"/>
      </w:pPr>
      <w:r>
        <w:rPr>
          <w:b/>
          <w:color w:val="0C2340"/>
        </w:rPr>
        <w:t xml:space="preserve">  • Main Course: </w:t>
      </w:r>
      <w:r>
        <w:t>Seared Chilean sea bass served with a delicate ginger-soy dashi reduction, baby bok choy, and jasmine rice.</w:t>
      </w:r>
    </w:p>
    <w:p>
      <w:pPr>
        <w:spacing w:after="280"/>
        <w:ind w:left="288"/>
      </w:pPr>
      <w:r>
        <w:rPr>
          <w:b/>
          <w:color w:val="0C2340"/>
        </w:rPr>
        <w:t xml:space="preserve">  • Dessert: </w:t>
      </w:r>
      <w:r>
        <w:t>Rich New York cheesecake topped with a vibrant raspberry coulis and fresh mint leaves.</w:t>
      </w:r>
    </w:p>
    <w:p>
      <w:pPr>
        <w:pStyle w:val="CharterH1"/>
        <w:pBdr>
          <w:bottom w:val="single" w:sz="6" w:space="1" w:color="C5A059"/>
        </w:pBdr>
      </w:pPr>
      <w:r>
        <w:t>DAY 7</w:t>
      </w:r>
    </w:p>
    <w:p>
      <w:pPr>
        <w:spacing w:after="80"/>
        <w:ind w:left="288"/>
      </w:pPr>
      <w:r>
        <w:rPr>
          <w:b/>
          <w:color w:val="0C2340"/>
        </w:rPr>
        <w:t xml:space="preserve">Breakfast: </w:t>
      </w:r>
      <w:r>
        <w:t>Steak and eggs featuring a grilled prime sirloin, eggs cooked to preference, roasted vine tomatoes, and skillet potatoes.</w:t>
      </w:r>
    </w:p>
    <w:p>
      <w:pPr>
        <w:spacing w:after="80"/>
        <w:ind w:left="288"/>
      </w:pPr>
      <w:r>
        <w:rPr>
          <w:b/>
          <w:color w:val="0C2340"/>
        </w:rPr>
        <w:t xml:space="preserve">Lunch: </w:t>
      </w:r>
      <w:r>
        <w:t>Traditional seafood paella rich with chicken, authentic chorizo, squid, mussels, and jumbo prawns over saffron rice.</w:t>
      </w:r>
    </w:p>
    <w:p>
      <w:pPr>
        <w:spacing w:after="160"/>
        <w:ind w:left="288"/>
      </w:pPr>
      <w:r>
        <w:rPr>
          <w:b/>
          <w:color w:val="0C2340"/>
        </w:rPr>
        <w:t xml:space="preserve">Canapés: </w:t>
      </w:r>
      <w:r>
        <w:t>Mini pulled pork sliders topped with a tangy apple cider vinegar slaw on brioche buns.</w:t>
      </w:r>
    </w:p>
    <w:p>
      <w:pPr>
        <w:spacing w:after="40"/>
        <w:ind w:left="288"/>
      </w:pPr>
      <w:r>
        <w:rPr>
          <w:b/>
          <w:color w:val="0C2340"/>
        </w:rPr>
        <w:t>Three-Course Dinner:</w:t>
      </w:r>
    </w:p>
    <w:p>
      <w:pPr>
        <w:spacing w:after="80"/>
        <w:ind w:left="288"/>
      </w:pPr>
      <w:r>
        <w:rPr>
          <w:b/>
          <w:color w:val="0C2340"/>
        </w:rPr>
        <w:t xml:space="preserve">  • Appetizer: </w:t>
      </w:r>
      <w:r>
        <w:t>Burrata salad featuring fresh heirloom tomatoes, aged balsamic pearls, basil pesto, and pine nuts.</w:t>
      </w:r>
    </w:p>
    <w:p>
      <w:pPr>
        <w:spacing w:after="80"/>
        <w:ind w:left="288"/>
      </w:pPr>
      <w:r>
        <w:rPr>
          <w:b/>
          <w:color w:val="0C2340"/>
        </w:rPr>
        <w:t xml:space="preserve">  • Main Course: </w:t>
      </w:r>
      <w:r>
        <w:t>Classic Beef Wellington enveloped in golden puff pastry with mushroom duxelles, served with roasted root vegetables.</w:t>
      </w:r>
    </w:p>
    <w:p>
      <w:pPr>
        <w:spacing w:after="280"/>
        <w:ind w:left="288"/>
      </w:pPr>
      <w:r>
        <w:rPr>
          <w:b/>
          <w:color w:val="0C2340"/>
        </w:rPr>
        <w:t xml:space="preserve">  • Dessert: </w:t>
      </w:r>
      <w:r>
        <w:t>Decadent chocolate soufflé accompanied by a warm chocolate pouring sauce and fresh heavy cream.</w:t>
      </w:r>
    </w:p>
    <w:sectPr w:rsidR="00FC693F" w:rsidRPr="0006063C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300" w:lineRule="auto" w:after="80"/>
    </w:pPr>
    <w:rPr>
      <w:rFonts w:ascii="Georgia" w:hAnsi="Georgia"/>
      <w:color w:val="333333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CharterTitle">
    <w:name w:val="CharterTitle"/>
    <w:pPr>
      <w:spacing w:after="40"/>
      <w:jc w:val="center"/>
    </w:pPr>
    <w:rPr>
      <w:rFonts w:ascii="Georgia" w:hAnsi="Georgia"/>
      <w:b/>
      <w:color w:val="0C2340"/>
      <w:sz w:val="52"/>
    </w:rPr>
  </w:style>
  <w:style w:type="paragraph" w:customStyle="1" w:styleId="CharterSubtitle">
    <w:name w:val="CharterSubtitle"/>
    <w:pPr>
      <w:spacing w:after="480"/>
      <w:jc w:val="center"/>
    </w:pPr>
    <w:rPr>
      <w:rFonts w:ascii="Georgia" w:hAnsi="Georgia"/>
      <w:i/>
      <w:color w:val="C5A059"/>
      <w:sz w:val="24"/>
    </w:rPr>
  </w:style>
  <w:style w:type="paragraph" w:customStyle="1" w:styleId="CharterH1">
    <w:name w:val="CharterH1"/>
    <w:pPr>
      <w:spacing w:before="320" w:after="120"/>
    </w:pPr>
    <w:rPr>
      <w:rFonts w:ascii="Georgia" w:hAnsi="Georgia"/>
      <w:b/>
      <w:color w:val="0C2340"/>
      <w:sz w:val="32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