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nuTitle"/>
        <w:spacing w:after="80"/>
        <w:jc w:val="center"/>
      </w:pPr>
      <w:r>
        <w:t>7-DAY LUXURY CHARTER MENU</w:t>
      </w:r>
    </w:p>
    <w:p>
      <w:pPr>
        <w:pStyle w:val="MenuSubtitle"/>
        <w:spacing w:after="480"/>
        <w:jc w:val="center"/>
      </w:pPr>
      <w:r>
        <w:t>Exquisite Gluten-Free Culinary Showcase</w:t>
      </w:r>
    </w:p>
    <w:p>
      <w:pPr>
        <w:pStyle w:val="DayHeader"/>
        <w:keepNext/>
        <w:spacing w:before="360" w:after="120"/>
      </w:pPr>
      <w:r>
        <w:t>DAY 1</w:t>
      </w:r>
    </w:p>
    <w:p>
      <w:pPr>
        <w:spacing w:after="160"/>
      </w:pPr>
      <w:r>
        <w:rPr>
          <w:color w:val="DCE1E5"/>
          <w:sz w:val="16"/>
        </w:rPr>
        <w:t>━━━━━━━━━━━━━━━━━━━━━━━━━━━━━━━━━━━━━━━━</w:t>
      </w:r>
    </w:p>
    <w:p>
      <w:pPr>
        <w:pStyle w:val="MealType"/>
        <w:spacing w:after="40"/>
      </w:pPr>
      <w:r>
        <w:t xml:space="preserve">Breakfast: </w:t>
      </w:r>
      <w:r>
        <w:rPr>
          <w:b w:val="0"/>
          <w:color w:val="333333"/>
        </w:rPr>
        <w:t>Avocado toast on artisan gluten-free sourdough with heirloom cherry tomatoes, micro-greens, pumpkin seeds, and a drizzle of white truffle oil.</w:t>
      </w:r>
    </w:p>
    <w:p>
      <w:pPr>
        <w:pStyle w:val="MealType"/>
        <w:spacing w:after="40"/>
      </w:pPr>
      <w:r>
        <w:t xml:space="preserve">Lunch: </w:t>
      </w:r>
      <w:r>
        <w:rPr>
          <w:b w:val="0"/>
          <w:color w:val="333333"/>
        </w:rPr>
        <w:t>Grilled artichoke and hearts of palm salad over wild arugula with a creamy Meyer lemon-tahini dressing, accompanied by crisp chickpea panisses.</w:t>
      </w:r>
    </w:p>
    <w:p>
      <w:pPr>
        <w:pStyle w:val="MealType"/>
        <w:spacing w:after="40"/>
      </w:pPr>
      <w:r>
        <w:t xml:space="preserve">Canapés: </w:t>
      </w:r>
      <w:r>
        <w:rPr>
          <w:b w:val="0"/>
          <w:color w:val="333333"/>
        </w:rPr>
        <w:t>Watermelon sashimi cubes compressed with lime and ginger, topped with toasted sesame and micro-cilantro.</w:t>
      </w:r>
    </w:p>
    <w:p>
      <w:pPr>
        <w:pStyle w:val="MealType"/>
        <w:spacing w:after="40"/>
      </w:pPr>
      <w:r>
        <w:t>3-Course Dinner Service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Appetizer: </w:t>
      </w:r>
      <w:r>
        <w:t>Chilled heirloom tomato gazpacho garnished with cucumber-mint granita and garlic oil.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Main Course: </w:t>
      </w:r>
      <w:r>
        <w:t>Saffron-infused risotto loaded with wild mushrooms, charred asparagus spears, and aged cashew-parmesan.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Dessert: </w:t>
      </w:r>
      <w:r>
        <w:t>Dark chocolate avocado mousse served with fresh raspberries and gold leaf.</w:t>
      </w:r>
    </w:p>
    <w:p>
      <w:pPr>
        <w:spacing w:after="240"/>
      </w:pPr>
    </w:p>
    <w:p>
      <w:pPr>
        <w:pStyle w:val="DayHeader"/>
        <w:keepNext/>
        <w:spacing w:before="360" w:after="120"/>
      </w:pPr>
      <w:r>
        <w:t>DAY 2</w:t>
      </w:r>
    </w:p>
    <w:p>
      <w:pPr>
        <w:spacing w:after="160"/>
      </w:pPr>
      <w:r>
        <w:rPr>
          <w:color w:val="DCE1E5"/>
          <w:sz w:val="16"/>
        </w:rPr>
        <w:t>━━━━━━━━━━━━━━━━━━━━━━━━━━━━━━━━━━━━━━━━</w:t>
      </w:r>
    </w:p>
    <w:p>
      <w:pPr>
        <w:pStyle w:val="MealType"/>
        <w:spacing w:after="40"/>
      </w:pPr>
      <w:r>
        <w:t xml:space="preserve">Breakfast: </w:t>
      </w:r>
      <w:r>
        <w:rPr>
          <w:b w:val="0"/>
          <w:color w:val="333333"/>
        </w:rPr>
        <w:t>Fluffy gluten-free lemon-blueberry protein pancakes layered with pure Vermont maple syrup, coconut whip, and hemp hearts.</w:t>
      </w:r>
    </w:p>
    <w:p>
      <w:pPr>
        <w:pStyle w:val="MealType"/>
        <w:spacing w:after="40"/>
      </w:pPr>
      <w:r>
        <w:t xml:space="preserve">Lunch: </w:t>
      </w:r>
      <w:r>
        <w:rPr>
          <w:b w:val="0"/>
          <w:color w:val="333333"/>
        </w:rPr>
        <w:t>Deconstructed deluxe falafel bowl featuring herb-packed baked falafel, fluffy quinoa, roasted sweet potatoes, house pickled onions, and garlic toum.</w:t>
      </w:r>
    </w:p>
    <w:p>
      <w:pPr>
        <w:pStyle w:val="MealType"/>
        <w:spacing w:after="40"/>
      </w:pPr>
      <w:r>
        <w:t xml:space="preserve">Canapés: </w:t>
      </w:r>
      <w:r>
        <w:rPr>
          <w:b w:val="0"/>
          <w:color w:val="333333"/>
        </w:rPr>
        <w:t>Wild mushroom duxelles inside crisp gluten-free pastry shells, finished with a fresh sprig of thyme.</w:t>
      </w:r>
    </w:p>
    <w:p>
      <w:pPr>
        <w:pStyle w:val="MealType"/>
        <w:spacing w:after="40"/>
      </w:pPr>
      <w:r>
        <w:t>3-Course Dinner Service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Appetizer: </w:t>
      </w:r>
      <w:r>
        <w:t>Crispy cauliflower steak bite set over a smooth smoky romesco sauce with toasted pine nuts.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Main Course: </w:t>
      </w:r>
      <w:r>
        <w:t>Handmade gluten-free sweet potato gnocchi tossed in a sage and vegan brown butter sauce, finished with crispy kale chips.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Dessert: </w:t>
      </w:r>
      <w:r>
        <w:t>Classic vanilla bean coconut panna cotta crowned with an exotic passion fruit coulis.</w:t>
      </w:r>
    </w:p>
    <w:p>
      <w:pPr>
        <w:spacing w:after="240"/>
      </w:pPr>
    </w:p>
    <w:p>
      <w:pPr>
        <w:pStyle w:val="DayHeader"/>
        <w:keepNext/>
        <w:spacing w:before="360" w:after="120"/>
      </w:pPr>
      <w:r>
        <w:t>DAY 3</w:t>
      </w:r>
    </w:p>
    <w:p>
      <w:pPr>
        <w:spacing w:after="160"/>
      </w:pPr>
      <w:r>
        <w:rPr>
          <w:color w:val="DCE1E5"/>
          <w:sz w:val="16"/>
        </w:rPr>
        <w:t>━━━━━━━━━━━━━━━━━━━━━━━━━━━━━━━━━━━━━━━━</w:t>
      </w:r>
    </w:p>
    <w:p>
      <w:pPr>
        <w:pStyle w:val="MealType"/>
        <w:spacing w:after="40"/>
      </w:pPr>
      <w:r>
        <w:t xml:space="preserve">Breakfast: </w:t>
      </w:r>
      <w:r>
        <w:rPr>
          <w:b w:val="0"/>
          <w:color w:val="333333"/>
        </w:rPr>
        <w:t>Silken tofu scramble mixed with baby spinach, blistered vine tomatoes, and vegan feta, accompanied by house-made potato hash browns.</w:t>
      </w:r>
    </w:p>
    <w:p>
      <w:pPr>
        <w:pStyle w:val="MealType"/>
        <w:spacing w:after="40"/>
      </w:pPr>
      <w:r>
        <w:t xml:space="preserve">Lunch: </w:t>
      </w:r>
      <w:r>
        <w:rPr>
          <w:b w:val="0"/>
          <w:color w:val="333333"/>
        </w:rPr>
        <w:t>Chilled Vietnamese summer rolls wrapped in rice paper, stuffed with crisp vegetables, mango, and mint, paired with a rich almond-butter dipping sauce.</w:t>
      </w:r>
    </w:p>
    <w:p>
      <w:pPr>
        <w:pStyle w:val="MealType"/>
        <w:spacing w:after="40"/>
      </w:pPr>
      <w:r>
        <w:t xml:space="preserve">Canapés: </w:t>
      </w:r>
      <w:r>
        <w:rPr>
          <w:b w:val="0"/>
          <w:color w:val="333333"/>
        </w:rPr>
        <w:t>Cucumber rounds topped with rich kalamata olive tapenade and micro-basil.</w:t>
      </w:r>
    </w:p>
    <w:p>
      <w:pPr>
        <w:pStyle w:val="MealType"/>
        <w:spacing w:after="40"/>
      </w:pPr>
      <w:r>
        <w:t>3-Course Dinner Service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Appetizer: </w:t>
      </w:r>
      <w:r>
        <w:t>Velvety roasted butternut squash soup infused with fresh ginger and coconut cream.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Main Course: </w:t>
      </w:r>
      <w:r>
        <w:t>Pan-seared king oyster mushroom 'scallops' served over a vibrant green pea purée with charred baby leeks.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Dessert: </w:t>
      </w:r>
      <w:r>
        <w:t>Deconstructed gluten-free key lime pie featuring an almond-date crust and whipped coconut cream.</w:t>
      </w:r>
    </w:p>
    <w:p>
      <w:pPr>
        <w:spacing w:after="240"/>
      </w:pPr>
    </w:p>
    <w:p>
      <w:pPr>
        <w:pStyle w:val="DayHeader"/>
        <w:keepNext/>
        <w:spacing w:before="360" w:after="120"/>
      </w:pPr>
      <w:r>
        <w:t>DAY 4</w:t>
      </w:r>
    </w:p>
    <w:p>
      <w:pPr>
        <w:spacing w:after="160"/>
      </w:pPr>
      <w:r>
        <w:rPr>
          <w:color w:val="DCE1E5"/>
          <w:sz w:val="16"/>
        </w:rPr>
        <w:t>━━━━━━━━━━━━━━━━━━━━━━━━━━━━━━━━━━━━━━━━</w:t>
      </w:r>
    </w:p>
    <w:p>
      <w:pPr>
        <w:pStyle w:val="MealType"/>
        <w:spacing w:after="40"/>
      </w:pPr>
      <w:r>
        <w:t xml:space="preserve">Breakfast: </w:t>
      </w:r>
      <w:r>
        <w:rPr>
          <w:b w:val="0"/>
          <w:color w:val="333333"/>
        </w:rPr>
        <w:t>Açai berry bowl beautifully arranged with gluten-free granola, sliced banana, kiwi, dragon fruit, and cacao nibs.</w:t>
      </w:r>
    </w:p>
    <w:p>
      <w:pPr>
        <w:pStyle w:val="MealType"/>
        <w:spacing w:after="40"/>
      </w:pPr>
      <w:r>
        <w:t xml:space="preserve">Lunch: </w:t>
      </w:r>
      <w:r>
        <w:rPr>
          <w:b w:val="0"/>
          <w:color w:val="333333"/>
        </w:rPr>
        <w:t>Mediterranean mezze platter featuring house-roasted garlic hummus, babaganoush, stuffed grape leaves, warm gluten-free pita bread, and a crisp cucumber-tomato salad.</w:t>
      </w:r>
    </w:p>
    <w:p>
      <w:pPr>
        <w:pStyle w:val="MealType"/>
        <w:spacing w:after="40"/>
      </w:pPr>
      <w:r>
        <w:t xml:space="preserve">Canapés: </w:t>
      </w:r>
      <w:r>
        <w:rPr>
          <w:b w:val="0"/>
          <w:color w:val="333333"/>
        </w:rPr>
        <w:t>Crispy baked risotto arancini balls stuffed with vegan mozzarella, served with a zesty pomodoro dip.</w:t>
      </w:r>
    </w:p>
    <w:p>
      <w:pPr>
        <w:pStyle w:val="MealType"/>
        <w:spacing w:after="40"/>
      </w:pPr>
      <w:r>
        <w:t>3-Course Dinner Service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Appetizer: </w:t>
      </w:r>
      <w:r>
        <w:t>Beetroot carpaccio thinly sliced and dressed with a citrus vinaigrette, toasted walnuts, and baby arugula.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Main Course: </w:t>
      </w:r>
      <w:r>
        <w:t>Thai green curry rich with coconut milk, baby corn, snap peas, and organic tofu, served alongside fragrant jasmine rice.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Dessert: </w:t>
      </w:r>
      <w:r>
        <w:t>Poached pear in spiced red wine syrup, served alongside dairy-free vanilla bean gelato.</w:t>
      </w:r>
    </w:p>
    <w:p>
      <w:pPr>
        <w:spacing w:after="240"/>
      </w:pPr>
    </w:p>
    <w:p>
      <w:pPr>
        <w:pStyle w:val="DayHeader"/>
        <w:keepNext/>
        <w:spacing w:before="360" w:after="120"/>
      </w:pPr>
      <w:r>
        <w:t>DAY 5</w:t>
      </w:r>
    </w:p>
    <w:p>
      <w:pPr>
        <w:spacing w:after="160"/>
      </w:pPr>
      <w:r>
        <w:rPr>
          <w:color w:val="DCE1E5"/>
          <w:sz w:val="16"/>
        </w:rPr>
        <w:t>━━━━━━━━━━━━━━━━━━━━━━━━━━━━━━━━━━━━━━━━</w:t>
      </w:r>
    </w:p>
    <w:p>
      <w:pPr>
        <w:pStyle w:val="MealType"/>
        <w:spacing w:after="40"/>
      </w:pPr>
      <w:r>
        <w:t xml:space="preserve">Breakfast: </w:t>
      </w:r>
      <w:r>
        <w:rPr>
          <w:b w:val="0"/>
          <w:color w:val="333333"/>
        </w:rPr>
        <w:t>Savory chickpea flour omelet stuffed with sautéed wild mushrooms, bell peppers, and vegan cheddar cheese.</w:t>
      </w:r>
    </w:p>
    <w:p>
      <w:pPr>
        <w:pStyle w:val="MealType"/>
        <w:spacing w:after="40"/>
      </w:pPr>
      <w:r>
        <w:t xml:space="preserve">Lunch: </w:t>
      </w:r>
      <w:r>
        <w:rPr>
          <w:b w:val="0"/>
          <w:color w:val="333333"/>
        </w:rPr>
        <w:t>Nourishing macro bowl featuring steamed edamame, marinated gluten-free tempeh, brown rice, avocado, pickled ginger, and a miso-sesame dressing.</w:t>
      </w:r>
    </w:p>
    <w:p>
      <w:pPr>
        <w:pStyle w:val="MealType"/>
        <w:spacing w:after="40"/>
      </w:pPr>
      <w:r>
        <w:t xml:space="preserve">Canapés: </w:t>
      </w:r>
      <w:r>
        <w:rPr>
          <w:b w:val="0"/>
          <w:color w:val="333333"/>
        </w:rPr>
        <w:t>Belgian endive spears filled with a crisp apple, celery, and walnut salad.</w:t>
      </w:r>
    </w:p>
    <w:p>
      <w:pPr>
        <w:pStyle w:val="MealType"/>
        <w:spacing w:after="40"/>
      </w:pPr>
      <w:r>
        <w:t>3-Course Dinner Service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Appetizer: </w:t>
      </w:r>
      <w:r>
        <w:t>Crispy zucchini blossoms stuffed with a seasoned cashew ricotta cream, lightly fried in a gluten-free tempura batter.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Main Course: </w:t>
      </w:r>
      <w:r>
        <w:t>Smoked eggplant caviar lasagna made with gluten-free pasta sheets, rich marinara, and a velvety macadamia-nut béchamel.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Dessert: </w:t>
      </w:r>
      <w:r>
        <w:t>Mango sticky rice served warm with sweet coconut reduction and toasted mung beans.</w:t>
      </w:r>
    </w:p>
    <w:p>
      <w:pPr>
        <w:spacing w:after="240"/>
      </w:pPr>
    </w:p>
    <w:p>
      <w:pPr>
        <w:pStyle w:val="DayHeader"/>
        <w:keepNext/>
        <w:spacing w:before="360" w:after="120"/>
      </w:pPr>
      <w:r>
        <w:t>DAY 6</w:t>
      </w:r>
    </w:p>
    <w:p>
      <w:pPr>
        <w:spacing w:after="160"/>
      </w:pPr>
      <w:r>
        <w:rPr>
          <w:color w:val="DCE1E5"/>
          <w:sz w:val="16"/>
        </w:rPr>
        <w:t>━━━━━━━━━━━━━━━━━━━━━━━━━━━━━━━━━━━━━━━━</w:t>
      </w:r>
    </w:p>
    <w:p>
      <w:pPr>
        <w:pStyle w:val="MealType"/>
        <w:spacing w:after="40"/>
      </w:pPr>
      <w:r>
        <w:t xml:space="preserve">Breakfast: </w:t>
      </w:r>
      <w:r>
        <w:rPr>
          <w:b w:val="0"/>
          <w:color w:val="333333"/>
        </w:rPr>
        <w:t>Warm certified gluten-free steel-cut oatmeal slow-cooked in almond milk, topped with caramelized bananas, pecans, and cinnamon.</w:t>
      </w:r>
    </w:p>
    <w:p>
      <w:pPr>
        <w:pStyle w:val="MealType"/>
        <w:spacing w:after="40"/>
      </w:pPr>
      <w:r>
        <w:t xml:space="preserve">Lunch: </w:t>
      </w:r>
      <w:r>
        <w:rPr>
          <w:b w:val="0"/>
          <w:color w:val="333333"/>
        </w:rPr>
        <w:t>Plant-based niçoise salad featuring grilled artichoke hearts, blanched green beans, fingerling potatoes, capers, and a lively Dijon vinaigrette.</w:t>
      </w:r>
    </w:p>
    <w:p>
      <w:pPr>
        <w:pStyle w:val="MealType"/>
        <w:spacing w:after="40"/>
      </w:pPr>
      <w:r>
        <w:t xml:space="preserve">Canapés: </w:t>
      </w:r>
      <w:r>
        <w:rPr>
          <w:b w:val="0"/>
          <w:color w:val="333333"/>
        </w:rPr>
        <w:t>Crispy grilled polenta bites topped with a sun-dried tomato and basil pesto.</w:t>
      </w:r>
    </w:p>
    <w:p>
      <w:pPr>
        <w:pStyle w:val="MealType"/>
        <w:spacing w:after="40"/>
      </w:pPr>
      <w:r>
        <w:t>3-Course Dinner Service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Appetizer: </w:t>
      </w:r>
      <w:r>
        <w:t>Creamy sweet corn chowder topped with smoky coconut bacon bits and fresh chives.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Main Course: </w:t>
      </w:r>
      <w:r>
        <w:t>Miso-glazed Japanese eggplant served with stir-fried bok choy, black sesame seeds, and forbidden black rice.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Dessert: </w:t>
      </w:r>
      <w:r>
        <w:t>Individual gluten-free apple tarte tatin accompanied by a creamy scoop of macadamia nut ice cream.</w:t>
      </w:r>
    </w:p>
    <w:p>
      <w:pPr>
        <w:spacing w:after="240"/>
      </w:pPr>
    </w:p>
    <w:p>
      <w:pPr>
        <w:pStyle w:val="DayHeader"/>
        <w:keepNext/>
        <w:spacing w:before="360" w:after="120"/>
      </w:pPr>
      <w:r>
        <w:t>DAY 7</w:t>
      </w:r>
    </w:p>
    <w:p>
      <w:pPr>
        <w:spacing w:after="160"/>
      </w:pPr>
      <w:r>
        <w:rPr>
          <w:color w:val="DCE1E5"/>
          <w:sz w:val="16"/>
        </w:rPr>
        <w:t>━━━━━━━━━━━━━━━━━━━━━━━━━━━━━━━━━━━━━━━━</w:t>
      </w:r>
    </w:p>
    <w:p>
      <w:pPr>
        <w:pStyle w:val="MealType"/>
        <w:spacing w:after="40"/>
      </w:pPr>
      <w:r>
        <w:t xml:space="preserve">Breakfast: </w:t>
      </w:r>
      <w:r>
        <w:rPr>
          <w:b w:val="0"/>
          <w:color w:val="333333"/>
        </w:rPr>
        <w:t>Gluten-free artisan French toast made with an almond milk custard, served with fresh mixed berries and organic agave nectar.</w:t>
      </w:r>
    </w:p>
    <w:p>
      <w:pPr>
        <w:pStyle w:val="MealType"/>
        <w:spacing w:after="40"/>
      </w:pPr>
      <w:r>
        <w:t xml:space="preserve">Lunch: </w:t>
      </w:r>
      <w:r>
        <w:rPr>
          <w:b w:val="0"/>
          <w:color w:val="333333"/>
        </w:rPr>
        <w:t>Artisanal grilled gluten-free flatbread topped with caramelized onions, fresh figs, vegan goat cheese, and a dark balsamic reduction.</w:t>
      </w:r>
    </w:p>
    <w:p>
      <w:pPr>
        <w:pStyle w:val="MealType"/>
        <w:spacing w:after="40"/>
      </w:pPr>
      <w:r>
        <w:t xml:space="preserve">Canapés: </w:t>
      </w:r>
      <w:r>
        <w:rPr>
          <w:b w:val="0"/>
          <w:color w:val="333333"/>
        </w:rPr>
        <w:t>Mini avocado mousse bites served in crisp, gluten-free savory mini cones dusted with smoky paprika.</w:t>
      </w:r>
    </w:p>
    <w:p>
      <w:pPr>
        <w:pStyle w:val="MealType"/>
        <w:spacing w:after="40"/>
      </w:pPr>
      <w:r>
        <w:t>3-Course Dinner Service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Appetizer: </w:t>
      </w:r>
      <w:r>
        <w:t>Gluten-free tempura vegetable platter including sweet potato and asparagus, served with a tamari-based tentsuyu dipping sauce.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Main Course: </w:t>
      </w:r>
      <w:r>
        <w:t>Moroccan vegetable tagine slow-cooked with apricots, chickpeas, and aromatic spices, layered over a bed of fluffy herbed quinoa.</w:t>
      </w:r>
    </w:p>
    <w:p>
      <w:pPr>
        <w:pStyle w:val="MenuBody"/>
        <w:spacing w:after="40"/>
        <w:ind w:left="360"/>
      </w:pPr>
      <w:r>
        <w:rPr>
          <w:b/>
          <w:color w:val="555555"/>
        </w:rPr>
        <w:t xml:space="preserve">•  Dessert: </w:t>
      </w:r>
      <w:r>
        <w:t>Crème brûlée made with a rich coconut custard base and a perfectly torched, brittle sugar crust.</w:t>
      </w:r>
    </w:p>
    <w:p>
      <w:pPr>
        <w:spacing w:after="240"/>
      </w:pP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nuTitle">
    <w:name w:val="MenuTitle"/>
    <w:rPr>
      <w:rFonts w:ascii="Georgia" w:hAnsi="Georgia"/>
      <w:b/>
      <w:color w:val="1B365D"/>
      <w:sz w:val="52"/>
    </w:rPr>
  </w:style>
  <w:style w:type="paragraph" w:customStyle="1" w:styleId="MenuSubtitle">
    <w:name w:val="MenuSubtitle"/>
    <w:rPr>
      <w:rFonts w:ascii="Arial" w:hAnsi="Arial"/>
      <w:i/>
      <w:color w:val="708090"/>
      <w:sz w:val="26"/>
    </w:rPr>
  </w:style>
  <w:style w:type="paragraph" w:customStyle="1" w:styleId="DayHeader">
    <w:name w:val="DayHeader"/>
    <w:rPr>
      <w:rFonts w:ascii="Georgia" w:hAnsi="Georgia"/>
      <w:b/>
      <w:color w:val="1B365D"/>
      <w:sz w:val="32"/>
    </w:rPr>
  </w:style>
  <w:style w:type="paragraph" w:customStyle="1" w:styleId="MealType">
    <w:name w:val="MealType"/>
    <w:rPr>
      <w:rFonts w:ascii="Arial" w:hAnsi="Arial"/>
      <w:b/>
      <w:color w:val="4A6B82"/>
      <w:sz w:val="22"/>
    </w:rPr>
  </w:style>
  <w:style w:type="paragraph" w:customStyle="1" w:styleId="MenuBody">
    <w:name w:val="MenuBody"/>
    <w:rPr>
      <w:rFonts w:ascii="Arial" w:hAnsi="Arial"/>
      <w:color w:val="333333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