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5"/>
        <w:gridCol w:w="5075"/>
      </w:tblGrid>
      <w:tr w:rsidR="00D65BED" w14:paraId="733EFE6E" w14:textId="77777777">
        <w:trPr>
          <w:jc w:val="center"/>
        </w:trPr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0428" w14:textId="77777777" w:rsidR="00D65BED" w:rsidRDefault="00000000">
            <w:r>
              <w:rPr>
                <w:rFonts w:ascii="Aptos Display" w:hAnsi="Aptos Display"/>
                <w:b/>
                <w:sz w:val="41"/>
              </w:rPr>
              <w:t>SUPER 7s CRICKET</w:t>
            </w:r>
          </w:p>
          <w:p w14:paraId="6001512A" w14:textId="77777777" w:rsidR="00D65BED" w:rsidRDefault="00000000">
            <w:r>
              <w:rPr>
                <w:rFonts w:ascii="Aptos Display" w:hAnsi="Aptos Display"/>
                <w:b/>
                <w:color w:val="C8102E"/>
                <w:sz w:val="30"/>
              </w:rPr>
              <w:t>QUICK GUIDE</w:t>
            </w:r>
          </w:p>
          <w:p w14:paraId="2D93A1E8" w14:textId="77777777" w:rsidR="00D65BED" w:rsidRDefault="00000000">
            <w:r>
              <w:rPr>
                <w:color w:val="666666"/>
              </w:rPr>
              <w:t>For Parents, Coaches &amp; Team Managers</w:t>
            </w: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1F78" w14:textId="77777777" w:rsidR="00D65BED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B334229" wp14:editId="087DEF25">
                  <wp:extent cx="969264" cy="969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cc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264" cy="96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DE7816" w14:textId="77777777" w:rsidR="00290C3E" w:rsidRDefault="00290C3E">
      <w:pPr>
        <w:spacing w:before="80" w:after="60" w:line="254" w:lineRule="auto"/>
      </w:pPr>
    </w:p>
    <w:p w14:paraId="7D70DB22" w14:textId="77777777" w:rsidR="00290C3E" w:rsidRDefault="00290C3E">
      <w:pPr>
        <w:spacing w:before="80" w:after="60" w:line="254" w:lineRule="auto"/>
      </w:pPr>
    </w:p>
    <w:p w14:paraId="52B3B8DF" w14:textId="7090C8B6" w:rsidR="00D65BED" w:rsidRPr="00290C3E" w:rsidRDefault="00000000">
      <w:pPr>
        <w:spacing w:before="80" w:after="60" w:line="254" w:lineRule="auto"/>
        <w:rPr>
          <w:sz w:val="22"/>
        </w:rPr>
      </w:pPr>
      <w:r w:rsidRPr="00290C3E">
        <w:rPr>
          <w:sz w:val="22"/>
        </w:rPr>
        <w:t xml:space="preserve">Super 7s is designed to introduce players to club cricket while keeping every child actively involved. All players should have the opportunity to bat, bowl and field, </w:t>
      </w:r>
      <w:r w:rsidRPr="00290C3E">
        <w:rPr>
          <w:b/>
          <w:sz w:val="22"/>
        </w:rPr>
        <w:t>with the emphasis on participation, skill development and enjoyment.</w:t>
      </w:r>
    </w:p>
    <w:p w14:paraId="35714C58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8"/>
          <w:szCs w:val="28"/>
        </w:rPr>
      </w:pPr>
    </w:p>
    <w:p w14:paraId="53C8270A" w14:textId="6187E537" w:rsidR="00D65BED" w:rsidRPr="00290C3E" w:rsidRDefault="00000000">
      <w:pPr>
        <w:keepNext/>
        <w:pBdr>
          <w:bottom w:val="single" w:sz="12" w:space="4" w:color="C8102E"/>
        </w:pBdr>
        <w:spacing w:before="140" w:after="80"/>
        <w:rPr>
          <w:sz w:val="28"/>
          <w:szCs w:val="28"/>
        </w:rPr>
      </w:pPr>
      <w:r w:rsidRPr="00290C3E">
        <w:rPr>
          <w:b/>
          <w:sz w:val="28"/>
          <w:szCs w:val="28"/>
        </w:rPr>
        <w:t>MATCH FORMAT - AT A GLANCE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0"/>
      </w:tblGrid>
      <w:tr w:rsidR="00D65BED" w14:paraId="5F987BC6" w14:textId="77777777">
        <w:trPr>
          <w:jc w:val="center"/>
        </w:trPr>
        <w:tc>
          <w:tcPr>
            <w:tcW w:w="10150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7F7F7"/>
            <w:tcMar>
              <w:top w:w="100" w:type="dxa"/>
              <w:left w:w="130" w:type="dxa"/>
              <w:bottom w:w="95" w:type="dxa"/>
              <w:right w:w="130" w:type="dxa"/>
            </w:tcMar>
          </w:tcPr>
          <w:p w14:paraId="408E9747" w14:textId="77777777" w:rsidR="00D65BED" w:rsidRPr="00290C3E" w:rsidRDefault="00000000">
            <w:pPr>
              <w:spacing w:after="20" w:line="245" w:lineRule="auto"/>
              <w:rPr>
                <w:sz w:val="22"/>
              </w:rPr>
            </w:pPr>
            <w:r w:rsidRPr="00290C3E">
              <w:rPr>
                <w:b/>
                <w:sz w:val="22"/>
              </w:rPr>
              <w:t xml:space="preserve">Team size: </w:t>
            </w:r>
            <w:r w:rsidRPr="00290C3E">
              <w:rPr>
                <w:sz w:val="22"/>
              </w:rPr>
              <w:t>7 players recommended. Teams can operate with 5-9 players.</w:t>
            </w:r>
          </w:p>
          <w:p w14:paraId="394E672B" w14:textId="77777777" w:rsidR="00D65BED" w:rsidRPr="00290C3E" w:rsidRDefault="00000000">
            <w:pPr>
              <w:spacing w:after="20" w:line="245" w:lineRule="auto"/>
              <w:rPr>
                <w:sz w:val="22"/>
              </w:rPr>
            </w:pPr>
            <w:r w:rsidRPr="00290C3E">
              <w:rPr>
                <w:b/>
                <w:sz w:val="22"/>
              </w:rPr>
              <w:t xml:space="preserve">Maximum fielders: </w:t>
            </w:r>
            <w:r w:rsidRPr="00290C3E">
              <w:rPr>
                <w:sz w:val="22"/>
              </w:rPr>
              <w:t>7 players on the field at one time.</w:t>
            </w:r>
          </w:p>
          <w:p w14:paraId="0FD8B770" w14:textId="77777777" w:rsidR="00D65BED" w:rsidRPr="00290C3E" w:rsidRDefault="00000000">
            <w:pPr>
              <w:spacing w:after="20" w:line="245" w:lineRule="auto"/>
              <w:rPr>
                <w:sz w:val="22"/>
              </w:rPr>
            </w:pPr>
            <w:r w:rsidRPr="00290C3E">
              <w:rPr>
                <w:b/>
                <w:sz w:val="22"/>
              </w:rPr>
              <w:t xml:space="preserve">Ball: </w:t>
            </w:r>
            <w:r w:rsidRPr="00290C3E">
              <w:rPr>
                <w:sz w:val="22"/>
              </w:rPr>
              <w:t>BHRDCA-approved soft ball.</w:t>
            </w:r>
          </w:p>
          <w:p w14:paraId="0801FCDD" w14:textId="77777777" w:rsidR="00D65BED" w:rsidRPr="00290C3E" w:rsidRDefault="00000000">
            <w:pPr>
              <w:spacing w:after="20" w:line="245" w:lineRule="auto"/>
              <w:rPr>
                <w:sz w:val="22"/>
              </w:rPr>
            </w:pPr>
            <w:r w:rsidRPr="00290C3E">
              <w:rPr>
                <w:b/>
                <w:sz w:val="22"/>
              </w:rPr>
              <w:t xml:space="preserve">Pitch length: </w:t>
            </w:r>
            <w:r w:rsidRPr="00290C3E">
              <w:rPr>
                <w:sz w:val="22"/>
              </w:rPr>
              <w:t>16m.</w:t>
            </w:r>
          </w:p>
          <w:p w14:paraId="4F4E4E1A" w14:textId="77777777" w:rsidR="00D65BED" w:rsidRPr="00290C3E" w:rsidRDefault="00000000">
            <w:pPr>
              <w:spacing w:after="20" w:line="245" w:lineRule="auto"/>
              <w:rPr>
                <w:sz w:val="22"/>
              </w:rPr>
            </w:pPr>
            <w:r w:rsidRPr="00290C3E">
              <w:rPr>
                <w:b/>
                <w:sz w:val="22"/>
              </w:rPr>
              <w:t xml:space="preserve">Boundary: </w:t>
            </w:r>
            <w:r w:rsidRPr="00290C3E">
              <w:rPr>
                <w:sz w:val="22"/>
              </w:rPr>
              <w:t>Maximum 40m from the batter's stumps.</w:t>
            </w:r>
          </w:p>
          <w:p w14:paraId="0A170E8B" w14:textId="77777777" w:rsidR="00D65BED" w:rsidRPr="00290C3E" w:rsidRDefault="00000000">
            <w:pPr>
              <w:spacing w:after="20" w:line="245" w:lineRule="auto"/>
              <w:rPr>
                <w:sz w:val="22"/>
              </w:rPr>
            </w:pPr>
            <w:r w:rsidRPr="00290C3E">
              <w:rPr>
                <w:b/>
                <w:sz w:val="22"/>
              </w:rPr>
              <w:t xml:space="preserve">Match time: </w:t>
            </w:r>
            <w:r w:rsidRPr="00290C3E">
              <w:rPr>
                <w:sz w:val="22"/>
              </w:rPr>
              <w:t>Maximum 2 hours.</w:t>
            </w:r>
          </w:p>
          <w:p w14:paraId="3195AED5" w14:textId="77777777" w:rsidR="00D65BED" w:rsidRPr="00290C3E" w:rsidRDefault="00000000">
            <w:pPr>
              <w:spacing w:after="20" w:line="245" w:lineRule="auto"/>
              <w:rPr>
                <w:sz w:val="22"/>
              </w:rPr>
            </w:pPr>
            <w:r w:rsidRPr="00290C3E">
              <w:rPr>
                <w:b/>
                <w:sz w:val="22"/>
              </w:rPr>
              <w:t xml:space="preserve">Innings: </w:t>
            </w:r>
            <w:r w:rsidRPr="00290C3E">
              <w:rPr>
                <w:sz w:val="22"/>
              </w:rPr>
              <w:t>Maximum 20 overs or 60 minutes per team.</w:t>
            </w:r>
          </w:p>
          <w:p w14:paraId="5660EE08" w14:textId="77777777" w:rsidR="00D65BED" w:rsidRDefault="00000000">
            <w:pPr>
              <w:spacing w:after="20" w:line="245" w:lineRule="auto"/>
            </w:pPr>
            <w:r w:rsidRPr="00290C3E">
              <w:rPr>
                <w:b/>
                <w:sz w:val="22"/>
              </w:rPr>
              <w:t xml:space="preserve">Batting (7 players): </w:t>
            </w:r>
            <w:r w:rsidRPr="00290C3E">
              <w:rPr>
                <w:sz w:val="22"/>
              </w:rPr>
              <w:t>Retire after 17 balls.</w:t>
            </w:r>
          </w:p>
        </w:tc>
      </w:tr>
    </w:tbl>
    <w:p w14:paraId="17EB368E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8"/>
          <w:szCs w:val="28"/>
        </w:rPr>
      </w:pPr>
    </w:p>
    <w:p w14:paraId="77D15715" w14:textId="6981140D" w:rsidR="00D65BED" w:rsidRPr="00290C3E" w:rsidRDefault="00000000">
      <w:pPr>
        <w:keepNext/>
        <w:pBdr>
          <w:bottom w:val="single" w:sz="12" w:space="4" w:color="C8102E"/>
        </w:pBdr>
        <w:spacing w:before="140" w:after="80"/>
        <w:rPr>
          <w:sz w:val="28"/>
          <w:szCs w:val="28"/>
        </w:rPr>
      </w:pPr>
      <w:r w:rsidRPr="00290C3E">
        <w:rPr>
          <w:b/>
          <w:sz w:val="28"/>
          <w:szCs w:val="28"/>
        </w:rPr>
        <w:t>BATTING</w:t>
      </w:r>
    </w:p>
    <w:p w14:paraId="3506C002" w14:textId="77777777" w:rsidR="00D65BED" w:rsidRPr="00290C3E" w:rsidRDefault="00000000">
      <w:pPr>
        <w:keepLines/>
        <w:spacing w:after="22" w:line="245" w:lineRule="auto"/>
        <w:ind w:left="230" w:hanging="144"/>
        <w:rPr>
          <w:sz w:val="22"/>
        </w:rPr>
      </w:pPr>
      <w:r w:rsidRPr="00290C3E">
        <w:rPr>
          <w:sz w:val="22"/>
        </w:rPr>
        <w:t xml:space="preserve">• </w:t>
      </w:r>
      <w:r w:rsidRPr="00290C3E">
        <w:rPr>
          <w:b/>
          <w:sz w:val="22"/>
        </w:rPr>
        <w:t>For a 7-player team,</w:t>
      </w:r>
      <w:r w:rsidRPr="00290C3E">
        <w:rPr>
          <w:sz w:val="22"/>
        </w:rPr>
        <w:t xml:space="preserve"> each batter retires after 17 balls.</w:t>
      </w:r>
    </w:p>
    <w:p w14:paraId="5F00DE79" w14:textId="77777777" w:rsidR="00D65BED" w:rsidRPr="00290C3E" w:rsidRDefault="00000000">
      <w:pPr>
        <w:keepLines/>
        <w:spacing w:after="22" w:line="245" w:lineRule="auto"/>
        <w:ind w:left="230" w:hanging="144"/>
        <w:rPr>
          <w:sz w:val="22"/>
        </w:rPr>
      </w:pPr>
      <w:r w:rsidRPr="00290C3E">
        <w:rPr>
          <w:sz w:val="22"/>
        </w:rPr>
        <w:t xml:space="preserve">• </w:t>
      </w:r>
      <w:r w:rsidRPr="00290C3E">
        <w:rPr>
          <w:b/>
          <w:sz w:val="22"/>
        </w:rPr>
        <w:t>All balls count</w:t>
      </w:r>
      <w:r w:rsidRPr="00290C3E">
        <w:rPr>
          <w:sz w:val="22"/>
        </w:rPr>
        <w:t xml:space="preserve"> towards the batter's allocation, including wides and no-balls.</w:t>
      </w:r>
    </w:p>
    <w:p w14:paraId="3F63A851" w14:textId="77777777" w:rsidR="00D65BED" w:rsidRPr="00290C3E" w:rsidRDefault="00000000">
      <w:pPr>
        <w:keepLines/>
        <w:spacing w:after="22" w:line="245" w:lineRule="auto"/>
        <w:ind w:left="230" w:hanging="144"/>
        <w:rPr>
          <w:sz w:val="22"/>
        </w:rPr>
      </w:pPr>
      <w:r w:rsidRPr="00290C3E">
        <w:rPr>
          <w:sz w:val="22"/>
        </w:rPr>
        <w:t>• An extra ball can be bowled if needed to complete the full innings quota (for example, the 120th ball).</w:t>
      </w:r>
    </w:p>
    <w:p w14:paraId="6D3CF587" w14:textId="77777777" w:rsidR="00D65BED" w:rsidRPr="00290C3E" w:rsidRDefault="00000000">
      <w:pPr>
        <w:keepLines/>
        <w:spacing w:after="22" w:line="245" w:lineRule="auto"/>
        <w:ind w:left="230" w:hanging="144"/>
        <w:rPr>
          <w:sz w:val="22"/>
        </w:rPr>
      </w:pPr>
      <w:r w:rsidRPr="00290C3E">
        <w:rPr>
          <w:sz w:val="22"/>
        </w:rPr>
        <w:t xml:space="preserve">• Dismissals are </w:t>
      </w:r>
      <w:r w:rsidRPr="007D18C5">
        <w:rPr>
          <w:b/>
          <w:bCs/>
          <w:sz w:val="22"/>
        </w:rPr>
        <w:t>unlimited</w:t>
      </w:r>
      <w:r w:rsidRPr="00290C3E">
        <w:rPr>
          <w:sz w:val="22"/>
        </w:rPr>
        <w:t xml:space="preserve"> and the innings continues until the full quota of balls has been faced.</w:t>
      </w:r>
    </w:p>
    <w:p w14:paraId="56A42E88" w14:textId="77777777" w:rsidR="00D65BED" w:rsidRPr="00290C3E" w:rsidRDefault="00000000">
      <w:pPr>
        <w:spacing w:before="50" w:after="20"/>
        <w:rPr>
          <w:sz w:val="22"/>
        </w:rPr>
      </w:pPr>
      <w:r w:rsidRPr="00290C3E">
        <w:rPr>
          <w:b/>
          <w:color w:val="C8102E"/>
          <w:sz w:val="22"/>
        </w:rPr>
        <w:t>Protective Equipment</w:t>
      </w:r>
    </w:p>
    <w:p w14:paraId="739A0639" w14:textId="2DAC188E" w:rsidR="00D65BED" w:rsidRPr="00290C3E" w:rsidRDefault="00000000">
      <w:pPr>
        <w:keepLines/>
        <w:spacing w:after="14" w:line="245" w:lineRule="auto"/>
        <w:ind w:left="230" w:hanging="144"/>
        <w:rPr>
          <w:sz w:val="22"/>
        </w:rPr>
      </w:pPr>
      <w:r w:rsidRPr="00290C3E">
        <w:rPr>
          <w:sz w:val="22"/>
        </w:rPr>
        <w:t>• Helmet with grill (including wicket keeper).</w:t>
      </w:r>
    </w:p>
    <w:p w14:paraId="76EDAB58" w14:textId="77777777" w:rsidR="00D65BED" w:rsidRDefault="00000000">
      <w:pPr>
        <w:keepLines/>
        <w:spacing w:after="14" w:line="245" w:lineRule="auto"/>
        <w:ind w:left="230" w:hanging="144"/>
      </w:pPr>
      <w:r w:rsidRPr="00290C3E">
        <w:rPr>
          <w:sz w:val="22"/>
        </w:rPr>
        <w:t>• Batting pads, gloves and protector.</w:t>
      </w:r>
    </w:p>
    <w:p w14:paraId="39829481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8"/>
          <w:szCs w:val="28"/>
        </w:rPr>
      </w:pPr>
    </w:p>
    <w:p w14:paraId="16D34BE1" w14:textId="3598946B" w:rsidR="00D65BED" w:rsidRPr="00290C3E" w:rsidRDefault="00000000">
      <w:pPr>
        <w:keepNext/>
        <w:pBdr>
          <w:bottom w:val="single" w:sz="12" w:space="4" w:color="C8102E"/>
        </w:pBdr>
        <w:spacing w:before="140" w:after="80"/>
        <w:rPr>
          <w:sz w:val="28"/>
          <w:szCs w:val="28"/>
        </w:rPr>
      </w:pPr>
      <w:r w:rsidRPr="00290C3E">
        <w:rPr>
          <w:b/>
          <w:sz w:val="28"/>
          <w:szCs w:val="28"/>
        </w:rPr>
        <w:t>BOWLING</w:t>
      </w:r>
    </w:p>
    <w:p w14:paraId="4312A26C" w14:textId="77777777" w:rsidR="00D65BED" w:rsidRPr="00290C3E" w:rsidRDefault="00000000">
      <w:pPr>
        <w:keepLines/>
        <w:spacing w:after="22" w:line="245" w:lineRule="auto"/>
        <w:ind w:left="230" w:hanging="144"/>
        <w:rPr>
          <w:sz w:val="22"/>
        </w:rPr>
      </w:pPr>
      <w:r w:rsidRPr="00290C3E">
        <w:rPr>
          <w:sz w:val="22"/>
        </w:rPr>
        <w:t xml:space="preserve">• </w:t>
      </w:r>
      <w:r w:rsidRPr="00290C3E">
        <w:rPr>
          <w:b/>
          <w:sz w:val="22"/>
        </w:rPr>
        <w:t>Every player must bowl</w:t>
      </w:r>
      <w:r w:rsidRPr="00290C3E">
        <w:rPr>
          <w:sz w:val="22"/>
        </w:rPr>
        <w:t>, including players who wicket keep.</w:t>
      </w:r>
    </w:p>
    <w:p w14:paraId="3CEDDF1A" w14:textId="77777777" w:rsidR="00D65BED" w:rsidRPr="00290C3E" w:rsidRDefault="00000000">
      <w:pPr>
        <w:keepLines/>
        <w:spacing w:after="22" w:line="245" w:lineRule="auto"/>
        <w:ind w:left="230" w:hanging="144"/>
        <w:rPr>
          <w:sz w:val="22"/>
        </w:rPr>
      </w:pPr>
      <w:r w:rsidRPr="00290C3E">
        <w:rPr>
          <w:sz w:val="22"/>
        </w:rPr>
        <w:t xml:space="preserve">• </w:t>
      </w:r>
      <w:r w:rsidRPr="00290C3E">
        <w:rPr>
          <w:b/>
          <w:sz w:val="22"/>
        </w:rPr>
        <w:t>Maximum 4 overs</w:t>
      </w:r>
      <w:r w:rsidRPr="00290C3E">
        <w:rPr>
          <w:sz w:val="22"/>
        </w:rPr>
        <w:t xml:space="preserve"> per player.</w:t>
      </w:r>
    </w:p>
    <w:p w14:paraId="0C94C86F" w14:textId="77777777" w:rsidR="00D65BED" w:rsidRPr="00290C3E" w:rsidRDefault="00000000">
      <w:pPr>
        <w:keepLines/>
        <w:spacing w:after="22" w:line="245" w:lineRule="auto"/>
        <w:ind w:left="230" w:hanging="144"/>
        <w:rPr>
          <w:sz w:val="22"/>
        </w:rPr>
      </w:pPr>
      <w:r w:rsidRPr="00290C3E">
        <w:rPr>
          <w:sz w:val="22"/>
        </w:rPr>
        <w:t xml:space="preserve">• </w:t>
      </w:r>
      <w:r w:rsidRPr="00290C3E">
        <w:rPr>
          <w:b/>
          <w:sz w:val="22"/>
        </w:rPr>
        <w:t>Maximum 6 deliveries per over.</w:t>
      </w:r>
      <w:r w:rsidRPr="00290C3E">
        <w:rPr>
          <w:sz w:val="22"/>
        </w:rPr>
        <w:t xml:space="preserve"> Wides and no-balls are included within the 6-ball over.</w:t>
      </w:r>
    </w:p>
    <w:p w14:paraId="42D9F196" w14:textId="01DC25BB" w:rsidR="00D65BED" w:rsidRPr="00AA5111" w:rsidRDefault="00000000">
      <w:pPr>
        <w:keepLines/>
        <w:spacing w:after="22" w:line="245" w:lineRule="auto"/>
        <w:ind w:left="230" w:hanging="144"/>
      </w:pPr>
      <w:r w:rsidRPr="00290C3E">
        <w:rPr>
          <w:sz w:val="22"/>
        </w:rPr>
        <w:t>• Bowlers bowl from one end only</w:t>
      </w:r>
      <w:r w:rsidR="007D18C5">
        <w:rPr>
          <w:sz w:val="22"/>
        </w:rPr>
        <w:t>.</w:t>
      </w:r>
    </w:p>
    <w:p w14:paraId="3E15E83A" w14:textId="77777777" w:rsidR="00D65BED" w:rsidRDefault="00000000">
      <w:pPr>
        <w:keepNext/>
        <w:pageBreakBefore/>
        <w:pBdr>
          <w:bottom w:val="single" w:sz="12" w:space="4" w:color="C8102E"/>
        </w:pBdr>
        <w:spacing w:after="80"/>
      </w:pPr>
      <w:r>
        <w:rPr>
          <w:rFonts w:ascii="Aptos Display" w:hAnsi="Aptos Display"/>
          <w:b/>
          <w:sz w:val="32"/>
        </w:rPr>
        <w:lastRenderedPageBreak/>
        <w:t>SUPER 7s CRICKET - GAME-DAY GUIDE</w:t>
      </w:r>
    </w:p>
    <w:p w14:paraId="7B3DFE58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697ABFA7" w14:textId="61EDCF7E" w:rsidR="00D65BED" w:rsidRDefault="00000000">
      <w:pPr>
        <w:keepNext/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FIELDING</w:t>
      </w:r>
    </w:p>
    <w:p w14:paraId="2517478E" w14:textId="77777777" w:rsidR="00D65BED" w:rsidRDefault="00000000">
      <w:pPr>
        <w:keepLines/>
        <w:spacing w:after="22" w:line="245" w:lineRule="auto"/>
        <w:ind w:left="230" w:hanging="144"/>
      </w:pPr>
      <w:r>
        <w:t xml:space="preserve">• </w:t>
      </w:r>
      <w:r>
        <w:rPr>
          <w:b/>
        </w:rPr>
        <w:t>Maximum 7 players</w:t>
      </w:r>
      <w:r>
        <w:t xml:space="preserve"> can field at one time.</w:t>
      </w:r>
    </w:p>
    <w:p w14:paraId="0920DCEB" w14:textId="77777777" w:rsidR="00D65BED" w:rsidRDefault="00000000">
      <w:pPr>
        <w:keepLines/>
        <w:spacing w:after="22" w:line="245" w:lineRule="auto"/>
        <w:ind w:left="230" w:hanging="144"/>
      </w:pPr>
      <w:r>
        <w:t>• If a team has more than 7 players, rotate players on and off the field.</w:t>
      </w:r>
    </w:p>
    <w:p w14:paraId="4CC7DE0A" w14:textId="77777777" w:rsidR="00D65BED" w:rsidRDefault="00000000">
      <w:pPr>
        <w:keepLines/>
        <w:spacing w:after="22" w:line="245" w:lineRule="auto"/>
        <w:ind w:left="230" w:hanging="144"/>
      </w:pPr>
      <w:r>
        <w:t>• Fielders should be rotated through different positions so they experience different parts of the game.</w:t>
      </w:r>
    </w:p>
    <w:p w14:paraId="2A9E0817" w14:textId="77777777" w:rsidR="00D65BED" w:rsidRDefault="00000000">
      <w:pPr>
        <w:keepLines/>
        <w:spacing w:after="22" w:line="245" w:lineRule="auto"/>
        <w:ind w:left="230" w:hanging="144"/>
      </w:pPr>
      <w:r>
        <w:t xml:space="preserve">• </w:t>
      </w:r>
      <w:r>
        <w:rPr>
          <w:b/>
        </w:rPr>
        <w:t>No fielder should stand within 15m</w:t>
      </w:r>
      <w:r>
        <w:t xml:space="preserve"> of the batter or another fielder, except the wicket keeper.</w:t>
      </w:r>
    </w:p>
    <w:p w14:paraId="1C25349F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0BA927C3" w14:textId="568A8BE2" w:rsidR="00D65BED" w:rsidRDefault="00000000">
      <w:pPr>
        <w:keepNext/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WICKET KEEPING</w:t>
      </w:r>
    </w:p>
    <w:p w14:paraId="7367094D" w14:textId="77777777" w:rsidR="00D65BED" w:rsidRDefault="00000000">
      <w:pPr>
        <w:keepLines/>
        <w:spacing w:after="22" w:line="245" w:lineRule="auto"/>
        <w:ind w:left="230" w:hanging="144"/>
      </w:pPr>
      <w:r>
        <w:t xml:space="preserve">• </w:t>
      </w:r>
      <w:r>
        <w:rPr>
          <w:b/>
        </w:rPr>
        <w:t>Two wicket keepers</w:t>
      </w:r>
      <w:r>
        <w:t xml:space="preserve"> are required during each innings.</w:t>
      </w:r>
    </w:p>
    <w:p w14:paraId="52DCC848" w14:textId="77777777" w:rsidR="00D65BED" w:rsidRDefault="00000000">
      <w:pPr>
        <w:keepLines/>
        <w:spacing w:after="22" w:line="245" w:lineRule="auto"/>
        <w:ind w:left="230" w:hanging="144"/>
      </w:pPr>
      <w:r>
        <w:t>• Keeper 1: approximately 10 overs.</w:t>
      </w:r>
    </w:p>
    <w:p w14:paraId="7AFC4EFD" w14:textId="77777777" w:rsidR="00D65BED" w:rsidRDefault="00000000">
      <w:pPr>
        <w:keepLines/>
        <w:spacing w:after="22" w:line="245" w:lineRule="auto"/>
        <w:ind w:left="230" w:hanging="144"/>
      </w:pPr>
      <w:r>
        <w:t>• Keeper 2: approximately 10 overs.</w:t>
      </w:r>
    </w:p>
    <w:p w14:paraId="3C6F4223" w14:textId="77777777" w:rsidR="00D65BED" w:rsidRDefault="00000000">
      <w:pPr>
        <w:keepLines/>
        <w:spacing w:after="22" w:line="245" w:lineRule="auto"/>
        <w:ind w:left="230" w:hanging="144"/>
      </w:pPr>
      <w:r>
        <w:t>• Wicket keepers must also bowl during the innings.</w:t>
      </w:r>
    </w:p>
    <w:p w14:paraId="40E4CA7C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134906DE" w14:textId="5A60713B" w:rsidR="00D65BED" w:rsidRDefault="00000000">
      <w:pPr>
        <w:keepNext/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PLAYER NUMBERS - BATTING &amp; BOWLING ALLOCATION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3"/>
        <w:gridCol w:w="3383"/>
        <w:gridCol w:w="3383"/>
      </w:tblGrid>
      <w:tr w:rsidR="00D65BED" w14:paraId="243338F0" w14:textId="77777777">
        <w:trPr>
          <w:tblHeader/>
          <w:jc w:val="center"/>
        </w:trPr>
        <w:tc>
          <w:tcPr>
            <w:tcW w:w="3383" w:type="dxa"/>
            <w:tcBorders>
              <w:top w:val="single" w:sz="5" w:space="0" w:color="111111"/>
              <w:left w:val="single" w:sz="5" w:space="0" w:color="111111"/>
              <w:bottom w:val="single" w:sz="5" w:space="0" w:color="111111"/>
              <w:right w:val="single" w:sz="5" w:space="0" w:color="111111"/>
            </w:tcBorders>
            <w:shd w:val="clear" w:color="auto" w:fill="C8102E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14:paraId="7399376E" w14:textId="77777777" w:rsidR="00D65BE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Players</w:t>
            </w:r>
          </w:p>
        </w:tc>
        <w:tc>
          <w:tcPr>
            <w:tcW w:w="3383" w:type="dxa"/>
            <w:tcBorders>
              <w:top w:val="single" w:sz="5" w:space="0" w:color="111111"/>
              <w:left w:val="single" w:sz="5" w:space="0" w:color="111111"/>
              <w:bottom w:val="single" w:sz="5" w:space="0" w:color="111111"/>
              <w:right w:val="single" w:sz="5" w:space="0" w:color="111111"/>
            </w:tcBorders>
            <w:shd w:val="clear" w:color="auto" w:fill="C8102E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14:paraId="57F06D6C" w14:textId="77777777" w:rsidR="00D65BE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Bowling Allocation</w:t>
            </w:r>
          </w:p>
        </w:tc>
        <w:tc>
          <w:tcPr>
            <w:tcW w:w="3383" w:type="dxa"/>
            <w:tcBorders>
              <w:top w:val="single" w:sz="5" w:space="0" w:color="111111"/>
              <w:left w:val="single" w:sz="5" w:space="0" w:color="111111"/>
              <w:bottom w:val="single" w:sz="5" w:space="0" w:color="111111"/>
              <w:right w:val="single" w:sz="5" w:space="0" w:color="111111"/>
            </w:tcBorders>
            <w:shd w:val="clear" w:color="auto" w:fill="C8102E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14:paraId="3DA2A8D1" w14:textId="77777777" w:rsidR="00D65BE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Batter Retires After</w:t>
            </w:r>
          </w:p>
        </w:tc>
      </w:tr>
      <w:tr w:rsidR="00D65BED" w14:paraId="4BCF7A2C" w14:textId="77777777">
        <w:trPr>
          <w:jc w:val="center"/>
        </w:trPr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5C1C0EF3" w14:textId="77777777" w:rsidR="00D65BED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3B767039" w14:textId="77777777" w:rsidR="00D65BED" w:rsidRDefault="00000000">
            <w:pPr>
              <w:jc w:val="center"/>
            </w:pPr>
            <w:r>
              <w:rPr>
                <w:sz w:val="17"/>
              </w:rPr>
              <w:t>5 x 4 overs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49BBFC6B" w14:textId="77777777" w:rsidR="00D65BED" w:rsidRDefault="00000000">
            <w:pPr>
              <w:jc w:val="center"/>
            </w:pPr>
            <w:r>
              <w:rPr>
                <w:sz w:val="17"/>
              </w:rPr>
              <w:t>24 balls</w:t>
            </w:r>
          </w:p>
        </w:tc>
      </w:tr>
      <w:tr w:rsidR="00D65BED" w14:paraId="321F627C" w14:textId="77777777">
        <w:trPr>
          <w:jc w:val="center"/>
        </w:trPr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718EDA00" w14:textId="77777777" w:rsidR="00D65BED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104E210C" w14:textId="77777777" w:rsidR="00D65BED" w:rsidRDefault="00000000">
            <w:pPr>
              <w:jc w:val="center"/>
            </w:pPr>
            <w:r>
              <w:rPr>
                <w:sz w:val="17"/>
              </w:rPr>
              <w:t>2 x 4, 4 x 3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20568455" w14:textId="77777777" w:rsidR="00D65BED" w:rsidRDefault="00000000">
            <w:pPr>
              <w:jc w:val="center"/>
            </w:pPr>
            <w:r>
              <w:rPr>
                <w:sz w:val="17"/>
              </w:rPr>
              <w:t>20 balls</w:t>
            </w:r>
          </w:p>
        </w:tc>
      </w:tr>
      <w:tr w:rsidR="00D65BED" w14:paraId="4880D1C4" w14:textId="77777777">
        <w:trPr>
          <w:jc w:val="center"/>
        </w:trPr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7911EBF6" w14:textId="77777777" w:rsidR="00D65BED" w:rsidRDefault="00000000">
            <w:pPr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3F96300F" w14:textId="77777777" w:rsidR="00D65BED" w:rsidRDefault="00000000">
            <w:pPr>
              <w:jc w:val="center"/>
            </w:pPr>
            <w:r>
              <w:rPr>
                <w:sz w:val="17"/>
              </w:rPr>
              <w:t>3 x 4, 2 x 3, 2 x 1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7FBE744E" w14:textId="77777777" w:rsidR="00D65BED" w:rsidRDefault="00000000">
            <w:pPr>
              <w:jc w:val="center"/>
            </w:pPr>
            <w:r>
              <w:rPr>
                <w:b/>
                <w:sz w:val="17"/>
              </w:rPr>
              <w:t>17 balls</w:t>
            </w:r>
          </w:p>
        </w:tc>
      </w:tr>
      <w:tr w:rsidR="00D65BED" w14:paraId="7E9ED91C" w14:textId="77777777">
        <w:trPr>
          <w:jc w:val="center"/>
        </w:trPr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10FC28BE" w14:textId="77777777" w:rsidR="00D65BED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34B3C103" w14:textId="77777777" w:rsidR="00D65BED" w:rsidRDefault="00000000">
            <w:pPr>
              <w:jc w:val="center"/>
            </w:pPr>
            <w:r>
              <w:rPr>
                <w:sz w:val="17"/>
              </w:rPr>
              <w:t>6 x 3, 2 x 1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6F006E92" w14:textId="77777777" w:rsidR="00D65BED" w:rsidRDefault="00000000">
            <w:pPr>
              <w:jc w:val="center"/>
            </w:pPr>
            <w:r>
              <w:rPr>
                <w:sz w:val="17"/>
              </w:rPr>
              <w:t>15 balls</w:t>
            </w:r>
          </w:p>
        </w:tc>
      </w:tr>
      <w:tr w:rsidR="00D65BED" w14:paraId="53576C6E" w14:textId="77777777">
        <w:trPr>
          <w:jc w:val="center"/>
        </w:trPr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2EFC13F7" w14:textId="77777777" w:rsidR="00D65BED" w:rsidRDefault="00000000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1796A9E6" w14:textId="77777777" w:rsidR="00D65BED" w:rsidRDefault="00000000">
            <w:pPr>
              <w:jc w:val="center"/>
            </w:pPr>
            <w:r>
              <w:rPr>
                <w:sz w:val="17"/>
              </w:rPr>
              <w:t>4 x 3, 3 x 2, 2 x 1</w:t>
            </w:r>
          </w:p>
        </w:tc>
        <w:tc>
          <w:tcPr>
            <w:tcW w:w="3383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FFFFF"/>
            <w:tcMar>
              <w:top w:w="65" w:type="dxa"/>
              <w:left w:w="80" w:type="dxa"/>
              <w:bottom w:w="55" w:type="dxa"/>
              <w:right w:w="80" w:type="dxa"/>
            </w:tcMar>
            <w:vAlign w:val="center"/>
          </w:tcPr>
          <w:p w14:paraId="0A0094C1" w14:textId="77777777" w:rsidR="00D65BED" w:rsidRDefault="00000000">
            <w:pPr>
              <w:jc w:val="center"/>
            </w:pPr>
            <w:r>
              <w:rPr>
                <w:sz w:val="17"/>
              </w:rPr>
              <w:t>13 balls</w:t>
            </w:r>
          </w:p>
        </w:tc>
      </w:tr>
    </w:tbl>
    <w:p w14:paraId="6084AC2E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5BE79A44" w14:textId="1453738D" w:rsidR="00D65BED" w:rsidRPr="00290C3E" w:rsidRDefault="00000000">
      <w:pPr>
        <w:keepNext/>
        <w:pBdr>
          <w:bottom w:val="single" w:sz="12" w:space="4" w:color="C8102E"/>
        </w:pBdr>
        <w:spacing w:before="140" w:after="80"/>
        <w:rPr>
          <w:b/>
          <w:sz w:val="26"/>
        </w:rPr>
      </w:pPr>
      <w:r>
        <w:rPr>
          <w:b/>
          <w:sz w:val="26"/>
        </w:rPr>
        <w:t>GAME-DAY QUICK CHECK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0"/>
      </w:tblGrid>
      <w:tr w:rsidR="00D65BED" w14:paraId="6BBCC266" w14:textId="77777777">
        <w:trPr>
          <w:jc w:val="center"/>
        </w:trPr>
        <w:tc>
          <w:tcPr>
            <w:tcW w:w="10150" w:type="dxa"/>
            <w:tcBorders>
              <w:top w:val="single" w:sz="10" w:space="0" w:color="C8102E"/>
              <w:left w:val="single" w:sz="10" w:space="0" w:color="C8102E"/>
              <w:bottom w:val="single" w:sz="10" w:space="0" w:color="C8102E"/>
              <w:right w:val="single" w:sz="10" w:space="0" w:color="C8102E"/>
            </w:tcBorders>
            <w:shd w:val="clear" w:color="auto" w:fill="F8F8F8"/>
            <w:tcMar>
              <w:top w:w="120" w:type="dxa"/>
              <w:left w:w="150" w:type="dxa"/>
              <w:bottom w:w="105" w:type="dxa"/>
              <w:right w:w="150" w:type="dxa"/>
            </w:tcMar>
          </w:tcPr>
          <w:p w14:paraId="5F160887" w14:textId="77777777" w:rsidR="00D65BED" w:rsidRPr="00290C3E" w:rsidRDefault="00000000">
            <w:pPr>
              <w:spacing w:after="16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>7-player team: batters retire after 17 balls.</w:t>
            </w:r>
          </w:p>
          <w:p w14:paraId="6B521D79" w14:textId="77777777" w:rsidR="00D65BED" w:rsidRPr="00290C3E" w:rsidRDefault="00000000">
            <w:pPr>
              <w:spacing w:after="16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>Maximum 20 overs or 60 minutes per innings.</w:t>
            </w:r>
          </w:p>
          <w:p w14:paraId="4841A384" w14:textId="77777777" w:rsidR="00D65BED" w:rsidRPr="00290C3E" w:rsidRDefault="00000000">
            <w:pPr>
              <w:spacing w:after="16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>Maximum 6 deliveries per over - wides and no-balls are included.</w:t>
            </w:r>
          </w:p>
          <w:p w14:paraId="192AE2D6" w14:textId="77777777" w:rsidR="00D65BED" w:rsidRPr="00290C3E" w:rsidRDefault="00000000">
            <w:pPr>
              <w:spacing w:after="16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>Everyone must bowl; maximum 4 overs per player.</w:t>
            </w:r>
          </w:p>
          <w:p w14:paraId="1D4CE417" w14:textId="77777777" w:rsidR="00D65BED" w:rsidRPr="00290C3E" w:rsidRDefault="00000000">
            <w:pPr>
              <w:spacing w:after="16" w:line="240" w:lineRule="auto"/>
              <w:rPr>
                <w:szCs w:val="19"/>
              </w:rPr>
            </w:pPr>
            <w:r w:rsidRPr="00290C3E">
              <w:rPr>
                <w:szCs w:val="19"/>
              </w:rPr>
              <w:t>• Two wicket keepers per innings - approximately 10 overs each.</w:t>
            </w:r>
          </w:p>
          <w:p w14:paraId="29D7109C" w14:textId="77777777" w:rsidR="00D65BED" w:rsidRPr="00290C3E" w:rsidRDefault="00000000">
            <w:pPr>
              <w:spacing w:after="16" w:line="240" w:lineRule="auto"/>
              <w:rPr>
                <w:szCs w:val="19"/>
              </w:rPr>
            </w:pPr>
            <w:r w:rsidRPr="00290C3E">
              <w:rPr>
                <w:szCs w:val="19"/>
              </w:rPr>
              <w:t>• Maximum 7 fielders at one time.</w:t>
            </w:r>
          </w:p>
          <w:p w14:paraId="3AA50ABD" w14:textId="77777777" w:rsidR="00D65BED" w:rsidRPr="00290C3E" w:rsidRDefault="00000000">
            <w:pPr>
              <w:spacing w:after="16" w:line="240" w:lineRule="auto"/>
              <w:rPr>
                <w:szCs w:val="19"/>
              </w:rPr>
            </w:pPr>
            <w:r w:rsidRPr="00290C3E">
              <w:rPr>
                <w:szCs w:val="19"/>
              </w:rPr>
              <w:t>• Dismissals are unlimited; play continues until the full ball quota is completed.</w:t>
            </w:r>
          </w:p>
          <w:p w14:paraId="6899B4DF" w14:textId="77777777" w:rsidR="00D65BED" w:rsidRDefault="00000000">
            <w:pPr>
              <w:spacing w:after="16" w:line="240" w:lineRule="auto"/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>Most importantly, make sure every child is involved and gets a fair opportunity.</w:t>
            </w:r>
          </w:p>
        </w:tc>
      </w:tr>
    </w:tbl>
    <w:p w14:paraId="67667D9D" w14:textId="77777777" w:rsidR="00290C3E" w:rsidRDefault="00290C3E">
      <w:pPr>
        <w:keepNext/>
        <w:pBdr>
          <w:bottom w:val="single" w:sz="12" w:space="4" w:color="C8102E"/>
        </w:pBdr>
        <w:spacing w:before="140" w:after="80"/>
        <w:rPr>
          <w:b/>
          <w:sz w:val="28"/>
          <w:szCs w:val="28"/>
        </w:rPr>
      </w:pPr>
    </w:p>
    <w:p w14:paraId="437AB8C4" w14:textId="5D56D642" w:rsidR="00D65BED" w:rsidRPr="00290C3E" w:rsidRDefault="00000000">
      <w:pPr>
        <w:keepNext/>
        <w:pBdr>
          <w:bottom w:val="single" w:sz="12" w:space="4" w:color="C8102E"/>
        </w:pBdr>
        <w:spacing w:before="140" w:after="80"/>
        <w:rPr>
          <w:sz w:val="26"/>
          <w:szCs w:val="26"/>
        </w:rPr>
      </w:pPr>
      <w:r w:rsidRPr="00290C3E">
        <w:rPr>
          <w:b/>
          <w:sz w:val="26"/>
          <w:szCs w:val="26"/>
        </w:rPr>
        <w:t>COACH / TEAM MANAGER CHECKLIST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0"/>
      </w:tblGrid>
      <w:tr w:rsidR="00D65BED" w14:paraId="03CCE6FA" w14:textId="77777777">
        <w:trPr>
          <w:jc w:val="center"/>
        </w:trPr>
        <w:tc>
          <w:tcPr>
            <w:tcW w:w="10150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8F8F8"/>
            <w:tcMar>
              <w:top w:w="100" w:type="dxa"/>
              <w:left w:w="140" w:type="dxa"/>
              <w:bottom w:w="95" w:type="dxa"/>
              <w:right w:w="140" w:type="dxa"/>
            </w:tcMar>
          </w:tcPr>
          <w:p w14:paraId="560F1ED4" w14:textId="77777777" w:rsidR="00D65BED" w:rsidRPr="00290C3E" w:rsidRDefault="00000000">
            <w:pPr>
              <w:spacing w:after="14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 xml:space="preserve">Before the game: </w:t>
            </w:r>
            <w:r w:rsidRPr="00290C3E">
              <w:rPr>
                <w:szCs w:val="19"/>
              </w:rPr>
              <w:t>Confirm player numbers and use the table above to plan batting and bowling allocations.</w:t>
            </w:r>
          </w:p>
          <w:p w14:paraId="1D1E8CE0" w14:textId="77777777" w:rsidR="00D65BED" w:rsidRPr="00290C3E" w:rsidRDefault="00000000">
            <w:pPr>
              <w:spacing w:after="14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 xml:space="preserve">Before the game: </w:t>
            </w:r>
            <w:r w:rsidRPr="00290C3E">
              <w:rPr>
                <w:szCs w:val="19"/>
              </w:rPr>
              <w:t>Nominate two wicket keepers and plan fielding rotations.</w:t>
            </w:r>
          </w:p>
          <w:p w14:paraId="380F2965" w14:textId="77777777" w:rsidR="00D65BED" w:rsidRPr="00290C3E" w:rsidRDefault="00000000">
            <w:pPr>
              <w:spacing w:after="14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 xml:space="preserve">During the game: </w:t>
            </w:r>
            <w:r w:rsidRPr="00290C3E">
              <w:rPr>
                <w:szCs w:val="19"/>
              </w:rPr>
              <w:t>Keep track of balls faced, bowling overs and the wicket keeping changeover.</w:t>
            </w:r>
          </w:p>
          <w:p w14:paraId="38B3CE20" w14:textId="77777777" w:rsidR="00D65BED" w:rsidRPr="00290C3E" w:rsidRDefault="00000000">
            <w:pPr>
              <w:spacing w:after="14" w:line="240" w:lineRule="auto"/>
              <w:rPr>
                <w:szCs w:val="19"/>
              </w:rPr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 xml:space="preserve">During the game: </w:t>
            </w:r>
            <w:r w:rsidRPr="00290C3E">
              <w:rPr>
                <w:szCs w:val="19"/>
              </w:rPr>
              <w:t>Keep the game moving so each innings stays within 20 overs or 60 minutes.</w:t>
            </w:r>
          </w:p>
          <w:p w14:paraId="64F77192" w14:textId="77777777" w:rsidR="00D65BED" w:rsidRDefault="00000000">
            <w:pPr>
              <w:spacing w:after="14" w:line="240" w:lineRule="auto"/>
            </w:pPr>
            <w:r w:rsidRPr="00290C3E">
              <w:rPr>
                <w:szCs w:val="19"/>
              </w:rPr>
              <w:t xml:space="preserve">• </w:t>
            </w:r>
            <w:r w:rsidRPr="00290C3E">
              <w:rPr>
                <w:b/>
                <w:szCs w:val="19"/>
              </w:rPr>
              <w:t xml:space="preserve">Throughout: </w:t>
            </w:r>
            <w:r w:rsidRPr="00290C3E">
              <w:rPr>
                <w:szCs w:val="19"/>
              </w:rPr>
              <w:t>Rotate opportunities and make sure every child gets a fair go.</w:t>
            </w:r>
          </w:p>
        </w:tc>
      </w:tr>
    </w:tbl>
    <w:p w14:paraId="66C5BEBD" w14:textId="77777777" w:rsidR="00747510" w:rsidRDefault="00747510"/>
    <w:sectPr w:rsidR="00747510" w:rsidSect="00034616">
      <w:footerReference w:type="default" r:id="rId9"/>
      <w:pgSz w:w="11906" w:h="16838"/>
      <w:pgMar w:top="763" w:right="878" w:bottom="734" w:left="87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B9641" w14:textId="77777777" w:rsidR="00747510" w:rsidRDefault="00747510">
      <w:pPr>
        <w:spacing w:line="240" w:lineRule="auto"/>
      </w:pPr>
      <w:r>
        <w:separator/>
      </w:r>
    </w:p>
  </w:endnote>
  <w:endnote w:type="continuationSeparator" w:id="0">
    <w:p w14:paraId="2412FD2A" w14:textId="77777777" w:rsidR="00747510" w:rsidRDefault="00747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07168" w14:textId="77777777" w:rsidR="00D65BED" w:rsidRDefault="00000000">
    <w:pPr>
      <w:pStyle w:val="Footer"/>
      <w:jc w:val="center"/>
    </w:pPr>
    <w:r>
      <w:rPr>
        <w:color w:val="777777"/>
        <w:sz w:val="15"/>
      </w:rPr>
      <w:t>Blackburn Cricket Club  |  Super 7s Quick 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4D8A" w14:textId="77777777" w:rsidR="00747510" w:rsidRDefault="00747510">
      <w:pPr>
        <w:spacing w:line="240" w:lineRule="auto"/>
      </w:pPr>
      <w:r>
        <w:separator/>
      </w:r>
    </w:p>
  </w:footnote>
  <w:footnote w:type="continuationSeparator" w:id="0">
    <w:p w14:paraId="50751956" w14:textId="77777777" w:rsidR="00747510" w:rsidRDefault="007475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969054">
    <w:abstractNumId w:val="8"/>
  </w:num>
  <w:num w:numId="2" w16cid:durableId="1390349558">
    <w:abstractNumId w:val="6"/>
  </w:num>
  <w:num w:numId="3" w16cid:durableId="1705448741">
    <w:abstractNumId w:val="5"/>
  </w:num>
  <w:num w:numId="4" w16cid:durableId="1661805746">
    <w:abstractNumId w:val="4"/>
  </w:num>
  <w:num w:numId="5" w16cid:durableId="863179615">
    <w:abstractNumId w:val="7"/>
  </w:num>
  <w:num w:numId="6" w16cid:durableId="1353872165">
    <w:abstractNumId w:val="3"/>
  </w:num>
  <w:num w:numId="7" w16cid:durableId="757215678">
    <w:abstractNumId w:val="2"/>
  </w:num>
  <w:num w:numId="8" w16cid:durableId="1635138326">
    <w:abstractNumId w:val="1"/>
  </w:num>
  <w:num w:numId="9" w16cid:durableId="1842961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0C3E"/>
    <w:rsid w:val="0029639D"/>
    <w:rsid w:val="00326F90"/>
    <w:rsid w:val="00747510"/>
    <w:rsid w:val="007D18C5"/>
    <w:rsid w:val="00AA1D8D"/>
    <w:rsid w:val="00AA5111"/>
    <w:rsid w:val="00B47730"/>
    <w:rsid w:val="00CB0664"/>
    <w:rsid w:val="00CE0F23"/>
    <w:rsid w:val="00D65B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7545C7"/>
  <w14:defaultImageDpi w14:val="300"/>
  <w15:docId w15:val="{E7C58803-C20A-4827-8491-AAF459BF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11111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Blackburn Cricket Club - Super 7s Quick Guide</dc:title>
  <dc:subject>Super 7s match-day guide for parents, coaches and team managers</dc:subject>
  <dc:creator>Blackburn Cricket Club</dc:creator>
  <cp:keywords/>
  <dc:description>generated by python-docx</dc:description>
  <cp:lastModifiedBy>Kal Peiris</cp:lastModifiedBy>
  <cp:revision>2</cp:revision>
  <dcterms:created xsi:type="dcterms:W3CDTF">2026-09-29T04:51:00Z</dcterms:created>
  <dcterms:modified xsi:type="dcterms:W3CDTF">2026-09-29T04:51:00Z</dcterms:modified>
  <cp:category/>
</cp:coreProperties>
</file>