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24"/>
        <w:gridCol w:w="1984"/>
      </w:tblGrid>
      <w:tr w:rsidR="00D6387D" w14:paraId="25012F2F" w14:textId="77777777">
        <w:trPr>
          <w:jc w:val="center"/>
        </w:trPr>
        <w:tc>
          <w:tcPr>
            <w:tcW w:w="78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40B7" w14:textId="77777777" w:rsidR="00D6387D" w:rsidRDefault="00000000">
            <w:pPr>
              <w:spacing w:after="0"/>
            </w:pPr>
            <w:r>
              <w:rPr>
                <w:rFonts w:ascii="Aptos Display" w:hAnsi="Aptos Display"/>
                <w:b/>
                <w:sz w:val="42"/>
              </w:rPr>
              <w:t>FAST 9s CRICKET</w:t>
            </w:r>
          </w:p>
          <w:p w14:paraId="14E87025" w14:textId="77777777" w:rsidR="00D6387D" w:rsidRDefault="00000000">
            <w:pPr>
              <w:spacing w:after="0"/>
            </w:pPr>
            <w:r>
              <w:rPr>
                <w:rFonts w:ascii="Aptos Display" w:hAnsi="Aptos Display"/>
                <w:b/>
                <w:color w:val="C8102E"/>
                <w:sz w:val="30"/>
              </w:rPr>
              <w:t>QUICK GUIDE</w:t>
            </w:r>
          </w:p>
          <w:p w14:paraId="3422EFBE" w14:textId="77777777" w:rsidR="00D6387D" w:rsidRDefault="00000000">
            <w:pPr>
              <w:spacing w:after="0"/>
            </w:pPr>
            <w:r>
              <w:rPr>
                <w:color w:val="666666"/>
                <w:sz w:val="19"/>
              </w:rPr>
              <w:t>For Parents, Coaches &amp; Team Managers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1D9F" w14:textId="77777777" w:rsidR="00D6387D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A3D6316" wp14:editId="500F44D8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CC_logo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BF06C" w14:textId="77777777" w:rsidR="00D6387D" w:rsidRDefault="00000000">
      <w:pPr>
        <w:spacing w:before="80" w:after="120" w:line="254" w:lineRule="auto"/>
      </w:pPr>
      <w:r>
        <w:t xml:space="preserve">Fast 9s is designed to keep every player involved in the game. All players should have the opportunity to bat, bowl and field, with the emphasis on </w:t>
      </w:r>
      <w:r>
        <w:rPr>
          <w:b/>
        </w:rPr>
        <w:t>participation, skill development and enjoyment.</w:t>
      </w:r>
    </w:p>
    <w:p w14:paraId="618D27AF" w14:textId="77777777" w:rsidR="00D256AF" w:rsidRDefault="00D256AF">
      <w:pPr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62C32A9C" w14:textId="2BD9E75A" w:rsidR="00D6387D" w:rsidRDefault="00000000">
      <w:pPr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MATCH FORMAT - AT A GLANCE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6387D" w14:paraId="098B7279" w14:textId="77777777">
        <w:trPr>
          <w:jc w:val="center"/>
        </w:trPr>
        <w:tc>
          <w:tcPr>
            <w:tcW w:w="969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7F7F7"/>
            <w:tcMar>
              <w:top w:w="100" w:type="dxa"/>
              <w:left w:w="130" w:type="dxa"/>
              <w:bottom w:w="95" w:type="dxa"/>
              <w:right w:w="130" w:type="dxa"/>
            </w:tcMar>
          </w:tcPr>
          <w:p w14:paraId="74469888" w14:textId="77777777" w:rsidR="00D6387D" w:rsidRDefault="00000000">
            <w:pPr>
              <w:spacing w:after="54"/>
              <w:ind w:left="28"/>
            </w:pPr>
            <w:r>
              <w:rPr>
                <w:b/>
                <w:sz w:val="19"/>
              </w:rPr>
              <w:t xml:space="preserve">Team size: </w:t>
            </w:r>
            <w:r>
              <w:rPr>
                <w:sz w:val="19"/>
              </w:rPr>
              <w:t>9 players recommended. Teams can operate with 7-11 players.</w:t>
            </w:r>
          </w:p>
          <w:p w14:paraId="53568EE5" w14:textId="77777777" w:rsidR="00D6387D" w:rsidRDefault="00000000">
            <w:pPr>
              <w:spacing w:after="54"/>
              <w:ind w:left="28"/>
            </w:pPr>
            <w:r>
              <w:rPr>
                <w:b/>
                <w:sz w:val="19"/>
              </w:rPr>
              <w:t xml:space="preserve">Minimum players: </w:t>
            </w:r>
            <w:r>
              <w:rPr>
                <w:sz w:val="19"/>
              </w:rPr>
              <w:t>A team may start with 7 players.</w:t>
            </w:r>
          </w:p>
          <w:p w14:paraId="3AB4B9D7" w14:textId="77777777" w:rsidR="00D6387D" w:rsidRDefault="00000000">
            <w:pPr>
              <w:spacing w:after="54"/>
              <w:ind w:left="28"/>
            </w:pPr>
            <w:r>
              <w:rPr>
                <w:b/>
                <w:sz w:val="19"/>
              </w:rPr>
              <w:t xml:space="preserve">Maximum fielders: </w:t>
            </w:r>
            <w:r>
              <w:rPr>
                <w:sz w:val="19"/>
              </w:rPr>
              <w:t>9 players on the field at one time.</w:t>
            </w:r>
          </w:p>
          <w:p w14:paraId="424A2DFE" w14:textId="77777777" w:rsidR="00D6387D" w:rsidRDefault="00000000">
            <w:pPr>
              <w:spacing w:after="54"/>
              <w:ind w:left="28"/>
            </w:pPr>
            <w:r>
              <w:rPr>
                <w:b/>
                <w:sz w:val="19"/>
              </w:rPr>
              <w:t xml:space="preserve">Ball: </w:t>
            </w:r>
            <w:r>
              <w:rPr>
                <w:sz w:val="19"/>
              </w:rPr>
              <w:t>BHRDCA-approved 142g hard leather ball.</w:t>
            </w:r>
          </w:p>
          <w:p w14:paraId="32D34EA7" w14:textId="77777777" w:rsidR="00D6387D" w:rsidRDefault="00000000">
            <w:pPr>
              <w:spacing w:after="54"/>
              <w:ind w:left="28"/>
            </w:pPr>
            <w:r>
              <w:rPr>
                <w:b/>
                <w:sz w:val="19"/>
              </w:rPr>
              <w:t xml:space="preserve">Pitch length: </w:t>
            </w:r>
            <w:r>
              <w:rPr>
                <w:sz w:val="19"/>
              </w:rPr>
              <w:t>18.1m (17.7m crease to crease).</w:t>
            </w:r>
          </w:p>
          <w:p w14:paraId="6F7D2D4A" w14:textId="77777777" w:rsidR="00D6387D" w:rsidRDefault="00000000">
            <w:pPr>
              <w:spacing w:after="54"/>
              <w:ind w:left="28"/>
            </w:pPr>
            <w:r>
              <w:rPr>
                <w:b/>
                <w:sz w:val="19"/>
              </w:rPr>
              <w:t xml:space="preserve">Boundary: </w:t>
            </w:r>
            <w:r>
              <w:rPr>
                <w:sz w:val="19"/>
              </w:rPr>
              <w:t>Maximum 45m from the centre of the pitch.</w:t>
            </w:r>
          </w:p>
          <w:p w14:paraId="303F5ACF" w14:textId="77777777" w:rsidR="00D6387D" w:rsidRDefault="00000000">
            <w:pPr>
              <w:spacing w:after="54"/>
              <w:ind w:left="28"/>
            </w:pPr>
            <w:r>
              <w:rPr>
                <w:b/>
                <w:sz w:val="19"/>
              </w:rPr>
              <w:t xml:space="preserve">Innings: </w:t>
            </w:r>
            <w:r>
              <w:rPr>
                <w:sz w:val="19"/>
              </w:rPr>
              <w:t>Maximum 25 overs or 8 wickets, whichever occurs first.</w:t>
            </w:r>
          </w:p>
        </w:tc>
      </w:tr>
    </w:tbl>
    <w:p w14:paraId="0760E911" w14:textId="77777777" w:rsidR="00D256AF" w:rsidRDefault="00D256AF">
      <w:pPr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45B33312" w14:textId="04713DEA" w:rsidR="00D6387D" w:rsidRDefault="00000000">
      <w:pPr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BATTING</w:t>
      </w:r>
    </w:p>
    <w:p w14:paraId="06BB0C57" w14:textId="77777777" w:rsidR="00D6387D" w:rsidRDefault="00000000">
      <w:pPr>
        <w:spacing w:after="44" w:line="245" w:lineRule="auto"/>
        <w:ind w:left="397" w:hanging="170"/>
      </w:pPr>
      <w:r>
        <w:t>• Every player should have a fair opportunity to bat.</w:t>
      </w:r>
    </w:p>
    <w:p w14:paraId="50D50E11" w14:textId="77777777" w:rsidR="00D6387D" w:rsidRDefault="00000000">
      <w:pPr>
        <w:spacing w:after="44" w:line="245" w:lineRule="auto"/>
        <w:ind w:left="397" w:hanging="170"/>
      </w:pPr>
      <w:r>
        <w:t xml:space="preserve">• A batter may face a </w:t>
      </w:r>
      <w:r>
        <w:rPr>
          <w:b/>
        </w:rPr>
        <w:t>maximum of 25 balls</w:t>
      </w:r>
      <w:r>
        <w:t>, however at BCC we encourage coaches to share the available balls as evenly as possible across all players.</w:t>
      </w:r>
    </w:p>
    <w:p w14:paraId="18897F50" w14:textId="77777777" w:rsidR="00D6387D" w:rsidRDefault="00000000">
      <w:pPr>
        <w:spacing w:after="44" w:line="245" w:lineRule="auto"/>
        <w:ind w:left="397" w:hanging="170"/>
      </w:pPr>
      <w:r>
        <w:t>• The number of balls each batter faces should be adjusted depending on how many players are available on the day.</w:t>
      </w:r>
    </w:p>
    <w:p w14:paraId="6DE5F16F" w14:textId="77777777" w:rsidR="00D6387D" w:rsidRDefault="00000000">
      <w:pPr>
        <w:spacing w:after="44" w:line="245" w:lineRule="auto"/>
        <w:ind w:left="397" w:hanging="170"/>
      </w:pPr>
      <w:r>
        <w:t xml:space="preserve">• With a full team, this will usually mean batters retire after approximately </w:t>
      </w:r>
      <w:r>
        <w:rPr>
          <w:b/>
        </w:rPr>
        <w:t>16-17 balls each</w:t>
      </w:r>
      <w:r>
        <w:t>, while a smaller team may allow each batter a few more balls.</w:t>
      </w:r>
    </w:p>
    <w:p w14:paraId="296C1335" w14:textId="77777777" w:rsidR="00D6387D" w:rsidRDefault="00000000">
      <w:pPr>
        <w:spacing w:after="44" w:line="245" w:lineRule="auto"/>
        <w:ind w:left="397" w:hanging="170"/>
      </w:pPr>
      <w:r>
        <w:t>• This helps ensure players batting lower in the order receive a similar opportunity to those batting earlier.</w:t>
      </w:r>
    </w:p>
    <w:p w14:paraId="322990AD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Wides and no-balls count</w:t>
      </w:r>
      <w:r>
        <w:t xml:space="preserve"> towards a batter's ball total.</w:t>
      </w:r>
    </w:p>
    <w:p w14:paraId="7FA00E11" w14:textId="77777777" w:rsidR="00D6387D" w:rsidRDefault="00000000">
      <w:pPr>
        <w:spacing w:after="44" w:line="245" w:lineRule="auto"/>
        <w:ind w:left="397" w:hanging="170"/>
      </w:pPr>
      <w:r>
        <w:t>• If all players have batted and there are still balls remaining, retired batters may return in the order they retired.</w:t>
      </w:r>
    </w:p>
    <w:p w14:paraId="3A489E7C" w14:textId="77777777" w:rsidR="00D6387D" w:rsidRDefault="00000000">
      <w:pPr>
        <w:spacing w:after="44" w:line="245" w:lineRule="auto"/>
        <w:ind w:left="397" w:hanging="170"/>
      </w:pPr>
      <w:r>
        <w:t>• The innings finishes when 25 overs have been bowled or 8 wickets have fallen.</w:t>
      </w:r>
    </w:p>
    <w:p w14:paraId="0EF4BBB7" w14:textId="77777777" w:rsidR="00D6387D" w:rsidRDefault="00000000">
      <w:pPr>
        <w:spacing w:before="60" w:after="20"/>
      </w:pPr>
      <w:r>
        <w:rPr>
          <w:b/>
          <w:color w:val="C8102E"/>
          <w:sz w:val="21"/>
        </w:rPr>
        <w:t>Protective Equipment</w:t>
      </w:r>
    </w:p>
    <w:p w14:paraId="5DD20597" w14:textId="77777777" w:rsidR="00D6387D" w:rsidRDefault="00000000">
      <w:pPr>
        <w:spacing w:after="44" w:line="245" w:lineRule="auto"/>
        <w:ind w:left="397" w:hanging="170"/>
      </w:pPr>
      <w:r>
        <w:t>• Helmet with grill</w:t>
      </w:r>
    </w:p>
    <w:p w14:paraId="5D2D4ED7" w14:textId="77777777" w:rsidR="00D6387D" w:rsidRDefault="00000000">
      <w:pPr>
        <w:spacing w:after="44" w:line="245" w:lineRule="auto"/>
        <w:ind w:left="397" w:hanging="170"/>
      </w:pPr>
      <w:r>
        <w:t>• Batting pads</w:t>
      </w:r>
    </w:p>
    <w:p w14:paraId="2E3677E8" w14:textId="77777777" w:rsidR="00D6387D" w:rsidRDefault="00000000">
      <w:pPr>
        <w:spacing w:after="44" w:line="245" w:lineRule="auto"/>
        <w:ind w:left="397" w:hanging="170"/>
      </w:pPr>
      <w:r>
        <w:t>• Batting gloves</w:t>
      </w:r>
    </w:p>
    <w:p w14:paraId="7AA2C509" w14:textId="77777777" w:rsidR="00D6387D" w:rsidRDefault="00000000">
      <w:pPr>
        <w:spacing w:after="44" w:line="245" w:lineRule="auto"/>
        <w:ind w:left="397" w:hanging="170"/>
      </w:pPr>
      <w:r>
        <w:t>• Protector</w:t>
      </w:r>
    </w:p>
    <w:p w14:paraId="516DEE98" w14:textId="77777777" w:rsidR="00D6387D" w:rsidRDefault="00000000">
      <w:pPr>
        <w:spacing w:after="44" w:line="245" w:lineRule="auto"/>
        <w:ind w:left="397" w:hanging="170"/>
      </w:pPr>
      <w:r>
        <w:t>• Wicket keepers must also wear an appropriate helmet with grill when required.</w:t>
      </w:r>
    </w:p>
    <w:p w14:paraId="2F7A5DE7" w14:textId="77777777" w:rsidR="00D256AF" w:rsidRDefault="00D256AF">
      <w:pPr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01670EAC" w14:textId="1A830598" w:rsidR="00D6387D" w:rsidRDefault="00000000">
      <w:pPr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BOWLING</w:t>
      </w:r>
    </w:p>
    <w:p w14:paraId="69AA7A9A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Every player must bowl</w:t>
      </w:r>
      <w:r>
        <w:t>, including players who wicket keep.</w:t>
      </w:r>
    </w:p>
    <w:p w14:paraId="4C2E66E6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Maximum 4 overs</w:t>
      </w:r>
      <w:r>
        <w:t xml:space="preserve"> per bowler.</w:t>
      </w:r>
    </w:p>
    <w:p w14:paraId="2B2E5BA6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Maximum 6 deliveries per over</w:t>
      </w:r>
      <w:r>
        <w:t>. Wides and no-balls are included within the 6-ball over.</w:t>
      </w:r>
    </w:p>
    <w:p w14:paraId="2C7EBDD5" w14:textId="77777777" w:rsidR="00D6387D" w:rsidRDefault="00000000">
      <w:pPr>
        <w:spacing w:after="44" w:line="245" w:lineRule="auto"/>
        <w:ind w:left="397" w:hanging="170"/>
      </w:pPr>
      <w:r>
        <w:t>• Coaches should spread the overs around to ensure every player gets an opportunity to bowl.</w:t>
      </w:r>
    </w:p>
    <w:p w14:paraId="154555A5" w14:textId="77777777" w:rsidR="00D6387D" w:rsidRDefault="00000000">
      <w:pPr>
        <w:spacing w:after="44" w:line="245" w:lineRule="auto"/>
        <w:ind w:left="397" w:hanging="170"/>
      </w:pPr>
      <w:r>
        <w:t>• The aim is to give every player a fair opportunity to bowl rather than concentrating the overs amongst only a few players.</w:t>
      </w:r>
    </w:p>
    <w:p w14:paraId="1FF35670" w14:textId="77777777" w:rsidR="00D6387D" w:rsidRDefault="00000000">
      <w:pPr>
        <w:pageBreakBefore/>
        <w:pBdr>
          <w:bottom w:val="single" w:sz="12" w:space="4" w:color="C8102E"/>
        </w:pBdr>
        <w:spacing w:after="80"/>
      </w:pPr>
      <w:r>
        <w:rPr>
          <w:rFonts w:ascii="Aptos Display" w:hAnsi="Aptos Display"/>
          <w:b/>
          <w:sz w:val="32"/>
        </w:rPr>
        <w:lastRenderedPageBreak/>
        <w:t>FAST 9s CRICKET - GAME-DAY GUIDE</w:t>
      </w:r>
    </w:p>
    <w:p w14:paraId="2C71722A" w14:textId="77777777" w:rsidR="00D256AF" w:rsidRDefault="00D256AF">
      <w:pPr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5547C2B4" w14:textId="7F38430E" w:rsidR="00D6387D" w:rsidRDefault="00000000">
      <w:pPr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FIELDING</w:t>
      </w:r>
    </w:p>
    <w:p w14:paraId="3D056030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Maximum 9 players</w:t>
      </w:r>
      <w:r>
        <w:t xml:space="preserve"> can field at one time.</w:t>
      </w:r>
    </w:p>
    <w:p w14:paraId="1247E164" w14:textId="77777777" w:rsidR="00D6387D" w:rsidRDefault="00000000">
      <w:pPr>
        <w:spacing w:after="44" w:line="245" w:lineRule="auto"/>
        <w:ind w:left="397" w:hanging="170"/>
      </w:pPr>
      <w:r>
        <w:t>• If a team has more than 9 players, players should be rotated on and off the field.</w:t>
      </w:r>
    </w:p>
    <w:p w14:paraId="6A9E6589" w14:textId="77777777" w:rsidR="00D6387D" w:rsidRDefault="00000000">
      <w:pPr>
        <w:spacing w:after="44" w:line="245" w:lineRule="auto"/>
        <w:ind w:left="397" w:hanging="170"/>
      </w:pPr>
      <w:r>
        <w:t>• Fielders should be rotated through different positions so they experience different parts of the game.</w:t>
      </w:r>
    </w:p>
    <w:p w14:paraId="59AA190D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Fielders must not stand within 10 metres</w:t>
      </w:r>
      <w:r>
        <w:t xml:space="preserve"> of the batter or another fielder, except for the wicket keeper, slips and gully.</w:t>
      </w:r>
    </w:p>
    <w:p w14:paraId="78E2B03D" w14:textId="77777777" w:rsidR="00D256AF" w:rsidRDefault="00D256AF">
      <w:pPr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6D8FF138" w14:textId="17357553" w:rsidR="00D6387D" w:rsidRDefault="00000000">
      <w:pPr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WICKET KEEPING</w:t>
      </w:r>
    </w:p>
    <w:p w14:paraId="4625E7F5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Two wicket keepers</w:t>
      </w:r>
      <w:r>
        <w:t xml:space="preserve"> are required during each innings.</w:t>
      </w:r>
    </w:p>
    <w:p w14:paraId="37406A29" w14:textId="77777777" w:rsidR="00D6387D" w:rsidRDefault="00000000">
      <w:pPr>
        <w:spacing w:after="44" w:line="245" w:lineRule="auto"/>
        <w:ind w:left="397" w:hanging="170"/>
      </w:pPr>
      <w:r>
        <w:t>• Keeper 1: approximately 13 overs.</w:t>
      </w:r>
    </w:p>
    <w:p w14:paraId="3D357DA9" w14:textId="77777777" w:rsidR="00D6387D" w:rsidRDefault="00000000">
      <w:pPr>
        <w:spacing w:after="44" w:line="245" w:lineRule="auto"/>
        <w:ind w:left="397" w:hanging="170"/>
      </w:pPr>
      <w:r>
        <w:t>• Keeper 2: approximately 12 overs.</w:t>
      </w:r>
    </w:p>
    <w:p w14:paraId="4822A345" w14:textId="77777777" w:rsidR="00D6387D" w:rsidRDefault="00000000">
      <w:pPr>
        <w:spacing w:after="44" w:line="245" w:lineRule="auto"/>
        <w:ind w:left="397" w:hanging="170"/>
      </w:pPr>
      <w:r>
        <w:t xml:space="preserve">• </w:t>
      </w:r>
      <w:r>
        <w:rPr>
          <w:b/>
        </w:rPr>
        <w:t>Wicket keepers must also bowl</w:t>
      </w:r>
      <w:r>
        <w:t xml:space="preserve"> during the innings.</w:t>
      </w:r>
    </w:p>
    <w:p w14:paraId="5113C969" w14:textId="77777777" w:rsidR="00D256AF" w:rsidRDefault="00D256AF">
      <w:pPr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73DE76F7" w14:textId="2B90121E" w:rsidR="00D6387D" w:rsidRDefault="00000000">
      <w:pPr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DISMISSALS</w:t>
      </w:r>
    </w:p>
    <w:p w14:paraId="3886C6F6" w14:textId="77777777" w:rsidR="00D6387D" w:rsidRDefault="00000000">
      <w:pPr>
        <w:spacing w:after="44" w:line="245" w:lineRule="auto"/>
        <w:ind w:left="397" w:hanging="170"/>
      </w:pPr>
      <w:r>
        <w:t>• All normal modes of dismissal apply, with the exception of a Mankad/non-striker run-out under the Fast 9s rules.</w:t>
      </w:r>
    </w:p>
    <w:p w14:paraId="6FE24D39" w14:textId="77777777" w:rsidR="00D256AF" w:rsidRDefault="00D256AF">
      <w:pPr>
        <w:pBdr>
          <w:bottom w:val="single" w:sz="12" w:space="4" w:color="C8102E"/>
        </w:pBdr>
        <w:spacing w:before="140" w:after="80"/>
        <w:rPr>
          <w:b/>
          <w:sz w:val="26"/>
        </w:rPr>
      </w:pPr>
    </w:p>
    <w:p w14:paraId="258B8E21" w14:textId="7F22AA0A" w:rsidR="00D6387D" w:rsidRDefault="00000000">
      <w:pPr>
        <w:pBdr>
          <w:bottom w:val="single" w:sz="12" w:space="4" w:color="C8102E"/>
        </w:pBdr>
        <w:spacing w:before="140" w:after="80"/>
      </w:pPr>
      <w:r>
        <w:rPr>
          <w:b/>
          <w:sz w:val="26"/>
        </w:rPr>
        <w:t>GAME-DAY QUICK CHECK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94"/>
      </w:tblGrid>
      <w:tr w:rsidR="00D6387D" w14:paraId="120F3549" w14:textId="77777777">
        <w:trPr>
          <w:jc w:val="center"/>
        </w:trPr>
        <w:tc>
          <w:tcPr>
            <w:tcW w:w="9694" w:type="dxa"/>
            <w:tcBorders>
              <w:top w:val="single" w:sz="10" w:space="0" w:color="C8102E"/>
              <w:left w:val="single" w:sz="10" w:space="0" w:color="C8102E"/>
              <w:bottom w:val="single" w:sz="10" w:space="0" w:color="C8102E"/>
              <w:right w:val="single" w:sz="10" w:space="0" w:color="C8102E"/>
            </w:tcBorders>
            <w:shd w:val="clear" w:color="auto" w:fill="F8F8F8"/>
            <w:tcMar>
              <w:top w:w="135" w:type="dxa"/>
              <w:left w:w="150" w:type="dxa"/>
              <w:bottom w:w="120" w:type="dxa"/>
              <w:right w:w="150" w:type="dxa"/>
            </w:tcMar>
          </w:tcPr>
          <w:p w14:paraId="75D85BC1" w14:textId="77777777" w:rsidR="00D6387D" w:rsidRDefault="00000000">
            <w:pPr>
              <w:spacing w:after="54"/>
              <w:ind w:left="255" w:hanging="142"/>
            </w:pPr>
            <w:r>
              <w:t xml:space="preserve">• </w:t>
            </w:r>
            <w:r>
              <w:rPr>
                <w:b/>
              </w:rPr>
              <w:t>Share batting opportunities evenly - 25 balls is the maximum, not the target.</w:t>
            </w:r>
          </w:p>
          <w:p w14:paraId="0844FE2B" w14:textId="77777777" w:rsidR="00D6387D" w:rsidRDefault="00000000">
            <w:pPr>
              <w:spacing w:after="54"/>
              <w:ind w:left="255" w:hanging="142"/>
            </w:pPr>
            <w:r>
              <w:t xml:space="preserve">• </w:t>
            </w:r>
            <w:r>
              <w:rPr>
                <w:b/>
              </w:rPr>
              <w:t>Maximum 4 overs per bowler.</w:t>
            </w:r>
          </w:p>
          <w:p w14:paraId="59D75F42" w14:textId="77777777" w:rsidR="00D6387D" w:rsidRDefault="00000000">
            <w:pPr>
              <w:spacing w:after="54"/>
              <w:ind w:left="255" w:hanging="142"/>
            </w:pPr>
            <w:r>
              <w:t xml:space="preserve">• </w:t>
            </w:r>
            <w:r>
              <w:rPr>
                <w:b/>
              </w:rPr>
              <w:t>Everyone must bowl.</w:t>
            </w:r>
          </w:p>
          <w:p w14:paraId="366E4430" w14:textId="77777777" w:rsidR="00D6387D" w:rsidRDefault="00000000">
            <w:pPr>
              <w:spacing w:after="54"/>
              <w:ind w:left="255" w:hanging="142"/>
            </w:pPr>
            <w:r>
              <w:t xml:space="preserve">• </w:t>
            </w:r>
            <w:r>
              <w:rPr>
                <w:b/>
              </w:rPr>
              <w:t>Two wicket keepers per innings.</w:t>
            </w:r>
          </w:p>
          <w:p w14:paraId="3F3ABDC7" w14:textId="77777777" w:rsidR="00D6387D" w:rsidRDefault="00000000">
            <w:pPr>
              <w:spacing w:after="54"/>
              <w:ind w:left="255" w:hanging="142"/>
            </w:pPr>
            <w:r>
              <w:t>• Maximum 9 fielders at one time.</w:t>
            </w:r>
          </w:p>
          <w:p w14:paraId="4B8F5B0D" w14:textId="77777777" w:rsidR="00D6387D" w:rsidRDefault="00000000">
            <w:pPr>
              <w:spacing w:after="54"/>
              <w:ind w:left="255" w:hanging="142"/>
            </w:pPr>
            <w:r>
              <w:t>• 8 wickets ends the innings.</w:t>
            </w:r>
          </w:p>
          <w:p w14:paraId="55A4E0CE" w14:textId="77777777" w:rsidR="00D6387D" w:rsidRDefault="00000000">
            <w:pPr>
              <w:spacing w:after="54"/>
              <w:ind w:left="255" w:hanging="142"/>
            </w:pPr>
            <w:r>
              <w:t>• Maximum 25 overs per innings.</w:t>
            </w:r>
          </w:p>
          <w:p w14:paraId="31512BEF" w14:textId="77777777" w:rsidR="00D6387D" w:rsidRDefault="00000000">
            <w:pPr>
              <w:spacing w:after="54"/>
              <w:ind w:left="255" w:hanging="142"/>
            </w:pPr>
            <w:r>
              <w:t xml:space="preserve">• </w:t>
            </w:r>
            <w:r>
              <w:rPr>
                <w:b/>
              </w:rPr>
              <w:t>Most importantly, make sure every child is involved and gets a fair opportunity.</w:t>
            </w:r>
          </w:p>
        </w:tc>
      </w:tr>
    </w:tbl>
    <w:p w14:paraId="6C7BF39B" w14:textId="77777777" w:rsidR="00D6387D" w:rsidRDefault="00000000">
      <w:pPr>
        <w:spacing w:before="120"/>
        <w:jc w:val="center"/>
      </w:pPr>
      <w:r>
        <w:rPr>
          <w:i/>
          <w:color w:val="666666"/>
          <w:sz w:val="17"/>
        </w:rPr>
        <w:t>BCC practical guide for Fast 9s match-day use.</w:t>
      </w:r>
    </w:p>
    <w:sectPr w:rsidR="00D6387D" w:rsidSect="00034616">
      <w:footerReference w:type="default" r:id="rId9"/>
      <w:pgSz w:w="11906" w:h="16838"/>
      <w:pgMar w:top="765" w:right="879" w:bottom="73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F8A06" w14:textId="77777777" w:rsidR="00456CB4" w:rsidRDefault="00456CB4">
      <w:pPr>
        <w:spacing w:after="0" w:line="240" w:lineRule="auto"/>
      </w:pPr>
      <w:r>
        <w:separator/>
      </w:r>
    </w:p>
  </w:endnote>
  <w:endnote w:type="continuationSeparator" w:id="0">
    <w:p w14:paraId="02BD162B" w14:textId="77777777" w:rsidR="00456CB4" w:rsidRDefault="0045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A379" w14:textId="77777777" w:rsidR="00D6387D" w:rsidRDefault="00000000">
    <w:pPr>
      <w:pStyle w:val="Footer"/>
      <w:jc w:val="center"/>
    </w:pPr>
    <w:r>
      <w:rPr>
        <w:color w:val="666666"/>
        <w:sz w:val="16"/>
      </w:rPr>
      <w:t>Blackburn Cricket Club  |  Fast 9s Quick 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DAEFE" w14:textId="77777777" w:rsidR="00456CB4" w:rsidRDefault="00456CB4">
      <w:pPr>
        <w:spacing w:after="0" w:line="240" w:lineRule="auto"/>
      </w:pPr>
      <w:r>
        <w:separator/>
      </w:r>
    </w:p>
  </w:footnote>
  <w:footnote w:type="continuationSeparator" w:id="0">
    <w:p w14:paraId="23DEFB23" w14:textId="77777777" w:rsidR="00456CB4" w:rsidRDefault="00456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641796">
    <w:abstractNumId w:val="8"/>
  </w:num>
  <w:num w:numId="2" w16cid:durableId="2061440356">
    <w:abstractNumId w:val="6"/>
  </w:num>
  <w:num w:numId="3" w16cid:durableId="1019166426">
    <w:abstractNumId w:val="5"/>
  </w:num>
  <w:num w:numId="4" w16cid:durableId="204220223">
    <w:abstractNumId w:val="4"/>
  </w:num>
  <w:num w:numId="5" w16cid:durableId="450787127">
    <w:abstractNumId w:val="7"/>
  </w:num>
  <w:num w:numId="6" w16cid:durableId="807671372">
    <w:abstractNumId w:val="3"/>
  </w:num>
  <w:num w:numId="7" w16cid:durableId="960920903">
    <w:abstractNumId w:val="2"/>
  </w:num>
  <w:num w:numId="8" w16cid:durableId="1248272955">
    <w:abstractNumId w:val="1"/>
  </w:num>
  <w:num w:numId="9" w16cid:durableId="153558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28A1"/>
    <w:rsid w:val="00456CB4"/>
    <w:rsid w:val="00AA1D8D"/>
    <w:rsid w:val="00B47730"/>
    <w:rsid w:val="00CB0664"/>
    <w:rsid w:val="00D256AF"/>
    <w:rsid w:val="00D638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9F5BC"/>
  <w14:defaultImageDpi w14:val="300"/>
  <w15:docId w15:val="{B9B48CA1-6D6A-4FAC-A8ED-78CB0EE2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11111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Kal Peiris</cp:lastModifiedBy>
  <cp:revision>2</cp:revision>
  <dcterms:created xsi:type="dcterms:W3CDTF">2026-09-29T04:52:00Z</dcterms:created>
  <dcterms:modified xsi:type="dcterms:W3CDTF">2026-09-29T04:52:00Z</dcterms:modified>
  <cp:category/>
</cp:coreProperties>
</file>