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FA7E" w14:textId="77777777" w:rsidR="00AE2DE3" w:rsidRDefault="00000000">
      <w:pPr>
        <w:spacing w:after="0"/>
        <w:jc w:val="center"/>
      </w:pPr>
      <w:r>
        <w:rPr>
          <w:b/>
          <w:sz w:val="30"/>
        </w:rPr>
        <w:t>MARION COUNTY, ARKANSAS</w:t>
      </w:r>
    </w:p>
    <w:p w14:paraId="2C9089CB" w14:textId="77777777" w:rsidR="00AE2DE3" w:rsidRDefault="00000000">
      <w:pPr>
        <w:spacing w:after="120"/>
        <w:jc w:val="center"/>
      </w:pPr>
      <w:r>
        <w:rPr>
          <w:b/>
          <w:sz w:val="24"/>
        </w:rPr>
        <w:t>BACKGROUND CHECK DISCLOSURE AND AUTHORIZATION</w:t>
      </w:r>
    </w:p>
    <w:p w14:paraId="4002F84E" w14:textId="77777777" w:rsidR="00AE2DE3" w:rsidRDefault="00000000">
      <w:pPr>
        <w:spacing w:before="60" w:after="40"/>
      </w:pPr>
      <w:r>
        <w:rPr>
          <w:b/>
          <w:sz w:val="19"/>
        </w:rPr>
        <w:t>APPLICANT INFORMATION</w:t>
      </w:r>
    </w:p>
    <w:tbl>
      <w:tblPr>
        <w:tblW w:w="0" w:type="auto"/>
        <w:jc w:val="center"/>
        <w:tblLook w:val="04A0" w:firstRow="1" w:lastRow="0" w:firstColumn="1" w:lastColumn="0" w:noHBand="0" w:noVBand="1"/>
      </w:tblPr>
      <w:tblGrid>
        <w:gridCol w:w="5184"/>
        <w:gridCol w:w="5184"/>
      </w:tblGrid>
      <w:tr w:rsidR="00AE2DE3" w14:paraId="13672F0F" w14:textId="77777777">
        <w:trPr>
          <w:jc w:val="center"/>
        </w:trPr>
        <w:tc>
          <w:tcPr>
            <w:tcW w:w="5184" w:type="dxa"/>
            <w:vAlign w:val="center"/>
          </w:tcPr>
          <w:p w14:paraId="4CFC8DB8" w14:textId="77777777" w:rsidR="00AE2DE3" w:rsidRDefault="00000000">
            <w:pPr>
              <w:spacing w:before="20" w:after="20"/>
            </w:pPr>
            <w:r>
              <w:rPr>
                <w:sz w:val="17"/>
              </w:rPr>
              <w:t>Full Legal Name: ____________________________________</w:t>
            </w:r>
          </w:p>
        </w:tc>
        <w:tc>
          <w:tcPr>
            <w:tcW w:w="5184" w:type="dxa"/>
            <w:vAlign w:val="center"/>
          </w:tcPr>
          <w:p w14:paraId="0FD5AD54" w14:textId="77777777" w:rsidR="00AE2DE3" w:rsidRDefault="00000000">
            <w:pPr>
              <w:spacing w:before="20" w:after="20"/>
            </w:pPr>
            <w:r>
              <w:rPr>
                <w:sz w:val="17"/>
              </w:rPr>
              <w:t>Date of Birth: __________________________</w:t>
            </w:r>
          </w:p>
        </w:tc>
      </w:tr>
      <w:tr w:rsidR="00AE2DE3" w14:paraId="1CDFCB5C" w14:textId="77777777">
        <w:trPr>
          <w:jc w:val="center"/>
        </w:trPr>
        <w:tc>
          <w:tcPr>
            <w:tcW w:w="5184" w:type="dxa"/>
            <w:vAlign w:val="center"/>
          </w:tcPr>
          <w:p w14:paraId="7885071F" w14:textId="77777777" w:rsidR="00AE2DE3" w:rsidRDefault="00000000">
            <w:pPr>
              <w:spacing w:before="20" w:after="20"/>
            </w:pPr>
            <w:r>
              <w:rPr>
                <w:sz w:val="17"/>
              </w:rPr>
              <w:t>Other Names/Aliases Used: ___________________________</w:t>
            </w:r>
          </w:p>
        </w:tc>
        <w:tc>
          <w:tcPr>
            <w:tcW w:w="5184" w:type="dxa"/>
            <w:vAlign w:val="center"/>
          </w:tcPr>
          <w:p w14:paraId="226F24B4" w14:textId="77777777" w:rsidR="00AE2DE3" w:rsidRDefault="00000000">
            <w:pPr>
              <w:spacing w:before="20" w:after="20"/>
            </w:pPr>
            <w:r>
              <w:rPr>
                <w:sz w:val="17"/>
              </w:rPr>
              <w:t>Driver's License/State ID: _______________</w:t>
            </w:r>
          </w:p>
        </w:tc>
      </w:tr>
      <w:tr w:rsidR="00AE2DE3" w14:paraId="61EF4C52" w14:textId="77777777">
        <w:trPr>
          <w:jc w:val="center"/>
        </w:trPr>
        <w:tc>
          <w:tcPr>
            <w:tcW w:w="5184" w:type="dxa"/>
            <w:vAlign w:val="center"/>
          </w:tcPr>
          <w:p w14:paraId="50894437" w14:textId="77777777" w:rsidR="00AE2DE3" w:rsidRDefault="00000000">
            <w:pPr>
              <w:spacing w:before="20" w:after="20"/>
            </w:pPr>
            <w:r>
              <w:rPr>
                <w:sz w:val="17"/>
              </w:rPr>
              <w:t>Position Applied For: ________________________________</w:t>
            </w:r>
          </w:p>
        </w:tc>
        <w:tc>
          <w:tcPr>
            <w:tcW w:w="5184" w:type="dxa"/>
            <w:vAlign w:val="center"/>
          </w:tcPr>
          <w:p w14:paraId="3D0AC9DF" w14:textId="77777777" w:rsidR="00AE2DE3" w:rsidRDefault="00000000">
            <w:pPr>
              <w:spacing w:before="20" w:after="20"/>
            </w:pPr>
            <w:r>
              <w:rPr>
                <w:sz w:val="17"/>
              </w:rPr>
              <w:t>Department: _____________________________</w:t>
            </w:r>
          </w:p>
        </w:tc>
      </w:tr>
    </w:tbl>
    <w:p w14:paraId="344FDD9A" w14:textId="77777777" w:rsidR="00AE2DE3" w:rsidRDefault="00000000">
      <w:pPr>
        <w:spacing w:before="60" w:after="40"/>
      </w:pPr>
      <w:r>
        <w:rPr>
          <w:b/>
          <w:sz w:val="19"/>
        </w:rPr>
        <w:t>DISCLOSURE</w:t>
      </w:r>
    </w:p>
    <w:p w14:paraId="76F5216D" w14:textId="77777777" w:rsidR="00AE2DE3" w:rsidRDefault="00000000">
      <w:pPr>
        <w:spacing w:after="80" w:line="240" w:lineRule="auto"/>
      </w:pPr>
      <w:r>
        <w:t>Marion County, Arkansas may conduct a background investigation as part of the employment selection process. The investigation may include, as permitted by applicable law, a review of criminal history and other public records relevant to the position for which I am being considered. Information obtained through a background investigation will be used for legitimate employment purposes and handled in accordance with applicable federal and state laws.</w:t>
      </w:r>
    </w:p>
    <w:p w14:paraId="3510538D" w14:textId="77777777" w:rsidR="00AE2DE3" w:rsidRDefault="00000000">
      <w:pPr>
        <w:spacing w:before="60" w:after="40"/>
      </w:pPr>
      <w:r>
        <w:rPr>
          <w:b/>
          <w:sz w:val="19"/>
        </w:rPr>
        <w:t>AUTHORIZATION AND CONSENT</w:t>
      </w:r>
    </w:p>
    <w:p w14:paraId="4E6212ED" w14:textId="77777777" w:rsidR="00AE2DE3" w:rsidRDefault="00000000">
      <w:pPr>
        <w:spacing w:after="80" w:line="240" w:lineRule="auto"/>
      </w:pPr>
      <w:r>
        <w:t>I voluntarily authorize Marion County, Arkansas, its authorized representatives, and any authorized background screening provider to obtain information necessary to conduct a background investigation for employment purposes. I authorize appropriate federal, state, and local agencies, courts, law enforcement agencies, and other lawful record custodians to release information concerning me as permitted by law for purposes of this employment background investigation.</w:t>
      </w:r>
    </w:p>
    <w:p w14:paraId="237CEB9C" w14:textId="77777777" w:rsidR="00AE2DE3" w:rsidRDefault="00000000">
      <w:pPr>
        <w:spacing w:after="80" w:line="240" w:lineRule="auto"/>
      </w:pPr>
      <w:r>
        <w:t>I understand that information discovered during a background investigation does not automatically disqualify me from employment. Any information obtained will be considered in accordance with applicable law and Marion County employment policies. I certify that the identifying information I have provided is true, complete, and accurate to the best of my knowledge.</w:t>
      </w:r>
    </w:p>
    <w:p w14:paraId="0A678D87" w14:textId="77777777" w:rsidR="00AE2DE3" w:rsidRDefault="00000000">
      <w:pPr>
        <w:spacing w:before="60" w:after="40"/>
      </w:pPr>
      <w:r>
        <w:rPr>
          <w:b/>
          <w:sz w:val="19"/>
        </w:rPr>
        <w:t>APPLICANT AUTHORIZATION</w:t>
      </w:r>
    </w:p>
    <w:p w14:paraId="41AD1CF4" w14:textId="77777777" w:rsidR="00AE2DE3" w:rsidRDefault="00000000">
      <w:pPr>
        <w:spacing w:after="80"/>
      </w:pPr>
      <w:r>
        <w:t>By signing below, I acknowledge that I have read and understand this Background Check Disclosure and Authorization and voluntarily authorize Marion County, Arkansas to conduct the background investigation described above.</w:t>
      </w:r>
    </w:p>
    <w:tbl>
      <w:tblPr>
        <w:tblW w:w="0" w:type="auto"/>
        <w:jc w:val="center"/>
        <w:tblLook w:val="04A0" w:firstRow="1" w:lastRow="0" w:firstColumn="1" w:lastColumn="0" w:noHBand="0" w:noVBand="1"/>
      </w:tblPr>
      <w:tblGrid>
        <w:gridCol w:w="5184"/>
        <w:gridCol w:w="5184"/>
      </w:tblGrid>
      <w:tr w:rsidR="00AE2DE3" w14:paraId="6305BC9B" w14:textId="77777777">
        <w:trPr>
          <w:jc w:val="center"/>
        </w:trPr>
        <w:tc>
          <w:tcPr>
            <w:tcW w:w="5184" w:type="dxa"/>
            <w:vAlign w:val="center"/>
          </w:tcPr>
          <w:p w14:paraId="293C9D3A" w14:textId="77777777" w:rsidR="00AE2DE3" w:rsidRDefault="00000000">
            <w:pPr>
              <w:spacing w:before="20" w:after="20"/>
            </w:pPr>
            <w:r>
              <w:rPr>
                <w:sz w:val="17"/>
              </w:rPr>
              <w:t>Applicant Printed Name: ______________________________</w:t>
            </w:r>
          </w:p>
        </w:tc>
        <w:tc>
          <w:tcPr>
            <w:tcW w:w="5184" w:type="dxa"/>
            <w:vAlign w:val="center"/>
          </w:tcPr>
          <w:p w14:paraId="156872B8" w14:textId="77777777" w:rsidR="00AE2DE3" w:rsidRDefault="00000000">
            <w:pPr>
              <w:spacing w:before="20" w:after="20"/>
            </w:pPr>
            <w:r>
              <w:rPr>
                <w:sz w:val="17"/>
              </w:rPr>
              <w:t>Date: _________________________________</w:t>
            </w:r>
          </w:p>
        </w:tc>
      </w:tr>
      <w:tr w:rsidR="00AE2DE3" w14:paraId="7F831E87" w14:textId="77777777">
        <w:trPr>
          <w:jc w:val="center"/>
        </w:trPr>
        <w:tc>
          <w:tcPr>
            <w:tcW w:w="5184" w:type="dxa"/>
            <w:vAlign w:val="center"/>
          </w:tcPr>
          <w:p w14:paraId="6E217640" w14:textId="77777777" w:rsidR="00AE2DE3" w:rsidRDefault="00000000">
            <w:pPr>
              <w:spacing w:before="20" w:after="20"/>
            </w:pPr>
            <w:r>
              <w:rPr>
                <w:sz w:val="17"/>
              </w:rPr>
              <w:t>Applicant Signature: __________________________________</w:t>
            </w:r>
          </w:p>
        </w:tc>
        <w:tc>
          <w:tcPr>
            <w:tcW w:w="5184" w:type="dxa"/>
            <w:vAlign w:val="center"/>
          </w:tcPr>
          <w:p w14:paraId="14C25D54" w14:textId="77777777" w:rsidR="00AE2DE3" w:rsidRDefault="00AE2DE3">
            <w:pPr>
              <w:spacing w:before="20" w:after="20"/>
            </w:pPr>
          </w:p>
        </w:tc>
      </w:tr>
    </w:tbl>
    <w:p w14:paraId="64371807" w14:textId="77777777" w:rsidR="00AE2DE3" w:rsidRDefault="00000000">
      <w:pPr>
        <w:spacing w:before="60" w:after="40"/>
      </w:pPr>
      <w:r>
        <w:rPr>
          <w:b/>
          <w:sz w:val="19"/>
        </w:rPr>
        <w:t>FOR HUMAN RESOURCES USE ONLY</w:t>
      </w:r>
    </w:p>
    <w:tbl>
      <w:tblPr>
        <w:tblW w:w="0" w:type="auto"/>
        <w:jc w:val="center"/>
        <w:tblLook w:val="04A0" w:firstRow="1" w:lastRow="0" w:firstColumn="1" w:lastColumn="0" w:noHBand="0" w:noVBand="1"/>
      </w:tblPr>
      <w:tblGrid>
        <w:gridCol w:w="5184"/>
        <w:gridCol w:w="5184"/>
      </w:tblGrid>
      <w:tr w:rsidR="00AE2DE3" w14:paraId="227C90E4" w14:textId="77777777">
        <w:trPr>
          <w:jc w:val="center"/>
        </w:trPr>
        <w:tc>
          <w:tcPr>
            <w:tcW w:w="5184" w:type="dxa"/>
            <w:vAlign w:val="center"/>
          </w:tcPr>
          <w:p w14:paraId="30A1AF78" w14:textId="77777777" w:rsidR="00AE2DE3" w:rsidRDefault="00000000">
            <w:pPr>
              <w:spacing w:before="20" w:after="20"/>
            </w:pPr>
            <w:r>
              <w:rPr>
                <w:sz w:val="17"/>
              </w:rPr>
              <w:t>Position: ____________________________________________</w:t>
            </w:r>
          </w:p>
        </w:tc>
        <w:tc>
          <w:tcPr>
            <w:tcW w:w="5184" w:type="dxa"/>
            <w:vAlign w:val="center"/>
          </w:tcPr>
          <w:p w14:paraId="45D549C9" w14:textId="77777777" w:rsidR="00AE2DE3" w:rsidRDefault="00000000">
            <w:pPr>
              <w:spacing w:before="20" w:after="20"/>
            </w:pPr>
            <w:r>
              <w:rPr>
                <w:sz w:val="17"/>
              </w:rPr>
              <w:t>Department: _____________________________</w:t>
            </w:r>
          </w:p>
        </w:tc>
      </w:tr>
      <w:tr w:rsidR="00AE2DE3" w14:paraId="16FB2467" w14:textId="77777777">
        <w:trPr>
          <w:jc w:val="center"/>
        </w:trPr>
        <w:tc>
          <w:tcPr>
            <w:tcW w:w="5184" w:type="dxa"/>
            <w:vAlign w:val="center"/>
          </w:tcPr>
          <w:p w14:paraId="1FCF51BF" w14:textId="77777777" w:rsidR="00AE2DE3" w:rsidRDefault="00000000">
            <w:pPr>
              <w:spacing w:before="20" w:after="20"/>
            </w:pPr>
            <w:r>
              <w:rPr>
                <w:sz w:val="17"/>
              </w:rPr>
              <w:t>Background Check Requested By: ________________________</w:t>
            </w:r>
          </w:p>
        </w:tc>
        <w:tc>
          <w:tcPr>
            <w:tcW w:w="5184" w:type="dxa"/>
            <w:vAlign w:val="center"/>
          </w:tcPr>
          <w:p w14:paraId="6F7FDAD6" w14:textId="77777777" w:rsidR="00AE2DE3" w:rsidRDefault="00000000">
            <w:pPr>
              <w:spacing w:before="20" w:after="20"/>
            </w:pPr>
            <w:r>
              <w:rPr>
                <w:sz w:val="17"/>
              </w:rPr>
              <w:t>Date Submitted: _________________________</w:t>
            </w:r>
          </w:p>
        </w:tc>
      </w:tr>
      <w:tr w:rsidR="00AE2DE3" w14:paraId="5EAD8DBE" w14:textId="77777777">
        <w:trPr>
          <w:jc w:val="center"/>
        </w:trPr>
        <w:tc>
          <w:tcPr>
            <w:tcW w:w="5184" w:type="dxa"/>
            <w:vAlign w:val="center"/>
          </w:tcPr>
          <w:p w14:paraId="3BB0432F" w14:textId="77777777" w:rsidR="00AE2DE3" w:rsidRDefault="00000000">
            <w:pPr>
              <w:spacing w:before="20" w:after="20"/>
            </w:pPr>
            <w:r>
              <w:rPr>
                <w:sz w:val="17"/>
              </w:rPr>
              <w:t>Date Completed: ______________________________________</w:t>
            </w:r>
          </w:p>
        </w:tc>
        <w:tc>
          <w:tcPr>
            <w:tcW w:w="5184" w:type="dxa"/>
            <w:vAlign w:val="center"/>
          </w:tcPr>
          <w:p w14:paraId="740E2BA7" w14:textId="77777777" w:rsidR="00AE2DE3" w:rsidRDefault="00000000">
            <w:pPr>
              <w:spacing w:before="20" w:after="20"/>
            </w:pPr>
            <w:r>
              <w:rPr>
                <w:sz w:val="17"/>
              </w:rPr>
              <w:t>Result: ☐ Cleared   ☐ Review Required</w:t>
            </w:r>
          </w:p>
        </w:tc>
      </w:tr>
      <w:tr w:rsidR="00AE2DE3" w14:paraId="4C3E398E" w14:textId="77777777">
        <w:trPr>
          <w:jc w:val="center"/>
        </w:trPr>
        <w:tc>
          <w:tcPr>
            <w:tcW w:w="5184" w:type="dxa"/>
            <w:vAlign w:val="center"/>
          </w:tcPr>
          <w:p w14:paraId="43239767" w14:textId="77777777" w:rsidR="00AE2DE3" w:rsidRDefault="00000000">
            <w:pPr>
              <w:spacing w:before="20" w:after="20"/>
            </w:pPr>
            <w:r>
              <w:rPr>
                <w:sz w:val="17"/>
              </w:rPr>
              <w:t>HR Representative: ___________________________________</w:t>
            </w:r>
          </w:p>
        </w:tc>
        <w:tc>
          <w:tcPr>
            <w:tcW w:w="5184" w:type="dxa"/>
            <w:vAlign w:val="center"/>
          </w:tcPr>
          <w:p w14:paraId="47741B0A" w14:textId="77777777" w:rsidR="00AE2DE3" w:rsidRDefault="00000000">
            <w:pPr>
              <w:spacing w:before="20" w:after="20"/>
            </w:pPr>
            <w:r>
              <w:rPr>
                <w:sz w:val="17"/>
              </w:rPr>
              <w:t>Signature/Date: __________________________</w:t>
            </w:r>
          </w:p>
        </w:tc>
      </w:tr>
    </w:tbl>
    <w:p w14:paraId="0A32DE25" w14:textId="77777777" w:rsidR="00AE2DE3" w:rsidRDefault="00000000">
      <w:pPr>
        <w:spacing w:before="100" w:after="0"/>
      </w:pPr>
      <w:r>
        <w:rPr>
          <w:i/>
          <w:sz w:val="15"/>
        </w:rPr>
        <w:t>Note: If a third-party consumer reporting agency is used, additional disclosure, authorization, pre-adverse action, and adverse action requirements may apply under the Fair Credit Reporting Act (FCRA).</w:t>
      </w:r>
    </w:p>
    <w:sectPr w:rsidR="00AE2DE3" w:rsidSect="00034616">
      <w:pgSz w:w="12240" w:h="15840"/>
      <w:pgMar w:top="648" w:right="936" w:bottom="64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9994995">
    <w:abstractNumId w:val="8"/>
  </w:num>
  <w:num w:numId="2" w16cid:durableId="1099835955">
    <w:abstractNumId w:val="6"/>
  </w:num>
  <w:num w:numId="3" w16cid:durableId="1429614970">
    <w:abstractNumId w:val="5"/>
  </w:num>
  <w:num w:numId="4" w16cid:durableId="1105616450">
    <w:abstractNumId w:val="4"/>
  </w:num>
  <w:num w:numId="5" w16cid:durableId="901793058">
    <w:abstractNumId w:val="7"/>
  </w:num>
  <w:num w:numId="6" w16cid:durableId="594172547">
    <w:abstractNumId w:val="3"/>
  </w:num>
  <w:num w:numId="7" w16cid:durableId="1000740287">
    <w:abstractNumId w:val="2"/>
  </w:num>
  <w:num w:numId="8" w16cid:durableId="2079591572">
    <w:abstractNumId w:val="1"/>
  </w:num>
  <w:num w:numId="9" w16cid:durableId="647973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20F3"/>
    <w:rsid w:val="0029639D"/>
    <w:rsid w:val="00326F90"/>
    <w:rsid w:val="009F5F73"/>
    <w:rsid w:val="00AA1D8D"/>
    <w:rsid w:val="00AE2DE3"/>
    <w:rsid w:val="00B47730"/>
    <w:rsid w:val="00BC2E44"/>
    <w:rsid w:val="00CB0664"/>
    <w:rsid w:val="00D40B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F1DFB1"/>
  <w14:defaultImageDpi w14:val="300"/>
  <w15:docId w15:val="{FFF855CC-8088-4F81-BEC5-548855A28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Marion County Human Resources</cp:lastModifiedBy>
  <cp:revision>2</cp:revision>
  <cp:lastPrinted>2026-08-25T14:01:00Z</cp:lastPrinted>
  <dcterms:created xsi:type="dcterms:W3CDTF">2026-09-02T15:25:00Z</dcterms:created>
  <dcterms:modified xsi:type="dcterms:W3CDTF">2026-09-02T15:25:00Z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2026-08-26T14:44:33Z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c764d9ae-2b10-4f57-b5c8-1fa6e2258f1d</vt:lpwstr>
  </property>
  <property fmtid="{D5CDD505-2E9C-101B-9397-08002B2CF9AE}" pid="7" name="MSIP_Label_defa4170-0d19-0005-0004-bc88714345d2_ActionId">
    <vt:lpwstr>417c4430-32d3-43aa-a6b8-7ab8d7a1c099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