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52" w:lineRule="auto"/>
        <w:jc w:val="center"/>
      </w:pPr>
      <w:r>
        <w:rPr>
          <w:rFonts w:ascii="Arial" w:hAnsi="Arial"/>
          <w:b/>
          <w:i w:val="0"/>
          <w:color w:val="000000"/>
          <w:sz w:val="42"/>
        </w:rPr>
        <w:t>DJ / PRESENTER</w:t>
      </w:r>
    </w:p>
    <w:p>
      <w:pPr>
        <w:spacing w:before="0" w:after="140" w:line="252" w:lineRule="auto"/>
        <w:jc w:val="center"/>
      </w:pPr>
      <w:r>
        <w:rPr>
          <w:rFonts w:ascii="Arial" w:hAnsi="Arial"/>
          <w:b/>
          <w:i w:val="0"/>
          <w:color w:val="A77745"/>
          <w:sz w:val="23"/>
        </w:rPr>
        <w:t>APPLICATION PRO FORMA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65"/>
      </w:tblGrid>
      <w:tr>
        <w:trPr>
          <w:cantSplit/>
        </w:trPr>
        <w:tc>
          <w:tcPr>
            <w:tcW w:type="dxa" w:w="10080"/>
            <w:shd w:fill="F4F4F4"/>
            <w:tcBorders>
              <w:top w:val="single" w:sz="6" w:color="F4F4F4"/>
              <w:left w:val="single" w:sz="22" w:color="A77745"/>
              <w:bottom w:val="single" w:sz="6" w:color="F4F4F4"/>
              <w:right w:val="single" w:sz="6" w:color="F4F4F4"/>
            </w:tcBorders>
            <w:tcMar>
              <w:top w:w="115" w:type="dxa"/>
              <w:start w:w="160" w:type="dxa"/>
              <w:bottom w:w="105" w:type="dxa"/>
              <w:end w:w="160" w:type="dxa"/>
            </w:tcMar>
          </w:tcPr>
          <w:p>
            <w:pPr>
              <w:spacing w:before="0" w:after="6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9"/>
              </w:rPr>
              <w:t>Thank you for your interest in working with Cloud 9 Events Ltd.</w:t>
            </w:r>
          </w:p>
          <w:p>
            <w:pPr>
              <w:spacing w:before="0" w:after="4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We are looking for experienced, professional and reliable DJs/Presenters who take pride in delivering exceptional events. Please complete this form with as much detail as possible.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/>
                <w:color w:val="666666"/>
                <w:sz w:val="16"/>
              </w:rPr>
              <w:t>Fields marked * are required.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65"/>
      </w:tblGrid>
      <w:tr>
        <w:trPr>
          <w:cantSplit/>
        </w:trPr>
        <w:tc>
          <w:tcPr>
            <w:tcW w:type="dxa" w:w="10080"/>
            <w:shd w:fill="000000"/>
            <w:tcMar>
              <w:top w:w="115" w:type="dxa"/>
              <w:start w:w="180" w:type="dxa"/>
              <w:bottom w:w="115" w:type="dxa"/>
              <w:end w:w="1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A77745"/>
                <w:sz w:val="22"/>
              </w:rPr>
              <w:t xml:space="preserve">1  /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CONTACT DETAILS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2"/>
        <w:gridCol w:w="5032"/>
      </w:tblGrid>
      <w:tr>
        <w:trPr>
          <w:cantSplit/>
        </w:trPr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Full name *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DJ name (trading name, if any)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Address line 1 *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Address line 2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Town/city *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County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Postcode *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Mobile number *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Landline number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Email address *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</w:tr>
    </w:tbl>
    <w:p>
      <w:pPr>
        <w:spacing w:after="0"/>
      </w:pP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Website link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52" w:lineRule="auto"/>
      </w:pPr>
      <w:r>
        <w:rPr>
          <w:rFonts w:ascii="Arial" w:hAnsi="Arial"/>
          <w:b/>
          <w:i w:val="0"/>
          <w:color w:val="181818"/>
          <w:sz w:val="18"/>
        </w:rPr>
        <w:t>Please provide direct links to any professional social-media pages or profiles: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2"/>
        <w:gridCol w:w="5032"/>
      </w:tblGrid>
      <w:tr>
        <w:trPr>
          <w:cantSplit/>
        </w:trPr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Facebook page link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Instagram profile link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TikTok profile link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YouTube channel link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LinkedIn profile link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Other page or profile link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65"/>
      </w:tblGrid>
      <w:tr>
        <w:trPr>
          <w:cantSplit/>
        </w:trPr>
        <w:tc>
          <w:tcPr>
            <w:tcW w:type="dxa" w:w="10080"/>
            <w:shd w:fill="000000"/>
            <w:tcMar>
              <w:top w:w="115" w:type="dxa"/>
              <w:start w:w="180" w:type="dxa"/>
              <w:bottom w:w="115" w:type="dxa"/>
              <w:end w:w="1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A77745"/>
                <w:sz w:val="22"/>
              </w:rPr>
              <w:t xml:space="preserve">2  /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PROFESSIONAL EXPERIENCE</w:t>
            </w:r>
          </w:p>
        </w:tc>
      </w:tr>
    </w:tbl>
    <w:p>
      <w:pPr>
        <w:spacing w:after="0"/>
      </w:pP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How many years of professional DJ experience do you have? *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60" w:line="252" w:lineRule="auto"/>
      </w:pPr>
      <w:r>
        <w:rPr>
          <w:rFonts w:ascii="Arial" w:hAnsi="Arial"/>
          <w:b/>
          <w:i w:val="0"/>
          <w:color w:val="181818"/>
          <w:sz w:val="18"/>
        </w:rPr>
        <w:t>Which types of events do you regularly undertake? Select all that apply.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032"/>
        <w:gridCol w:w="5032"/>
      </w:tblGrid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Weddings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Corporate events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Private parties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Birthday and anniversary celebrations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Children's parties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Early-teen events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Karaoke events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Celebration of Life events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Hotels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Pubs and bars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Nightclubs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Other</w:t>
            </w:r>
          </w:p>
        </w:tc>
      </w:tr>
    </w:tbl>
    <w:p>
      <w:pPr>
        <w:spacing w:after="0"/>
      </w:pP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If other, please provide details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Please describe your experience and the types of events you currently undertake *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What are your musical strengths or specialisms? *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Please describe your presenting style and how you interact with guests *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60" w:line="252" w:lineRule="auto"/>
      </w:pPr>
      <w:r>
        <w:rPr>
          <w:rFonts w:ascii="Arial" w:hAnsi="Arial"/>
          <w:b/>
          <w:i w:val="0"/>
          <w:color w:val="181818"/>
          <w:sz w:val="18"/>
        </w:rPr>
        <w:t>Are you confident using a microphone and making professional announcements?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355"/>
        <w:gridCol w:w="3355"/>
        <w:gridCol w:w="3355"/>
      </w:tblGrid>
      <w:tr>
        <w:trPr>
          <w:cantSplit/>
        </w:trPr>
        <w:tc>
          <w:tcPr>
            <w:tcW w:type="dxa" w:w="336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Yes</w:t>
            </w:r>
          </w:p>
        </w:tc>
        <w:tc>
          <w:tcPr>
            <w:tcW w:type="dxa" w:w="336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No</w:t>
            </w:r>
          </w:p>
        </w:tc>
        <w:tc>
          <w:tcPr>
            <w:tcW w:type="dxa" w:w="336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Depending on the type of event</w:t>
            </w:r>
          </w:p>
        </w:tc>
      </w:tr>
    </w:tbl>
    <w:p>
      <w:pPr>
        <w:spacing w:after="0"/>
      </w:pPr>
    </w:p>
    <w:p>
      <w:pPr>
        <w:spacing w:before="0" w:after="60" w:line="252" w:lineRule="auto"/>
      </w:pPr>
      <w:r>
        <w:rPr>
          <w:rFonts w:ascii="Arial" w:hAnsi="Arial"/>
          <w:b/>
          <w:i w:val="0"/>
          <w:color w:val="181818"/>
          <w:sz w:val="18"/>
        </w:rPr>
        <w:t>Are you comfortable liaising directly with clients before an event?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032"/>
        <w:gridCol w:w="5032"/>
      </w:tblGrid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Yes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No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65"/>
      </w:tblGrid>
      <w:tr>
        <w:trPr>
          <w:cantSplit/>
        </w:trPr>
        <w:tc>
          <w:tcPr>
            <w:tcW w:type="dxa" w:w="10080"/>
            <w:shd w:fill="000000"/>
            <w:tcMar>
              <w:top w:w="115" w:type="dxa"/>
              <w:start w:w="180" w:type="dxa"/>
              <w:bottom w:w="115" w:type="dxa"/>
              <w:end w:w="1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A77745"/>
                <w:sz w:val="22"/>
              </w:rPr>
              <w:t xml:space="preserve">3  /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EQUIPMENT</w:t>
            </w:r>
          </w:p>
        </w:tc>
      </w:tr>
    </w:tbl>
    <w:p>
      <w:pPr>
        <w:spacing w:after="0"/>
      </w:pPr>
    </w:p>
    <w:p>
      <w:pPr>
        <w:spacing w:before="0" w:after="60" w:line="252" w:lineRule="auto"/>
      </w:pPr>
      <w:r>
        <w:rPr>
          <w:rFonts w:ascii="Arial" w:hAnsi="Arial"/>
          <w:b/>
          <w:i w:val="0"/>
          <w:color w:val="181818"/>
          <w:sz w:val="18"/>
        </w:rPr>
        <w:t>Do you own or have reliable access to professional DJ equipment? *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355"/>
        <w:gridCol w:w="3355"/>
        <w:gridCol w:w="3355"/>
      </w:tblGrid>
      <w:tr>
        <w:trPr>
          <w:cantSplit/>
        </w:trPr>
        <w:tc>
          <w:tcPr>
            <w:tcW w:type="dxa" w:w="336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Yes</w:t>
            </w:r>
          </w:p>
        </w:tc>
        <w:tc>
          <w:tcPr>
            <w:tcW w:type="dxa" w:w="336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No</w:t>
            </w:r>
          </w:p>
        </w:tc>
        <w:tc>
          <w:tcPr>
            <w:tcW w:type="dxa" w:w="336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Partly</w:t>
            </w:r>
          </w:p>
        </w:tc>
      </w:tr>
    </w:tbl>
    <w:p>
      <w:pPr>
        <w:spacing w:after="0"/>
      </w:pP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Please list your main sound, lighting, DJ and presentation equipment *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60" w:line="252" w:lineRule="auto"/>
      </w:pPr>
      <w:r>
        <w:rPr>
          <w:rFonts w:ascii="Arial" w:hAnsi="Arial"/>
          <w:b/>
          <w:i w:val="0"/>
          <w:color w:val="181818"/>
          <w:sz w:val="18"/>
        </w:rPr>
        <w:t>Do you have access to back-up equipment?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032"/>
        <w:gridCol w:w="5032"/>
      </w:tblGrid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Yes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No</w:t>
            </w:r>
          </w:p>
        </w:tc>
      </w:tr>
    </w:tbl>
    <w:p>
      <w:pPr>
        <w:spacing w:after="0"/>
      </w:pPr>
    </w:p>
    <w:p>
      <w:pPr>
        <w:spacing w:before="0" w:after="60" w:line="252" w:lineRule="auto"/>
      </w:pPr>
      <w:r>
        <w:rPr>
          <w:rFonts w:ascii="Arial" w:hAnsi="Arial"/>
          <w:b/>
          <w:i w:val="0"/>
          <w:color w:val="181818"/>
          <w:sz w:val="18"/>
        </w:rPr>
        <w:t>Is your equipment PAT tested where required?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355"/>
        <w:gridCol w:w="3355"/>
        <w:gridCol w:w="3355"/>
      </w:tblGrid>
      <w:tr>
        <w:trPr>
          <w:cantSplit/>
        </w:trPr>
        <w:tc>
          <w:tcPr>
            <w:tcW w:type="dxa" w:w="336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Yes</w:t>
            </w:r>
          </w:p>
        </w:tc>
        <w:tc>
          <w:tcPr>
            <w:tcW w:type="dxa" w:w="336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No</w:t>
            </w:r>
          </w:p>
        </w:tc>
        <w:tc>
          <w:tcPr>
            <w:tcW w:type="dxa" w:w="336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Not currently</w:t>
            </w:r>
          </w:p>
        </w:tc>
      </w:tr>
    </w:tbl>
    <w:p>
      <w:pPr>
        <w:spacing w:after="0"/>
      </w:pP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PAT test expiry date, if applicable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65"/>
      </w:tblGrid>
      <w:tr>
        <w:trPr>
          <w:cantSplit/>
        </w:trPr>
        <w:tc>
          <w:tcPr>
            <w:tcW w:type="dxa" w:w="10080"/>
            <w:shd w:fill="000000"/>
            <w:tcMar>
              <w:top w:w="115" w:type="dxa"/>
              <w:start w:w="180" w:type="dxa"/>
              <w:bottom w:w="115" w:type="dxa"/>
              <w:end w:w="1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A77745"/>
                <w:sz w:val="22"/>
              </w:rPr>
              <w:t xml:space="preserve">4  /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AVAILABILITY AND WORKING AREA</w:t>
            </w:r>
          </w:p>
        </w:tc>
      </w:tr>
    </w:tbl>
    <w:p>
      <w:pPr>
        <w:spacing w:after="0"/>
      </w:pP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Which areas are you prepared to cover? *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60" w:line="252" w:lineRule="auto"/>
      </w:pPr>
      <w:r>
        <w:rPr>
          <w:rFonts w:ascii="Arial" w:hAnsi="Arial"/>
          <w:b/>
          <w:i w:val="0"/>
          <w:color w:val="181818"/>
          <w:sz w:val="18"/>
        </w:rPr>
        <w:t>How far are you normally willing to travel?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032"/>
        <w:gridCol w:w="5032"/>
      </w:tblGrid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Up to 10 miles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Up to 25 miles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Up to 50 miles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More than 50 miles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Nationwide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Overseas</w:t>
            </w:r>
          </w:p>
        </w:tc>
      </w:tr>
    </w:tbl>
    <w:p>
      <w:pPr>
        <w:spacing w:after="0"/>
      </w:pPr>
    </w:p>
    <w:p>
      <w:pPr>
        <w:spacing w:before="0" w:after="60" w:line="252" w:lineRule="auto"/>
      </w:pPr>
      <w:r>
        <w:rPr>
          <w:rFonts w:ascii="Arial" w:hAnsi="Arial"/>
          <w:b/>
          <w:i w:val="0"/>
          <w:color w:val="181818"/>
          <w:sz w:val="18"/>
        </w:rPr>
        <w:t>What is your usual availability? Select all that apply.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032"/>
        <w:gridCol w:w="5032"/>
      </w:tblGrid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Weekdays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Weekday evenings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Fridays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Saturdays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Sundays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Bank holidays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Short-notice bookings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</w:p>
        </w:tc>
      </w:tr>
    </w:tbl>
    <w:p>
      <w:pPr>
        <w:spacing w:after="0"/>
      </w:pP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Are there any types of event you prefer not to undertake?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65"/>
      </w:tblGrid>
      <w:tr>
        <w:trPr>
          <w:cantSplit/>
        </w:trPr>
        <w:tc>
          <w:tcPr>
            <w:tcW w:type="dxa" w:w="10080"/>
            <w:shd w:fill="000000"/>
            <w:tcMar>
              <w:top w:w="115" w:type="dxa"/>
              <w:start w:w="180" w:type="dxa"/>
              <w:bottom w:w="115" w:type="dxa"/>
              <w:end w:w="1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A77745"/>
                <w:sz w:val="22"/>
              </w:rPr>
              <w:t xml:space="preserve">5  /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DOCUMENTS AND CERTIFICATION</w:t>
            </w:r>
          </w:p>
        </w:tc>
      </w:tr>
    </w:tbl>
    <w:p>
      <w:pPr>
        <w:spacing w:after="0"/>
      </w:pPr>
    </w:p>
    <w:p>
      <w:pPr>
        <w:spacing w:before="0" w:after="60" w:line="252" w:lineRule="auto"/>
      </w:pPr>
      <w:r>
        <w:rPr>
          <w:rFonts w:ascii="Arial" w:hAnsi="Arial"/>
          <w:b/>
          <w:i w:val="0"/>
          <w:color w:val="181818"/>
          <w:sz w:val="18"/>
        </w:rPr>
        <w:t>Do you currently hold any of the following? Select all that apply.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032"/>
        <w:gridCol w:w="5032"/>
      </w:tblGrid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Public Liability Insurance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Current PAT testing certification</w:t>
            </w:r>
          </w:p>
        </w:tc>
      </w:tr>
      <w:tr>
        <w:trPr>
          <w:cantSplit/>
        </w:trPr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Current Enhanced DBS check</w:t>
            </w:r>
          </w:p>
        </w:tc>
        <w:tc>
          <w:tcPr>
            <w:tcW w:type="dxa" w:w="504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None of the above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65"/>
      </w:tblGrid>
      <w:tr>
        <w:trPr>
          <w:cantSplit/>
        </w:trPr>
        <w:tc>
          <w:tcPr>
            <w:tcW w:type="dxa" w:w="10080"/>
            <w:shd w:fill="000000"/>
            <w:tcMar>
              <w:top w:w="115" w:type="dxa"/>
              <w:start w:w="180" w:type="dxa"/>
              <w:bottom w:w="115" w:type="dxa"/>
              <w:end w:w="1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A77745"/>
                <w:sz w:val="22"/>
              </w:rPr>
              <w:t xml:space="preserve">6  /  </w:t>
            </w:r>
            <w:r>
              <w:rPr>
                <w:rFonts w:ascii="Arial" w:hAnsi="Arial"/>
                <w:b/>
                <w:i w:val="0"/>
                <w:color w:val="FFFFFF"/>
                <w:sz w:val="22"/>
              </w:rPr>
              <w:t>ADDITIONAL INFORMATION</w:t>
            </w:r>
          </w:p>
        </w:tc>
      </w:tr>
    </w:tbl>
    <w:p>
      <w:pPr>
        <w:spacing w:after="0"/>
      </w:pP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Please tell us about yourself, your current level of DJ/Presenting experience, what you would like to achieve and what you hope to gain from working with Cloud 9 Events Ltd *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20" w:line="252" w:lineRule="auto"/>
      </w:pPr>
      <w:r>
        <w:rPr>
          <w:rFonts w:ascii="Arial" w:hAnsi="Arial"/>
          <w:b/>
          <w:i w:val="0"/>
          <w:color w:val="181818"/>
          <w:sz w:val="18"/>
        </w:rPr>
        <w:t>Is there anything else relevant that you would like us to know?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Arial" w:hAnsi="Arial"/>
          <w:b w:val="0"/>
          <w:i w:val="0"/>
          <w:color w:val="858585"/>
          <w:sz w:val="17"/>
        </w:rPr>
        <w:t>________________________________________________________________________________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65"/>
      </w:tblGrid>
      <w:tr>
        <w:trPr>
          <w:cantSplit/>
        </w:trPr>
        <w:tc>
          <w:tcPr>
            <w:tcW w:type="dxa" w:w="10080"/>
            <w:shd w:fill="000000"/>
            <w:tcMar>
              <w:top w:w="115" w:type="dxa"/>
              <w:start w:w="180" w:type="dxa"/>
              <w:bottom w:w="115" w:type="dxa"/>
              <w:end w:w="1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/>
                <w:i w:val="0"/>
                <w:color w:val="FFFFFF"/>
                <w:sz w:val="22"/>
              </w:rPr>
              <w:t>DECLARATION</w:t>
            </w:r>
          </w:p>
        </w:tc>
      </w:tr>
    </w:tbl>
    <w:p>
      <w:pPr>
        <w:spacing w:after="0"/>
      </w:pPr>
    </w:p>
    <w:p>
      <w:pPr>
        <w:spacing w:before="0" w:after="60" w:line="252" w:lineRule="auto"/>
      </w:pPr>
      <w:r>
        <w:rPr>
          <w:rFonts w:ascii="Arial" w:hAnsi="Arial"/>
          <w:b/>
          <w:i w:val="0"/>
          <w:color w:val="181818"/>
          <w:sz w:val="18"/>
        </w:rPr>
        <w:t>Please confirm each statement: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0065"/>
      </w:tblGrid>
      <w:tr>
        <w:trPr>
          <w:cantSplit/>
        </w:trPr>
        <w:tc>
          <w:tcPr>
            <w:tcW w:type="dxa" w:w="1008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I understand that I would operate as an independent, self-employed DJ/Presenter and would be responsible for my own tax, National Insurance, insurance, equipment and business obligations.</w:t>
            </w:r>
          </w:p>
        </w:tc>
      </w:tr>
      <w:tr>
        <w:trPr>
          <w:cantSplit/>
        </w:trPr>
        <w:tc>
          <w:tcPr>
            <w:tcW w:type="dxa" w:w="1008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I understand that work would be offered and accepted separately on an event-by-event basis. Submission of this application or inclusion within the Cloud 9 Events network does not guarantee regular or ongoing work.</w:t>
            </w:r>
          </w:p>
        </w:tc>
      </w:tr>
      <w:tr>
        <w:trPr>
          <w:cantSplit/>
        </w:trPr>
        <w:tc>
          <w:tcPr>
            <w:tcW w:type="dxa" w:w="1008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Nothing in this arrangement creates or implies an employment relationship between the DJ/Presenter and Cloud 9 Events Ltd.</w:t>
            </w:r>
          </w:p>
        </w:tc>
      </w:tr>
      <w:tr>
        <w:trPr>
          <w:cantSplit/>
        </w:trPr>
        <w:tc>
          <w:tcPr>
            <w:tcW w:type="dxa" w:w="10080"/>
            <w:tcMar>
              <w:top w:w="25" w:type="dxa"/>
              <w:start w:w="0" w:type="dxa"/>
              <w:bottom w:w="25" w:type="dxa"/>
              <w:end w:w="80" w:type="dxa"/>
            </w:tcMar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</w:tcBorders>
          </w:tcPr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181818"/>
                <w:sz w:val="18"/>
              </w:rPr>
              <w:t>☐  I consent to Cloud 9 Events Ltd storing and processing the information provided to assess my application and contact me about suitable opportunities.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2"/>
        <w:gridCol w:w="5032"/>
      </w:tblGrid>
      <w:tr>
        <w:trPr>
          <w:cantSplit/>
        </w:trPr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Full name *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Date *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  <w:t>Signature *</w:t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  <w:tc>
          <w:tcPr>
            <w:tcW w:type="dxa" w:w="4968"/>
            <w:tcMar>
              <w:top w:w="75" w:type="dxa"/>
              <w:start w:w="110" w:type="dxa"/>
              <w:bottom w:w="70" w:type="dxa"/>
              <w:end w:w="110" w:type="dxa"/>
            </w:tcMar>
            <w:shd w:fill="F7F7F7"/>
            <w:tcBorders>
              <w:top w:val="single" w:sz="6" w:color="E1E1E1"/>
              <w:left w:val="single" w:sz="6" w:color="E1E1E1"/>
              <w:bottom w:val="single" w:sz="6" w:color="E1E1E1"/>
              <w:right w:val="single" w:sz="6" w:color="E1E1E1"/>
            </w:tcBorders>
          </w:tcPr>
          <w:p>
            <w:pPr>
              <w:spacing w:before="0" w:after="40" w:line="252" w:lineRule="auto"/>
            </w:pPr>
            <w:r>
              <w:rPr>
                <w:rFonts w:ascii="Arial" w:hAnsi="Arial"/>
                <w:b/>
                <w:i w:val="0"/>
                <w:color w:val="181818"/>
                <w:sz w:val="17"/>
              </w:rPr>
            </w:r>
          </w:p>
          <w:p>
            <w:pPr>
              <w:spacing w:before="0" w:after="0" w:line="252" w:lineRule="auto"/>
            </w:pPr>
            <w:r>
              <w:rPr>
                <w:rFonts w:ascii="Arial" w:hAnsi="Arial"/>
                <w:b w:val="0"/>
                <w:i w:val="0"/>
                <w:color w:val="858585"/>
                <w:sz w:val="16"/>
              </w:rPr>
              <w:t>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1909" w:h="16834"/>
      <w:pgMar w:top="1325" w:right="922" w:bottom="893" w:left="922" w:header="36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10080"/>
    </w:tblGrid>
    <w:tr>
      <w:tc>
        <w:tcPr>
          <w:tcW w:type="dxa" w:w="10080"/>
          <w:shd w:fill="000000"/>
          <w:tcMar>
            <w:top w:w="65" w:type="dxa"/>
            <w:start w:w="110" w:type="dxa"/>
            <w:bottom w:w="65" w:type="dxa"/>
            <w:end w:w="110" w:type="dxa"/>
          </w:tcMar>
          <w:tcBorders>
            <w:top w:val="single" w:sz="6" w:color="000000"/>
            <w:left w:val="single" w:sz="6" w:color="000000"/>
            <w:bottom w:val="single" w:sz="6" w:color="000000"/>
            <w:right w:val="single" w:sz="6" w:color="000000"/>
          </w:tcBorders>
        </w:tcPr>
        <w:p>
          <w:pPr>
            <w:spacing w:before="0" w:after="0" w:line="252" w:lineRule="auto"/>
            <w:jc w:val="center"/>
          </w:pPr>
          <w:r>
            <w:rPr>
              <w:rFonts w:ascii="Arial" w:hAnsi="Arial"/>
              <w:b w:val="0"/>
              <w:i w:val="0"/>
              <w:color w:val="FFFFFF"/>
              <w:sz w:val="15"/>
            </w:rPr>
            <w:t>www.cloud9eventsltd.co.uk   |   cloud9@cloud9eventsltd.org   |   07946 451750</w:t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2376"/>
          <w:shd w:fill="000000"/>
          <w:tcMar>
            <w:top w:w="60" w:type="dxa"/>
            <w:start w:w="110" w:type="dxa"/>
            <w:bottom w:w="60" w:type="dxa"/>
            <w:end w:w="110" w:type="dxa"/>
          </w:tcMar>
          <w:tcBorders>
            <w:top w:val="single" w:sz="6" w:color="000000"/>
            <w:left w:val="single" w:sz="6" w:color="000000"/>
            <w:bottom w:val="single" w:sz="6" w:color="000000"/>
            <w:right w:val="single" w:sz="6" w:color="000000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804672" cy="58426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loud9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4672" cy="58426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704"/>
          <w:shd w:fill="000000"/>
          <w:tcMar>
            <w:top w:w="60" w:type="dxa"/>
            <w:start w:w="110" w:type="dxa"/>
            <w:bottom w:w="60" w:type="dxa"/>
            <w:end w:w="110" w:type="dxa"/>
          </w:tcMar>
          <w:tcBorders>
            <w:top w:val="single" w:sz="6" w:color="000000"/>
            <w:left w:val="single" w:sz="6" w:color="000000"/>
            <w:bottom w:val="single" w:sz="6" w:color="000000"/>
            <w:right w:val="single" w:sz="6" w:color="000000"/>
          </w:tcBorders>
          <w:vAlign w:val="center"/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/>
              <w:i w:val="0"/>
              <w:color w:val="FFFFFF"/>
              <w:sz w:val="18"/>
            </w:rPr>
            <w:t>CLOUD 9  /  DJ &amp; PRESENTER APPLICATION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Cloud 9 Events Ltd DJ/Presenter Application Pro Forma</dc:title>
  <dc:subject>DJ/Presenter application form</dc:subject>
  <dc:creator>Cloud 9 Events Ltd</dc:creator>
  <cp:keywords>Cloud 9 Events, DJ, Presenter, Application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