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70A8" w14:textId="77777777" w:rsidR="007C5971" w:rsidRPr="00267F03" w:rsidRDefault="00292108" w:rsidP="007C5971">
      <w:pPr>
        <w:rPr>
          <w:b/>
          <w:bCs/>
        </w:rPr>
      </w:pPr>
      <w:r w:rsidRPr="000F5A64">
        <w:rPr>
          <w:b/>
          <w:bCs/>
          <w:noProof/>
          <w14:ligatures w14:val="standardContextual"/>
        </w:rPr>
        <w:drawing>
          <wp:inline distT="0" distB="0" distL="0" distR="0" wp14:anchorId="10375C50" wp14:editId="3BDF402A">
            <wp:extent cx="2697480" cy="780137"/>
            <wp:effectExtent l="0" t="0" r="7620" b="1270"/>
            <wp:docPr id="457739726" name="Picture 1" descr="Seven States Power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39726" name="Picture 4577397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1525" cy="787091"/>
                    </a:xfrm>
                    <a:prstGeom prst="rect">
                      <a:avLst/>
                    </a:prstGeom>
                  </pic:spPr>
                </pic:pic>
              </a:graphicData>
            </a:graphic>
          </wp:inline>
        </w:drawing>
      </w:r>
    </w:p>
    <w:p w14:paraId="319ADBA9" w14:textId="77777777" w:rsidR="00267F03" w:rsidRDefault="00C045D4" w:rsidP="00774A87">
      <w:pPr>
        <w:spacing w:before="360" w:after="120"/>
        <w:jc w:val="center"/>
      </w:pPr>
      <w:r>
        <w:rPr>
          <w:rFonts w:ascii="Arial" w:hAnsi="Arial"/>
          <w:b/>
          <w:sz w:val="48"/>
        </w:rPr>
        <w:t>BIDDER RESPONSE FORMS</w:t>
      </w:r>
    </w:p>
    <w:p w14:paraId="1CE9BB30" w14:textId="77777777" w:rsidR="00537C46" w:rsidRPr="00537C46" w:rsidRDefault="00537C46" w:rsidP="00537C46">
      <w:pPr>
        <w:spacing w:after="240"/>
        <w:jc w:val="center"/>
        <w:rPr>
          <w:rFonts w:ascii="Arial" w:hAnsi="Arial"/>
          <w:b/>
          <w:color w:val="78AA65"/>
          <w:sz w:val="40"/>
          <w:szCs w:val="40"/>
        </w:rPr>
      </w:pPr>
      <w:r w:rsidRPr="00537C46">
        <w:rPr>
          <w:rFonts w:ascii="Arial" w:hAnsi="Arial"/>
          <w:b/>
          <w:color w:val="78AA65"/>
          <w:sz w:val="40"/>
          <w:szCs w:val="40"/>
        </w:rPr>
        <w:t>ENERGY EXPRESS PROJECT</w:t>
      </w:r>
    </w:p>
    <w:p w14:paraId="4DBEDD47" w14:textId="77777777" w:rsidR="00774A87" w:rsidRDefault="00774A87" w:rsidP="00804CF3">
      <w:pPr>
        <w:spacing w:after="0"/>
        <w:jc w:val="center"/>
        <w:rPr>
          <w:rFonts w:ascii="Arial" w:hAnsi="Arial"/>
          <w:b/>
          <w:sz w:val="36"/>
        </w:rPr>
      </w:pPr>
    </w:p>
    <w:p w14:paraId="2E3BD984" w14:textId="77777777" w:rsidR="00267F03" w:rsidRDefault="00C045D4" w:rsidP="00774A87">
      <w:pPr>
        <w:spacing w:after="240"/>
        <w:jc w:val="center"/>
        <w:rPr>
          <w:rFonts w:ascii="Arial" w:hAnsi="Arial"/>
          <w:b/>
          <w:sz w:val="36"/>
        </w:rPr>
      </w:pPr>
      <w:r>
        <w:rPr>
          <w:rFonts w:ascii="Arial" w:hAnsi="Arial"/>
          <w:b/>
          <w:sz w:val="36"/>
        </w:rPr>
        <w:t>Appendix C and Appendices E through I</w:t>
      </w:r>
    </w:p>
    <w:p w14:paraId="491465EF" w14:textId="77777777" w:rsidR="00234DC8" w:rsidRDefault="00234DC8" w:rsidP="00A77EA0">
      <w:pPr>
        <w:spacing w:after="0" w:line="240" w:lineRule="auto"/>
        <w:jc w:val="center"/>
        <w:rPr>
          <w:rFonts w:ascii="Arial" w:hAnsi="Arial" w:cs="Arial"/>
          <w:i/>
          <w:iCs/>
          <w:sz w:val="24"/>
          <w:szCs w:val="24"/>
        </w:rPr>
      </w:pPr>
    </w:p>
    <w:tbl>
      <w:tblPr>
        <w:tblStyle w:val="TableGrid"/>
        <w:tblW w:w="9360" w:type="dxa"/>
        <w:jc w:val="center"/>
        <w:tblLayout w:type="fixed"/>
        <w:tblLook w:val="04A0" w:firstRow="1" w:lastRow="0" w:firstColumn="1" w:lastColumn="0" w:noHBand="0" w:noVBand="1"/>
      </w:tblPr>
      <w:tblGrid>
        <w:gridCol w:w="2500"/>
        <w:gridCol w:w="6860"/>
      </w:tblGrid>
      <w:tr w:rsidR="00C045D4" w:rsidRPr="00C045D4" w14:paraId="47A0A7F1" w14:textId="77777777" w:rsidTr="00FA5778">
        <w:trPr>
          <w:tblHeader/>
          <w:jc w:val="center"/>
        </w:trPr>
        <w:tc>
          <w:tcPr>
            <w:tcW w:w="2500" w:type="dxa"/>
            <w:shd w:val="clear" w:color="auto" w:fill="E9ECF7"/>
            <w:tcMar>
              <w:top w:w="90" w:type="dxa"/>
              <w:left w:w="110" w:type="dxa"/>
              <w:bottom w:w="90" w:type="dxa"/>
              <w:right w:w="110" w:type="dxa"/>
            </w:tcMar>
            <w:vAlign w:val="center"/>
          </w:tcPr>
          <w:p w14:paraId="2E975885" w14:textId="77777777" w:rsidR="00C045D4" w:rsidRPr="00C045D4" w:rsidRDefault="00C045D4" w:rsidP="00FA5778">
            <w:pPr>
              <w:spacing w:line="240" w:lineRule="auto"/>
              <w:rPr>
                <w:rFonts w:ascii="Arial" w:hAnsi="Arial" w:cs="Arial"/>
              </w:rPr>
            </w:pPr>
            <w:r w:rsidRPr="00C045D4">
              <w:rPr>
                <w:rFonts w:ascii="Arial" w:hAnsi="Arial" w:cs="Arial"/>
                <w:b/>
                <w:color w:val="2D2D84"/>
              </w:rPr>
              <w:t>Solicitation</w:t>
            </w:r>
          </w:p>
        </w:tc>
        <w:tc>
          <w:tcPr>
            <w:tcW w:w="6860" w:type="dxa"/>
            <w:tcMar>
              <w:top w:w="90" w:type="dxa"/>
              <w:left w:w="110" w:type="dxa"/>
              <w:bottom w:w="90" w:type="dxa"/>
              <w:right w:w="110" w:type="dxa"/>
            </w:tcMar>
            <w:vAlign w:val="center"/>
          </w:tcPr>
          <w:p w14:paraId="7F2B9FDC" w14:textId="77777777" w:rsidR="00C045D4" w:rsidRPr="00C045D4" w:rsidRDefault="00C045D4" w:rsidP="00FA5778">
            <w:pPr>
              <w:spacing w:line="240" w:lineRule="auto"/>
              <w:rPr>
                <w:rFonts w:ascii="Arial" w:hAnsi="Arial" w:cs="Arial"/>
              </w:rPr>
            </w:pPr>
            <w:r>
              <w:rPr>
                <w:rFonts w:ascii="Arial" w:hAnsi="Arial" w:cs="Arial"/>
              </w:rPr>
              <w:t>7SPC RFP 2026 09 01</w:t>
            </w:r>
          </w:p>
        </w:tc>
      </w:tr>
      <w:tr w:rsidR="00C045D4" w:rsidRPr="00C045D4" w14:paraId="2BD8195C" w14:textId="77777777" w:rsidTr="00FA5778">
        <w:trPr>
          <w:jc w:val="center"/>
        </w:trPr>
        <w:tc>
          <w:tcPr>
            <w:tcW w:w="2500" w:type="dxa"/>
            <w:shd w:val="clear" w:color="auto" w:fill="E9ECF7"/>
            <w:tcMar>
              <w:top w:w="90" w:type="dxa"/>
              <w:left w:w="110" w:type="dxa"/>
              <w:bottom w:w="90" w:type="dxa"/>
              <w:right w:w="110" w:type="dxa"/>
            </w:tcMar>
            <w:vAlign w:val="center"/>
          </w:tcPr>
          <w:p w14:paraId="7957AD7A" w14:textId="77777777" w:rsidR="00C045D4" w:rsidRPr="00C045D4" w:rsidRDefault="00C045D4" w:rsidP="00FA5778">
            <w:pPr>
              <w:spacing w:line="240" w:lineRule="auto"/>
              <w:rPr>
                <w:rFonts w:ascii="Arial" w:hAnsi="Arial" w:cs="Arial"/>
              </w:rPr>
            </w:pPr>
            <w:r w:rsidRPr="00C045D4">
              <w:rPr>
                <w:rFonts w:ascii="Arial" w:hAnsi="Arial" w:cs="Arial"/>
                <w:b/>
                <w:color w:val="2D2D84"/>
              </w:rPr>
              <w:t>Procurement</w:t>
            </w:r>
          </w:p>
        </w:tc>
        <w:tc>
          <w:tcPr>
            <w:tcW w:w="6860" w:type="dxa"/>
            <w:tcMar>
              <w:top w:w="90" w:type="dxa"/>
              <w:left w:w="110" w:type="dxa"/>
              <w:bottom w:w="90" w:type="dxa"/>
              <w:right w:w="110" w:type="dxa"/>
            </w:tcMar>
            <w:vAlign w:val="center"/>
          </w:tcPr>
          <w:p w14:paraId="33A714DC" w14:textId="77777777" w:rsidR="00C045D4" w:rsidRPr="00C045D4" w:rsidRDefault="00C045D4" w:rsidP="00FA5778">
            <w:pPr>
              <w:spacing w:line="240" w:lineRule="auto"/>
              <w:rPr>
                <w:rFonts w:ascii="Arial" w:hAnsi="Arial" w:cs="Arial"/>
              </w:rPr>
            </w:pPr>
            <w:r w:rsidRPr="00C045D4">
              <w:rPr>
                <w:rFonts w:ascii="Arial" w:hAnsi="Arial" w:cs="Arial"/>
              </w:rPr>
              <w:t>Battery Energy Storage Equipment and 20</w:t>
            </w:r>
            <w:r>
              <w:rPr>
                <w:rFonts w:ascii="Arial" w:hAnsi="Arial" w:cs="Arial"/>
              </w:rPr>
              <w:t>-</w:t>
            </w:r>
            <w:r w:rsidRPr="00C045D4">
              <w:rPr>
                <w:rFonts w:ascii="Arial" w:hAnsi="Arial" w:cs="Arial"/>
              </w:rPr>
              <w:t>Year LTSA</w:t>
            </w:r>
          </w:p>
        </w:tc>
      </w:tr>
      <w:tr w:rsidR="00C045D4" w:rsidRPr="00C045D4" w14:paraId="346E0A24" w14:textId="77777777" w:rsidTr="00FA5778">
        <w:trPr>
          <w:jc w:val="center"/>
        </w:trPr>
        <w:tc>
          <w:tcPr>
            <w:tcW w:w="2500" w:type="dxa"/>
            <w:shd w:val="clear" w:color="auto" w:fill="E9ECF7"/>
            <w:tcMar>
              <w:top w:w="90" w:type="dxa"/>
              <w:left w:w="110" w:type="dxa"/>
              <w:bottom w:w="90" w:type="dxa"/>
              <w:right w:w="110" w:type="dxa"/>
            </w:tcMar>
            <w:vAlign w:val="center"/>
          </w:tcPr>
          <w:p w14:paraId="1C51A54E" w14:textId="77777777" w:rsidR="00C045D4" w:rsidRPr="00C045D4" w:rsidRDefault="00C045D4" w:rsidP="00FA5778">
            <w:pPr>
              <w:spacing w:line="240" w:lineRule="auto"/>
              <w:rPr>
                <w:rFonts w:ascii="Arial" w:hAnsi="Arial" w:cs="Arial"/>
              </w:rPr>
            </w:pPr>
            <w:r w:rsidRPr="00C045D4">
              <w:rPr>
                <w:rFonts w:ascii="Arial" w:hAnsi="Arial" w:cs="Arial"/>
                <w:b/>
                <w:color w:val="2D2D84"/>
              </w:rPr>
              <w:t>Release</w:t>
            </w:r>
          </w:p>
        </w:tc>
        <w:tc>
          <w:tcPr>
            <w:tcW w:w="6860" w:type="dxa"/>
            <w:tcMar>
              <w:top w:w="90" w:type="dxa"/>
              <w:left w:w="110" w:type="dxa"/>
              <w:bottom w:w="90" w:type="dxa"/>
              <w:right w:w="110" w:type="dxa"/>
            </w:tcMar>
            <w:vAlign w:val="center"/>
          </w:tcPr>
          <w:p w14:paraId="033F74BC" w14:textId="77777777" w:rsidR="00C045D4" w:rsidRPr="00C045D4" w:rsidRDefault="00B95301" w:rsidP="00FA5778">
            <w:pPr>
              <w:spacing w:line="240" w:lineRule="auto"/>
              <w:rPr>
                <w:rFonts w:ascii="Arial" w:hAnsi="Arial" w:cs="Arial"/>
              </w:rPr>
            </w:pPr>
            <w:r>
              <w:rPr>
                <w:rFonts w:ascii="Arial" w:hAnsi="Arial" w:cs="Arial"/>
              </w:rPr>
              <w:t>September 1</w:t>
            </w:r>
            <w:r w:rsidR="00C045D4" w:rsidRPr="00C045D4">
              <w:rPr>
                <w:rFonts w:ascii="Arial" w:hAnsi="Arial" w:cs="Arial"/>
              </w:rPr>
              <w:t>, 2026</w:t>
            </w:r>
          </w:p>
        </w:tc>
      </w:tr>
      <w:tr w:rsidR="00C045D4" w:rsidRPr="00C045D4" w14:paraId="4F411813" w14:textId="77777777" w:rsidTr="00FA5778">
        <w:trPr>
          <w:jc w:val="center"/>
        </w:trPr>
        <w:tc>
          <w:tcPr>
            <w:tcW w:w="2500" w:type="dxa"/>
            <w:shd w:val="clear" w:color="auto" w:fill="E9ECF7"/>
            <w:tcMar>
              <w:top w:w="90" w:type="dxa"/>
              <w:left w:w="110" w:type="dxa"/>
              <w:bottom w:w="90" w:type="dxa"/>
              <w:right w:w="110" w:type="dxa"/>
            </w:tcMar>
            <w:vAlign w:val="center"/>
          </w:tcPr>
          <w:p w14:paraId="7C87E99C" w14:textId="77777777" w:rsidR="00C045D4" w:rsidRPr="00C045D4" w:rsidRDefault="00C045D4" w:rsidP="00FA5778">
            <w:pPr>
              <w:spacing w:line="240" w:lineRule="auto"/>
              <w:rPr>
                <w:rFonts w:ascii="Arial" w:hAnsi="Arial" w:cs="Arial"/>
              </w:rPr>
            </w:pPr>
            <w:r w:rsidRPr="00C045D4">
              <w:rPr>
                <w:rFonts w:ascii="Arial" w:hAnsi="Arial" w:cs="Arial"/>
                <w:b/>
                <w:color w:val="2D2D84"/>
              </w:rPr>
              <w:t>Proposal due</w:t>
            </w:r>
          </w:p>
        </w:tc>
        <w:tc>
          <w:tcPr>
            <w:tcW w:w="6860" w:type="dxa"/>
            <w:tcMar>
              <w:top w:w="90" w:type="dxa"/>
              <w:left w:w="110" w:type="dxa"/>
              <w:bottom w:w="90" w:type="dxa"/>
              <w:right w:w="110" w:type="dxa"/>
            </w:tcMar>
            <w:vAlign w:val="center"/>
          </w:tcPr>
          <w:p w14:paraId="0519F10C" w14:textId="77777777" w:rsidR="00C045D4" w:rsidRPr="00C045D4" w:rsidRDefault="00C045D4" w:rsidP="00FA5778">
            <w:pPr>
              <w:spacing w:line="240" w:lineRule="auto"/>
              <w:rPr>
                <w:rFonts w:ascii="Arial" w:hAnsi="Arial" w:cs="Arial"/>
              </w:rPr>
            </w:pPr>
            <w:r w:rsidRPr="00C045D4">
              <w:rPr>
                <w:rFonts w:ascii="Arial" w:hAnsi="Arial" w:cs="Arial"/>
              </w:rPr>
              <w:t xml:space="preserve">October </w:t>
            </w:r>
            <w:r w:rsidR="00B95301">
              <w:rPr>
                <w:rFonts w:ascii="Arial" w:hAnsi="Arial" w:cs="Arial"/>
              </w:rPr>
              <w:t>30</w:t>
            </w:r>
            <w:r w:rsidRPr="00C045D4">
              <w:rPr>
                <w:rFonts w:ascii="Arial" w:hAnsi="Arial" w:cs="Arial"/>
              </w:rPr>
              <w:t>, 2026 at 11:59 PM Eastern Time</w:t>
            </w:r>
          </w:p>
        </w:tc>
      </w:tr>
      <w:tr w:rsidR="00C045D4" w:rsidRPr="00C045D4" w14:paraId="3F92AA32" w14:textId="77777777" w:rsidTr="00FA5778">
        <w:trPr>
          <w:jc w:val="center"/>
        </w:trPr>
        <w:tc>
          <w:tcPr>
            <w:tcW w:w="2500" w:type="dxa"/>
            <w:shd w:val="clear" w:color="auto" w:fill="E9ECF7"/>
            <w:tcMar>
              <w:top w:w="90" w:type="dxa"/>
              <w:left w:w="110" w:type="dxa"/>
              <w:bottom w:w="90" w:type="dxa"/>
              <w:right w:w="110" w:type="dxa"/>
            </w:tcMar>
            <w:vAlign w:val="center"/>
          </w:tcPr>
          <w:p w14:paraId="0F456C05" w14:textId="77777777" w:rsidR="00C045D4" w:rsidRPr="00C045D4" w:rsidRDefault="00C045D4" w:rsidP="00FA5778">
            <w:pPr>
              <w:spacing w:line="240" w:lineRule="auto"/>
              <w:rPr>
                <w:rFonts w:ascii="Arial" w:hAnsi="Arial" w:cs="Arial"/>
              </w:rPr>
            </w:pPr>
            <w:r w:rsidRPr="00C045D4">
              <w:rPr>
                <w:rFonts w:ascii="Arial" w:hAnsi="Arial" w:cs="Arial"/>
                <w:b/>
                <w:color w:val="2D2D84"/>
              </w:rPr>
              <w:t>Submit</w:t>
            </w:r>
          </w:p>
        </w:tc>
        <w:tc>
          <w:tcPr>
            <w:tcW w:w="6860" w:type="dxa"/>
            <w:tcMar>
              <w:top w:w="90" w:type="dxa"/>
              <w:left w:w="110" w:type="dxa"/>
              <w:bottom w:w="90" w:type="dxa"/>
              <w:right w:w="110" w:type="dxa"/>
            </w:tcMar>
            <w:vAlign w:val="center"/>
          </w:tcPr>
          <w:p w14:paraId="754DAA7E" w14:textId="77777777" w:rsidR="00C045D4" w:rsidRPr="00C045D4" w:rsidRDefault="00B95301" w:rsidP="00FA5778">
            <w:pPr>
              <w:spacing w:line="240" w:lineRule="auto"/>
              <w:rPr>
                <w:rFonts w:ascii="Arial" w:hAnsi="Arial" w:cs="Arial"/>
              </w:rPr>
            </w:pPr>
            <w:r>
              <w:rPr>
                <w:rFonts w:ascii="Arial" w:hAnsi="Arial" w:cs="Arial"/>
              </w:rPr>
              <w:t>EEP-BESS-RFP</w:t>
            </w:r>
            <w:r w:rsidR="00C045D4" w:rsidRPr="00C045D4">
              <w:rPr>
                <w:rFonts w:ascii="Arial" w:hAnsi="Arial" w:cs="Arial"/>
              </w:rPr>
              <w:t>@7SPC.com</w:t>
            </w:r>
          </w:p>
        </w:tc>
      </w:tr>
      <w:tr w:rsidR="00C045D4" w:rsidRPr="00C045D4" w14:paraId="717E943E" w14:textId="77777777" w:rsidTr="00FA5778">
        <w:trPr>
          <w:jc w:val="center"/>
        </w:trPr>
        <w:tc>
          <w:tcPr>
            <w:tcW w:w="2500" w:type="dxa"/>
            <w:shd w:val="clear" w:color="auto" w:fill="E9ECF7"/>
            <w:tcMar>
              <w:top w:w="90" w:type="dxa"/>
              <w:left w:w="110" w:type="dxa"/>
              <w:bottom w:w="90" w:type="dxa"/>
              <w:right w:w="110" w:type="dxa"/>
            </w:tcMar>
            <w:vAlign w:val="center"/>
          </w:tcPr>
          <w:p w14:paraId="789814E8" w14:textId="77777777" w:rsidR="00C045D4" w:rsidRPr="00C045D4" w:rsidRDefault="00C045D4" w:rsidP="00FA5778">
            <w:pPr>
              <w:spacing w:line="240" w:lineRule="auto"/>
              <w:rPr>
                <w:rFonts w:ascii="Arial" w:hAnsi="Arial" w:cs="Arial"/>
              </w:rPr>
            </w:pPr>
            <w:r>
              <w:rPr>
                <w:rFonts w:ascii="Arial" w:hAnsi="Arial" w:cs="Arial"/>
                <w:b/>
                <w:color w:val="2D2D84"/>
              </w:rPr>
              <w:t>Bidder</w:t>
            </w:r>
          </w:p>
        </w:tc>
        <w:tc>
          <w:tcPr>
            <w:tcW w:w="6860" w:type="dxa"/>
            <w:tcMar>
              <w:top w:w="90" w:type="dxa"/>
              <w:left w:w="110" w:type="dxa"/>
              <w:bottom w:w="90" w:type="dxa"/>
              <w:right w:w="110" w:type="dxa"/>
            </w:tcMar>
            <w:vAlign w:val="center"/>
          </w:tcPr>
          <w:p w14:paraId="7D66F2D3" w14:textId="77777777" w:rsidR="00C045D4" w:rsidRPr="00C045D4" w:rsidRDefault="00C045D4" w:rsidP="00FA5778">
            <w:pPr>
              <w:spacing w:line="240" w:lineRule="auto"/>
              <w:rPr>
                <w:rFonts w:ascii="Arial" w:hAnsi="Arial" w:cs="Arial"/>
              </w:rPr>
            </w:pPr>
            <w:r>
              <w:rPr>
                <w:rFonts w:ascii="Arial" w:hAnsi="Arial" w:cs="Arial"/>
              </w:rPr>
              <w:t>[Enter legal Bidder name]</w:t>
            </w:r>
          </w:p>
        </w:tc>
      </w:tr>
    </w:tbl>
    <w:p w14:paraId="2009F7A6" w14:textId="77777777" w:rsidR="00C045D4" w:rsidRDefault="00C045D4" w:rsidP="00A77EA0">
      <w:pPr>
        <w:spacing w:after="0" w:line="240" w:lineRule="auto"/>
        <w:jc w:val="center"/>
        <w:rPr>
          <w:rFonts w:ascii="Arial" w:hAnsi="Arial" w:cs="Arial"/>
          <w:i/>
          <w:iCs/>
          <w:sz w:val="24"/>
          <w:szCs w:val="24"/>
        </w:rPr>
      </w:pPr>
    </w:p>
    <w:p w14:paraId="396E6F26" w14:textId="77777777" w:rsidR="00C045D4" w:rsidRPr="008878A7" w:rsidRDefault="00C045D4" w:rsidP="00C045D4">
      <w:pPr>
        <w:spacing w:after="0"/>
        <w:rPr>
          <w:rFonts w:ascii="Arial" w:hAnsi="Arial" w:cs="Arial"/>
        </w:rPr>
      </w:pPr>
    </w:p>
    <w:tbl>
      <w:tblPr>
        <w:tblStyle w:val="TableGrid"/>
        <w:tblW w:w="9360" w:type="dxa"/>
        <w:jc w:val="center"/>
        <w:tblLayout w:type="fixed"/>
        <w:tblLook w:val="04A0" w:firstRow="1" w:lastRow="0" w:firstColumn="1" w:lastColumn="0" w:noHBand="0" w:noVBand="1"/>
      </w:tblPr>
      <w:tblGrid>
        <w:gridCol w:w="9360"/>
      </w:tblGrid>
      <w:tr w:rsidR="00C045D4" w:rsidRPr="008878A7" w14:paraId="23A4C0AC" w14:textId="77777777" w:rsidTr="00FA5778">
        <w:trPr>
          <w:jc w:val="center"/>
        </w:trPr>
        <w:tc>
          <w:tcPr>
            <w:tcW w:w="9360" w:type="dxa"/>
            <w:shd w:val="clear" w:color="auto" w:fill="EDF5EA"/>
          </w:tcPr>
          <w:p w14:paraId="5CAAE875" w14:textId="77777777" w:rsidR="00C045D4" w:rsidRPr="008878A7" w:rsidRDefault="00C045D4" w:rsidP="00FA5778">
            <w:pPr>
              <w:spacing w:before="120" w:after="120"/>
              <w:rPr>
                <w:rFonts w:ascii="Arial" w:hAnsi="Arial" w:cs="Arial"/>
              </w:rPr>
            </w:pPr>
            <w:r>
              <w:rPr>
                <w:rFonts w:ascii="Arial" w:hAnsi="Arial" w:cs="Arial"/>
                <w:b/>
                <w:bCs/>
                <w:caps/>
                <w:color w:val="2D2D84"/>
              </w:rPr>
              <w:t>IMPORTANT</w:t>
            </w:r>
            <w:r w:rsidRPr="007B27D6">
              <w:rPr>
                <w:rFonts w:ascii="Arial" w:hAnsi="Arial" w:cs="Arial"/>
                <w:b/>
                <w:bCs/>
                <w:caps/>
                <w:color w:val="2D2D84"/>
              </w:rPr>
              <w:t>:</w:t>
            </w:r>
            <w:r w:rsidRPr="008878A7">
              <w:rPr>
                <w:rFonts w:ascii="Arial" w:hAnsi="Arial" w:cs="Arial"/>
                <w:b/>
                <w:bCs/>
                <w:color w:val="2D2D84"/>
              </w:rPr>
              <w:t xml:space="preserve"> </w:t>
            </w:r>
            <w:r w:rsidRPr="008878A7">
              <w:rPr>
                <w:rFonts w:ascii="Arial" w:hAnsi="Arial" w:cs="Arial"/>
              </w:rPr>
              <w:t xml:space="preserve"> </w:t>
            </w:r>
            <w:r w:rsidRPr="00C045D4">
              <w:rPr>
                <w:rFonts w:ascii="Arial" w:hAnsi="Arial" w:cs="Arial"/>
              </w:rPr>
              <w:t>Category A requires a compliant base proposal for all 18 sites. No BABAA or RUS Buy American waiver dependent solution is eligible. Category B is nonbinding market information and is not scored.</w:t>
            </w:r>
          </w:p>
        </w:tc>
      </w:tr>
    </w:tbl>
    <w:p w14:paraId="02805D1B" w14:textId="77777777" w:rsidR="00C045D4" w:rsidRDefault="00C045D4" w:rsidP="00C045D4"/>
    <w:tbl>
      <w:tblPr>
        <w:tblStyle w:val="TableGrid"/>
        <w:tblW w:w="9360" w:type="dxa"/>
        <w:jc w:val="center"/>
        <w:tblLayout w:type="fixed"/>
        <w:tblLook w:val="04A0" w:firstRow="1" w:lastRow="0" w:firstColumn="1" w:lastColumn="0" w:noHBand="0" w:noVBand="1"/>
      </w:tblPr>
      <w:tblGrid>
        <w:gridCol w:w="9360"/>
      </w:tblGrid>
      <w:tr w:rsidR="00C045D4" w14:paraId="0AD6ABC0" w14:textId="77777777" w:rsidTr="00FA5778">
        <w:trPr>
          <w:tblHeader/>
          <w:jc w:val="center"/>
        </w:trPr>
        <w:tc>
          <w:tcPr>
            <w:tcW w:w="9360" w:type="dxa"/>
            <w:shd w:val="clear" w:color="auto" w:fill="EDF5EA"/>
          </w:tcPr>
          <w:p w14:paraId="11808763" w14:textId="77777777" w:rsidR="00C045D4" w:rsidRDefault="00C045D4" w:rsidP="00C045D4">
            <w:pPr>
              <w:spacing w:before="120" w:after="120"/>
            </w:pPr>
            <w:r w:rsidRPr="00C045D4">
              <w:rPr>
                <w:rFonts w:ascii="Arial" w:hAnsi="Arial" w:cs="Arial"/>
                <w:b/>
                <w:bCs/>
                <w:caps/>
                <w:color w:val="2D2D84"/>
              </w:rPr>
              <w:t>Completion rule</w:t>
            </w:r>
            <w:r>
              <w:rPr>
                <w:rFonts w:ascii="Arial" w:hAnsi="Arial" w:cs="Arial"/>
                <w:b/>
                <w:bCs/>
                <w:caps/>
                <w:color w:val="2D2D84"/>
              </w:rPr>
              <w:t>:</w:t>
            </w:r>
            <w:r w:rsidRPr="00C045D4">
              <w:rPr>
                <w:rFonts w:ascii="Arial" w:hAnsi="Arial" w:cs="Arial"/>
                <w:b/>
                <w:bCs/>
                <w:caps/>
                <w:color w:val="2D2D84"/>
              </w:rPr>
              <w:t xml:space="preserve"> </w:t>
            </w:r>
            <w:r w:rsidRPr="00C045D4">
              <w:rPr>
                <w:rFonts w:ascii="Arial" w:hAnsi="Arial" w:cs="Arial"/>
              </w:rPr>
              <w:t>Enter each fact once. Reference attachments by exact filename and page. If a requirement is not met, disclose it only in Appendix I in addition to any requested explanation.</w:t>
            </w:r>
          </w:p>
        </w:tc>
      </w:tr>
    </w:tbl>
    <w:p w14:paraId="68879381" w14:textId="77777777" w:rsidR="00C045D4" w:rsidRDefault="00C045D4" w:rsidP="00C045D4">
      <w:pPr>
        <w:spacing w:after="0" w:line="240" w:lineRule="auto"/>
        <w:rPr>
          <w:rFonts w:ascii="Arial" w:hAnsi="Arial" w:cs="Arial"/>
          <w:i/>
          <w:iCs/>
          <w:sz w:val="24"/>
          <w:szCs w:val="24"/>
        </w:rPr>
        <w:sectPr w:rsidR="00C045D4" w:rsidSect="00234DC8">
          <w:headerReference w:type="default" r:id="rId9"/>
          <w:footerReference w:type="default" r:id="rId10"/>
          <w:footerReference w:type="first" r:id="rId11"/>
          <w:pgSz w:w="12240" w:h="15840" w:code="1"/>
          <w:pgMar w:top="1440" w:right="1440" w:bottom="1440" w:left="1440" w:header="720" w:footer="720" w:gutter="0"/>
          <w:pgNumType w:fmt="lowerRoman" w:start="1"/>
          <w:cols w:space="720"/>
          <w:docGrid w:linePitch="360"/>
        </w:sectPr>
      </w:pPr>
    </w:p>
    <w:p w14:paraId="3432A2E4" w14:textId="77777777" w:rsidR="00C045D4" w:rsidRPr="00C045D4" w:rsidRDefault="00C045D4" w:rsidP="00B04DB1">
      <w:pPr>
        <w:pStyle w:val="Heading1"/>
        <w:spacing w:after="120"/>
        <w:rPr>
          <w:rFonts w:ascii="Arial" w:hAnsi="Arial" w:cs="Arial"/>
          <w:caps/>
        </w:rPr>
      </w:pPr>
      <w:r w:rsidRPr="00C045D4">
        <w:rPr>
          <w:rFonts w:ascii="Arial" w:hAnsi="Arial" w:cs="Arial"/>
          <w:caps/>
        </w:rPr>
        <w:lastRenderedPageBreak/>
        <w:t>Appendix C. Compliance Certifications</w:t>
      </w:r>
    </w:p>
    <w:p w14:paraId="159FD54E" w14:textId="77777777" w:rsidR="00C045D4" w:rsidRPr="00C045D4" w:rsidRDefault="00C045D4" w:rsidP="00C045D4">
      <w:pPr>
        <w:rPr>
          <w:rFonts w:ascii="Arial" w:hAnsi="Arial" w:cs="Arial"/>
        </w:rPr>
      </w:pPr>
      <w:r w:rsidRPr="00C045D4">
        <w:rPr>
          <w:rFonts w:ascii="Arial" w:hAnsi="Arial" w:cs="Arial"/>
        </w:rPr>
        <w:t>Submit signed forms with the proposal. Detailed confidential cost evidence is deferred as stated in the RFP.</w:t>
      </w:r>
    </w:p>
    <w:p w14:paraId="2FC6C7F6" w14:textId="77777777" w:rsidR="00C045D4" w:rsidRPr="00B04DB1" w:rsidRDefault="00C045D4" w:rsidP="00B04DB1">
      <w:pPr>
        <w:pStyle w:val="Heading2"/>
        <w:spacing w:before="240" w:after="120"/>
        <w:rPr>
          <w:rFonts w:ascii="Arial" w:hAnsi="Arial" w:cs="Arial"/>
          <w:color w:val="78AA65"/>
          <w:sz w:val="28"/>
          <w:szCs w:val="28"/>
        </w:rPr>
      </w:pPr>
      <w:r w:rsidRPr="00B04DB1">
        <w:rPr>
          <w:rFonts w:ascii="Arial" w:hAnsi="Arial" w:cs="Arial"/>
          <w:color w:val="78AA65"/>
          <w:sz w:val="28"/>
          <w:szCs w:val="28"/>
        </w:rPr>
        <w:t>C.1 Authorized Bidder and Compliance Attestation</w:t>
      </w:r>
    </w:p>
    <w:tbl>
      <w:tblPr>
        <w:tblStyle w:val="TableGrid"/>
        <w:tblW w:w="9360" w:type="dxa"/>
        <w:jc w:val="center"/>
        <w:tblLayout w:type="fixed"/>
        <w:tblLook w:val="04A0" w:firstRow="1" w:lastRow="0" w:firstColumn="1" w:lastColumn="0" w:noHBand="0" w:noVBand="1"/>
      </w:tblPr>
      <w:tblGrid>
        <w:gridCol w:w="3100"/>
        <w:gridCol w:w="6260"/>
      </w:tblGrid>
      <w:tr w:rsidR="00C045D4" w:rsidRPr="00C045D4" w14:paraId="10C6BC42" w14:textId="77777777" w:rsidTr="00FA5778">
        <w:trPr>
          <w:tblHeader/>
          <w:jc w:val="center"/>
        </w:trPr>
        <w:tc>
          <w:tcPr>
            <w:tcW w:w="3100" w:type="dxa"/>
            <w:shd w:val="clear" w:color="auto" w:fill="2D2D84"/>
            <w:tcMar>
              <w:top w:w="90" w:type="dxa"/>
              <w:left w:w="110" w:type="dxa"/>
              <w:bottom w:w="90" w:type="dxa"/>
              <w:right w:w="110" w:type="dxa"/>
            </w:tcMar>
            <w:vAlign w:val="center"/>
          </w:tcPr>
          <w:p w14:paraId="77F1EBCD" w14:textId="77777777" w:rsidR="00C045D4" w:rsidRPr="00C045D4" w:rsidRDefault="00C045D4" w:rsidP="00FA5778">
            <w:pPr>
              <w:spacing w:line="240" w:lineRule="auto"/>
              <w:jc w:val="center"/>
              <w:rPr>
                <w:rFonts w:ascii="Arial" w:hAnsi="Arial" w:cs="Arial"/>
              </w:rPr>
            </w:pPr>
            <w:r w:rsidRPr="00C045D4">
              <w:rPr>
                <w:rFonts w:ascii="Arial" w:hAnsi="Arial" w:cs="Arial"/>
                <w:b/>
                <w:color w:val="FFFFFF"/>
              </w:rPr>
              <w:t>Field</w:t>
            </w:r>
          </w:p>
        </w:tc>
        <w:tc>
          <w:tcPr>
            <w:tcW w:w="6260" w:type="dxa"/>
            <w:shd w:val="clear" w:color="auto" w:fill="2D2D84"/>
            <w:tcMar>
              <w:top w:w="90" w:type="dxa"/>
              <w:left w:w="110" w:type="dxa"/>
              <w:bottom w:w="90" w:type="dxa"/>
              <w:right w:w="110" w:type="dxa"/>
            </w:tcMar>
            <w:vAlign w:val="center"/>
          </w:tcPr>
          <w:p w14:paraId="16F00399" w14:textId="77777777" w:rsidR="00C045D4" w:rsidRPr="00C045D4" w:rsidRDefault="00C045D4" w:rsidP="00FA5778">
            <w:pPr>
              <w:spacing w:line="240" w:lineRule="auto"/>
              <w:jc w:val="center"/>
              <w:rPr>
                <w:rFonts w:ascii="Arial" w:hAnsi="Arial" w:cs="Arial"/>
              </w:rPr>
            </w:pPr>
            <w:r w:rsidRPr="00C045D4">
              <w:rPr>
                <w:rFonts w:ascii="Arial" w:hAnsi="Arial" w:cs="Arial"/>
                <w:b/>
                <w:color w:val="FFFFFF"/>
              </w:rPr>
              <w:t>Response</w:t>
            </w:r>
          </w:p>
        </w:tc>
      </w:tr>
      <w:tr w:rsidR="00C045D4" w:rsidRPr="00C045D4" w14:paraId="0AE91740" w14:textId="77777777" w:rsidTr="00FA5778">
        <w:trPr>
          <w:jc w:val="center"/>
        </w:trPr>
        <w:tc>
          <w:tcPr>
            <w:tcW w:w="3100" w:type="dxa"/>
            <w:tcMar>
              <w:top w:w="90" w:type="dxa"/>
              <w:left w:w="110" w:type="dxa"/>
              <w:bottom w:w="90" w:type="dxa"/>
              <w:right w:w="110" w:type="dxa"/>
            </w:tcMar>
            <w:vAlign w:val="center"/>
          </w:tcPr>
          <w:p w14:paraId="3330E1E1" w14:textId="77777777" w:rsidR="00C045D4" w:rsidRPr="00C045D4" w:rsidRDefault="00B95301" w:rsidP="00FA5778">
            <w:pPr>
              <w:spacing w:line="240" w:lineRule="auto"/>
              <w:rPr>
                <w:rFonts w:ascii="Arial" w:hAnsi="Arial" w:cs="Arial"/>
              </w:rPr>
            </w:pPr>
            <w:r>
              <w:rPr>
                <w:rFonts w:ascii="Arial" w:hAnsi="Arial" w:cs="Arial"/>
              </w:rPr>
              <w:t>Bidder’s full l</w:t>
            </w:r>
            <w:r w:rsidR="00C045D4" w:rsidRPr="00C045D4">
              <w:rPr>
                <w:rFonts w:ascii="Arial" w:hAnsi="Arial" w:cs="Arial"/>
              </w:rPr>
              <w:t>egal</w:t>
            </w:r>
            <w:r>
              <w:rPr>
                <w:rFonts w:ascii="Arial" w:hAnsi="Arial" w:cs="Arial"/>
              </w:rPr>
              <w:t xml:space="preserve"> </w:t>
            </w:r>
            <w:r w:rsidR="00C045D4" w:rsidRPr="00C045D4">
              <w:rPr>
                <w:rFonts w:ascii="Arial" w:hAnsi="Arial" w:cs="Arial"/>
              </w:rPr>
              <w:t>name</w:t>
            </w:r>
          </w:p>
        </w:tc>
        <w:tc>
          <w:tcPr>
            <w:tcW w:w="6260" w:type="dxa"/>
            <w:tcMar>
              <w:top w:w="90" w:type="dxa"/>
              <w:left w:w="110" w:type="dxa"/>
              <w:bottom w:w="90" w:type="dxa"/>
              <w:right w:w="110" w:type="dxa"/>
            </w:tcMar>
            <w:vAlign w:val="center"/>
          </w:tcPr>
          <w:p w14:paraId="75564D86" w14:textId="77777777" w:rsidR="00C045D4" w:rsidRPr="00C045D4" w:rsidRDefault="00C045D4" w:rsidP="00FA5778">
            <w:pPr>
              <w:spacing w:line="240" w:lineRule="auto"/>
              <w:rPr>
                <w:rFonts w:ascii="Arial" w:hAnsi="Arial" w:cs="Arial"/>
              </w:rPr>
            </w:pPr>
          </w:p>
        </w:tc>
      </w:tr>
      <w:tr w:rsidR="00C045D4" w:rsidRPr="00C045D4" w14:paraId="451C3A5C" w14:textId="77777777" w:rsidTr="00FA5778">
        <w:trPr>
          <w:jc w:val="center"/>
        </w:trPr>
        <w:tc>
          <w:tcPr>
            <w:tcW w:w="3100" w:type="dxa"/>
            <w:shd w:val="clear" w:color="auto" w:fill="F8F9FB"/>
            <w:tcMar>
              <w:top w:w="90" w:type="dxa"/>
              <w:left w:w="110" w:type="dxa"/>
              <w:bottom w:w="90" w:type="dxa"/>
              <w:right w:w="110" w:type="dxa"/>
            </w:tcMar>
            <w:vAlign w:val="center"/>
          </w:tcPr>
          <w:p w14:paraId="2B2DB89C" w14:textId="77777777" w:rsidR="00C045D4" w:rsidRPr="00C045D4" w:rsidRDefault="00C045D4" w:rsidP="00FA5778">
            <w:pPr>
              <w:spacing w:line="240" w:lineRule="auto"/>
              <w:rPr>
                <w:rFonts w:ascii="Arial" w:hAnsi="Arial" w:cs="Arial"/>
              </w:rPr>
            </w:pPr>
            <w:r w:rsidRPr="00C045D4">
              <w:rPr>
                <w:rFonts w:ascii="Arial" w:hAnsi="Arial" w:cs="Arial"/>
              </w:rPr>
              <w:t>Contracting entity</w:t>
            </w:r>
            <w:r w:rsidR="00B95301">
              <w:rPr>
                <w:rFonts w:ascii="Arial" w:hAnsi="Arial" w:cs="Arial"/>
              </w:rPr>
              <w:t xml:space="preserve"> type</w:t>
            </w:r>
            <w:r w:rsidRPr="00C045D4">
              <w:rPr>
                <w:rFonts w:ascii="Arial" w:hAnsi="Arial" w:cs="Arial"/>
              </w:rPr>
              <w:t xml:space="preserve"> and </w:t>
            </w:r>
            <w:r w:rsidR="00B95301">
              <w:rPr>
                <w:rFonts w:ascii="Arial" w:hAnsi="Arial" w:cs="Arial"/>
              </w:rPr>
              <w:t>state of formation</w:t>
            </w:r>
          </w:p>
        </w:tc>
        <w:tc>
          <w:tcPr>
            <w:tcW w:w="6260" w:type="dxa"/>
            <w:shd w:val="clear" w:color="auto" w:fill="F8F9FB"/>
            <w:tcMar>
              <w:top w:w="90" w:type="dxa"/>
              <w:left w:w="110" w:type="dxa"/>
              <w:bottom w:w="90" w:type="dxa"/>
              <w:right w:w="110" w:type="dxa"/>
            </w:tcMar>
            <w:vAlign w:val="center"/>
          </w:tcPr>
          <w:p w14:paraId="141001A8" w14:textId="77777777" w:rsidR="00C045D4" w:rsidRPr="00C045D4" w:rsidRDefault="00C045D4" w:rsidP="00FA5778">
            <w:pPr>
              <w:spacing w:line="240" w:lineRule="auto"/>
              <w:rPr>
                <w:rFonts w:ascii="Arial" w:hAnsi="Arial" w:cs="Arial"/>
              </w:rPr>
            </w:pPr>
          </w:p>
        </w:tc>
      </w:tr>
      <w:tr w:rsidR="00C045D4" w:rsidRPr="00C045D4" w14:paraId="7F68D69F" w14:textId="77777777" w:rsidTr="00FA5778">
        <w:trPr>
          <w:jc w:val="center"/>
        </w:trPr>
        <w:tc>
          <w:tcPr>
            <w:tcW w:w="3100" w:type="dxa"/>
            <w:tcMar>
              <w:top w:w="90" w:type="dxa"/>
              <w:left w:w="110" w:type="dxa"/>
              <w:bottom w:w="90" w:type="dxa"/>
              <w:right w:w="110" w:type="dxa"/>
            </w:tcMar>
            <w:vAlign w:val="center"/>
          </w:tcPr>
          <w:p w14:paraId="66F7BB54" w14:textId="77777777" w:rsidR="00C045D4" w:rsidRPr="00C045D4" w:rsidRDefault="00C045D4" w:rsidP="00FA5778">
            <w:pPr>
              <w:spacing w:line="240" w:lineRule="auto"/>
              <w:rPr>
                <w:rFonts w:ascii="Arial" w:hAnsi="Arial" w:cs="Arial"/>
              </w:rPr>
            </w:pPr>
            <w:r w:rsidRPr="00C045D4">
              <w:rPr>
                <w:rFonts w:ascii="Arial" w:hAnsi="Arial" w:cs="Arial"/>
              </w:rPr>
              <w:t>Ultimate parent and country</w:t>
            </w:r>
          </w:p>
        </w:tc>
        <w:tc>
          <w:tcPr>
            <w:tcW w:w="6260" w:type="dxa"/>
            <w:tcMar>
              <w:top w:w="90" w:type="dxa"/>
              <w:left w:w="110" w:type="dxa"/>
              <w:bottom w:w="90" w:type="dxa"/>
              <w:right w:w="110" w:type="dxa"/>
            </w:tcMar>
            <w:vAlign w:val="center"/>
          </w:tcPr>
          <w:p w14:paraId="48DA7289" w14:textId="77777777" w:rsidR="00C045D4" w:rsidRPr="00C045D4" w:rsidRDefault="00C045D4" w:rsidP="00FA5778">
            <w:pPr>
              <w:spacing w:line="240" w:lineRule="auto"/>
              <w:rPr>
                <w:rFonts w:ascii="Arial" w:hAnsi="Arial" w:cs="Arial"/>
              </w:rPr>
            </w:pPr>
          </w:p>
        </w:tc>
      </w:tr>
      <w:tr w:rsidR="00C045D4" w:rsidRPr="00C045D4" w14:paraId="38B40366" w14:textId="77777777" w:rsidTr="00FA5778">
        <w:trPr>
          <w:jc w:val="center"/>
        </w:trPr>
        <w:tc>
          <w:tcPr>
            <w:tcW w:w="3100" w:type="dxa"/>
            <w:shd w:val="clear" w:color="auto" w:fill="F8F9FB"/>
            <w:tcMar>
              <w:top w:w="90" w:type="dxa"/>
              <w:left w:w="110" w:type="dxa"/>
              <w:bottom w:w="90" w:type="dxa"/>
              <w:right w:w="110" w:type="dxa"/>
            </w:tcMar>
            <w:vAlign w:val="center"/>
          </w:tcPr>
          <w:p w14:paraId="73FE7E54" w14:textId="77777777" w:rsidR="00C045D4" w:rsidRPr="00C045D4" w:rsidRDefault="00C045D4" w:rsidP="00FA5778">
            <w:pPr>
              <w:spacing w:line="240" w:lineRule="auto"/>
              <w:rPr>
                <w:rFonts w:ascii="Arial" w:hAnsi="Arial" w:cs="Arial"/>
              </w:rPr>
            </w:pPr>
            <w:r w:rsidRPr="00C045D4">
              <w:rPr>
                <w:rFonts w:ascii="Arial" w:hAnsi="Arial" w:cs="Arial"/>
              </w:rPr>
              <w:t>Authorized representative and title</w:t>
            </w:r>
          </w:p>
        </w:tc>
        <w:tc>
          <w:tcPr>
            <w:tcW w:w="6260" w:type="dxa"/>
            <w:shd w:val="clear" w:color="auto" w:fill="F8F9FB"/>
            <w:tcMar>
              <w:top w:w="90" w:type="dxa"/>
              <w:left w:w="110" w:type="dxa"/>
              <w:bottom w:w="90" w:type="dxa"/>
              <w:right w:w="110" w:type="dxa"/>
            </w:tcMar>
            <w:vAlign w:val="center"/>
          </w:tcPr>
          <w:p w14:paraId="0541645D" w14:textId="77777777" w:rsidR="00C045D4" w:rsidRPr="00C045D4" w:rsidRDefault="00C045D4" w:rsidP="00FA5778">
            <w:pPr>
              <w:spacing w:line="240" w:lineRule="auto"/>
              <w:rPr>
                <w:rFonts w:ascii="Arial" w:hAnsi="Arial" w:cs="Arial"/>
              </w:rPr>
            </w:pPr>
          </w:p>
        </w:tc>
      </w:tr>
      <w:tr w:rsidR="00C045D4" w:rsidRPr="00C045D4" w14:paraId="116128D6" w14:textId="77777777" w:rsidTr="00FA5778">
        <w:trPr>
          <w:jc w:val="center"/>
        </w:trPr>
        <w:tc>
          <w:tcPr>
            <w:tcW w:w="3100" w:type="dxa"/>
            <w:tcMar>
              <w:top w:w="90" w:type="dxa"/>
              <w:left w:w="110" w:type="dxa"/>
              <w:bottom w:w="90" w:type="dxa"/>
              <w:right w:w="110" w:type="dxa"/>
            </w:tcMar>
            <w:vAlign w:val="center"/>
          </w:tcPr>
          <w:p w14:paraId="6CF3420F" w14:textId="77777777" w:rsidR="00C045D4" w:rsidRPr="00C045D4" w:rsidRDefault="00C045D4" w:rsidP="00FA5778">
            <w:pPr>
              <w:spacing w:line="240" w:lineRule="auto"/>
              <w:rPr>
                <w:rFonts w:ascii="Arial" w:hAnsi="Arial" w:cs="Arial"/>
              </w:rPr>
            </w:pPr>
            <w:r w:rsidRPr="00C045D4">
              <w:rPr>
                <w:rFonts w:ascii="Arial" w:hAnsi="Arial" w:cs="Arial"/>
              </w:rPr>
              <w:t>Email and telephone</w:t>
            </w:r>
          </w:p>
        </w:tc>
        <w:tc>
          <w:tcPr>
            <w:tcW w:w="6260" w:type="dxa"/>
            <w:tcMar>
              <w:top w:w="90" w:type="dxa"/>
              <w:left w:w="110" w:type="dxa"/>
              <w:bottom w:w="90" w:type="dxa"/>
              <w:right w:w="110" w:type="dxa"/>
            </w:tcMar>
            <w:vAlign w:val="center"/>
          </w:tcPr>
          <w:p w14:paraId="4B3A29C4" w14:textId="77777777" w:rsidR="00C045D4" w:rsidRPr="00C045D4" w:rsidRDefault="00C045D4" w:rsidP="00FA5778">
            <w:pPr>
              <w:spacing w:line="240" w:lineRule="auto"/>
              <w:rPr>
                <w:rFonts w:ascii="Arial" w:hAnsi="Arial" w:cs="Arial"/>
              </w:rPr>
            </w:pPr>
          </w:p>
        </w:tc>
      </w:tr>
    </w:tbl>
    <w:p w14:paraId="57684B0B" w14:textId="77777777" w:rsidR="00C045D4" w:rsidRDefault="00C045D4" w:rsidP="00C045D4">
      <w:pPr>
        <w:spacing w:after="0"/>
      </w:pPr>
    </w:p>
    <w:p w14:paraId="5713D2C4" w14:textId="77777777" w:rsidR="00C045D4" w:rsidRPr="00C045D4" w:rsidRDefault="00C045D4" w:rsidP="00C045D4">
      <w:pPr>
        <w:pStyle w:val="ListParagraph"/>
        <w:numPr>
          <w:ilvl w:val="0"/>
          <w:numId w:val="4"/>
        </w:numPr>
        <w:tabs>
          <w:tab w:val="clear" w:pos="360"/>
        </w:tabs>
        <w:ind w:left="720"/>
        <w:rPr>
          <w:rFonts w:ascii="Arial" w:hAnsi="Arial" w:cs="Arial"/>
        </w:rPr>
      </w:pPr>
      <w:r w:rsidRPr="00B95301">
        <w:rPr>
          <w:rFonts w:ascii="Arial" w:hAnsi="Arial" w:cs="Arial"/>
          <w:b/>
          <w:bCs/>
        </w:rPr>
        <w:t xml:space="preserve">Confirm: </w:t>
      </w:r>
      <w:r w:rsidRPr="00C045D4">
        <w:rPr>
          <w:rFonts w:ascii="Arial" w:hAnsi="Arial" w:cs="Arial"/>
        </w:rPr>
        <w:t xml:space="preserve">We reviewed all compliance requirements and </w:t>
      </w:r>
      <w:r w:rsidR="00B95301">
        <w:rPr>
          <w:rFonts w:ascii="Arial" w:hAnsi="Arial" w:cs="Arial"/>
        </w:rPr>
        <w:t xml:space="preserve">confirm that </w:t>
      </w:r>
      <w:r w:rsidRPr="00C045D4">
        <w:rPr>
          <w:rFonts w:ascii="Arial" w:hAnsi="Arial" w:cs="Arial"/>
        </w:rPr>
        <w:t>the proposed Category A equipment is designed to comply without a BABAA or RUS waiver.</w:t>
      </w:r>
    </w:p>
    <w:p w14:paraId="2E898704" w14:textId="77777777" w:rsidR="00C045D4" w:rsidRPr="00C045D4" w:rsidRDefault="00C045D4" w:rsidP="00C045D4">
      <w:pPr>
        <w:pStyle w:val="ListParagraph"/>
        <w:numPr>
          <w:ilvl w:val="0"/>
          <w:numId w:val="4"/>
        </w:numPr>
        <w:tabs>
          <w:tab w:val="clear" w:pos="360"/>
        </w:tabs>
        <w:ind w:left="720"/>
        <w:rPr>
          <w:rFonts w:ascii="Arial" w:hAnsi="Arial" w:cs="Arial"/>
        </w:rPr>
      </w:pPr>
      <w:r w:rsidRPr="00B95301">
        <w:rPr>
          <w:rFonts w:ascii="Arial" w:hAnsi="Arial" w:cs="Arial"/>
          <w:b/>
          <w:bCs/>
        </w:rPr>
        <w:t xml:space="preserve">Confirm: </w:t>
      </w:r>
      <w:r w:rsidRPr="00C045D4">
        <w:rPr>
          <w:rFonts w:ascii="Arial" w:hAnsi="Arial" w:cs="Arial"/>
        </w:rPr>
        <w:t>We are not aware of a supply chain, ownership, control, licensing, remote access, or manufacturing condition that would prevent compliance.</w:t>
      </w:r>
    </w:p>
    <w:p w14:paraId="6D0D67D0" w14:textId="77777777" w:rsidR="00C045D4" w:rsidRPr="00C045D4" w:rsidRDefault="00C045D4" w:rsidP="00C045D4">
      <w:pPr>
        <w:pStyle w:val="ListParagraph"/>
        <w:numPr>
          <w:ilvl w:val="0"/>
          <w:numId w:val="4"/>
        </w:numPr>
        <w:tabs>
          <w:tab w:val="clear" w:pos="360"/>
        </w:tabs>
        <w:ind w:left="720"/>
        <w:rPr>
          <w:rFonts w:ascii="Arial" w:hAnsi="Arial" w:cs="Arial"/>
        </w:rPr>
      </w:pPr>
      <w:r w:rsidRPr="00B95301">
        <w:rPr>
          <w:rFonts w:ascii="Arial" w:hAnsi="Arial" w:cs="Arial"/>
          <w:b/>
          <w:bCs/>
        </w:rPr>
        <w:t>Confirm: We have disclosed all information known at proposal submission concerning Executive Order 14420, foreign-produced covered equipment and critical components, Covered Foreign Entity involvement, remote-access and lifecycle-service dependencies, and any reliance on a license, exemption, prequalification, or mitigation approval.</w:t>
      </w:r>
    </w:p>
    <w:p w14:paraId="36547BB7" w14:textId="77777777" w:rsidR="00C045D4" w:rsidRPr="00C045D4" w:rsidRDefault="00C045D4" w:rsidP="00C045D4">
      <w:pPr>
        <w:pStyle w:val="ListParagraph"/>
        <w:numPr>
          <w:ilvl w:val="0"/>
          <w:numId w:val="4"/>
        </w:numPr>
        <w:tabs>
          <w:tab w:val="clear" w:pos="360"/>
        </w:tabs>
        <w:ind w:left="720"/>
        <w:rPr>
          <w:rFonts w:ascii="Arial" w:hAnsi="Arial" w:cs="Arial"/>
        </w:rPr>
      </w:pPr>
      <w:r>
        <w:rPr>
          <w:rFonts w:ascii="Arial" w:hAnsi="Arial" w:cs="Arial"/>
          <w:b/>
          <w:bCs/>
        </w:rPr>
        <w:t>Confirm: We will provide the full evidence package within 45 calendar days after conditional selection and before contract execution, purchase order, notice to proceed, long-lead authorization, release to manufacture, or deposit.</w:t>
      </w:r>
    </w:p>
    <w:p w14:paraId="621AFDB6" w14:textId="77777777" w:rsidR="00C045D4" w:rsidRPr="00C045D4" w:rsidRDefault="00C045D4" w:rsidP="00C045D4">
      <w:pPr>
        <w:pStyle w:val="ListParagraph"/>
        <w:numPr>
          <w:ilvl w:val="0"/>
          <w:numId w:val="4"/>
        </w:numPr>
        <w:tabs>
          <w:tab w:val="clear" w:pos="360"/>
        </w:tabs>
        <w:ind w:left="720"/>
        <w:rPr>
          <w:rFonts w:ascii="Arial" w:hAnsi="Arial" w:cs="Arial"/>
        </w:rPr>
      </w:pPr>
      <w:r w:rsidRPr="00B95301">
        <w:rPr>
          <w:rFonts w:ascii="Arial" w:hAnsi="Arial" w:cs="Arial"/>
          <w:b/>
          <w:bCs/>
        </w:rPr>
        <w:t xml:space="preserve">Confirm: </w:t>
      </w:r>
      <w:r w:rsidRPr="00C045D4">
        <w:rPr>
          <w:rFonts w:ascii="Arial" w:hAnsi="Arial" w:cs="Arial"/>
        </w:rPr>
        <w:t>We accept continuing substitution, record retention, replacement, reimbursement, and security obligations stated in the RFP.</w:t>
      </w:r>
    </w:p>
    <w:p w14:paraId="40840DFA" w14:textId="77777777" w:rsidR="00C045D4" w:rsidRPr="00C045D4" w:rsidRDefault="00C045D4" w:rsidP="00C045D4">
      <w:pPr>
        <w:pStyle w:val="ListParagraph"/>
        <w:numPr>
          <w:ilvl w:val="0"/>
          <w:numId w:val="4"/>
        </w:numPr>
        <w:tabs>
          <w:tab w:val="clear" w:pos="360"/>
        </w:tabs>
        <w:ind w:left="720"/>
        <w:rPr>
          <w:rFonts w:ascii="Arial" w:hAnsi="Arial" w:cs="Arial"/>
        </w:rPr>
      </w:pPr>
      <w:r w:rsidRPr="00B95301">
        <w:rPr>
          <w:rFonts w:ascii="Arial" w:hAnsi="Arial" w:cs="Arial"/>
          <w:b/>
          <w:bCs/>
        </w:rPr>
        <w:t xml:space="preserve">Confirm: </w:t>
      </w:r>
      <w:r w:rsidRPr="00C045D4">
        <w:rPr>
          <w:rFonts w:ascii="Arial" w:hAnsi="Arial" w:cs="Arial"/>
        </w:rPr>
        <w:t>We will provide the applicable RUS Form 213 or then current USDA certification for every covered product after conditional selection and before contract execution or payment.</w:t>
      </w:r>
    </w:p>
    <w:tbl>
      <w:tblPr>
        <w:tblStyle w:val="TableGrid"/>
        <w:tblW w:w="9360" w:type="dxa"/>
        <w:jc w:val="center"/>
        <w:tblLayout w:type="fixed"/>
        <w:tblLook w:val="04A0" w:firstRow="1" w:lastRow="0" w:firstColumn="1" w:lastColumn="0" w:noHBand="0" w:noVBand="1"/>
      </w:tblPr>
      <w:tblGrid>
        <w:gridCol w:w="3100"/>
        <w:gridCol w:w="6260"/>
      </w:tblGrid>
      <w:tr w:rsidR="00C045D4" w:rsidRPr="00B04DB1" w14:paraId="7AA8CDF8" w14:textId="77777777" w:rsidTr="00FA5778">
        <w:trPr>
          <w:tblHeader/>
          <w:jc w:val="center"/>
        </w:trPr>
        <w:tc>
          <w:tcPr>
            <w:tcW w:w="3100" w:type="dxa"/>
            <w:shd w:val="clear" w:color="auto" w:fill="2D2D84"/>
            <w:tcMar>
              <w:top w:w="90" w:type="dxa"/>
              <w:left w:w="110" w:type="dxa"/>
              <w:bottom w:w="90" w:type="dxa"/>
              <w:right w:w="110" w:type="dxa"/>
            </w:tcMar>
            <w:vAlign w:val="center"/>
          </w:tcPr>
          <w:p w14:paraId="25190803" w14:textId="77777777" w:rsidR="00C045D4" w:rsidRPr="00B04DB1" w:rsidRDefault="00C045D4" w:rsidP="00FA5778">
            <w:pPr>
              <w:spacing w:line="240" w:lineRule="auto"/>
              <w:jc w:val="center"/>
              <w:rPr>
                <w:rFonts w:ascii="Arial" w:hAnsi="Arial" w:cs="Arial"/>
              </w:rPr>
            </w:pPr>
            <w:r w:rsidRPr="00B04DB1">
              <w:rPr>
                <w:rFonts w:ascii="Arial" w:hAnsi="Arial" w:cs="Arial"/>
                <w:b/>
                <w:color w:val="FFFFFF"/>
              </w:rPr>
              <w:t>Signature field</w:t>
            </w:r>
          </w:p>
        </w:tc>
        <w:tc>
          <w:tcPr>
            <w:tcW w:w="6260" w:type="dxa"/>
            <w:shd w:val="clear" w:color="auto" w:fill="2D2D84"/>
            <w:tcMar>
              <w:top w:w="90" w:type="dxa"/>
              <w:left w:w="110" w:type="dxa"/>
              <w:bottom w:w="90" w:type="dxa"/>
              <w:right w:w="110" w:type="dxa"/>
            </w:tcMar>
            <w:vAlign w:val="center"/>
          </w:tcPr>
          <w:p w14:paraId="4C552CE9" w14:textId="77777777" w:rsidR="00C045D4" w:rsidRPr="00B04DB1" w:rsidRDefault="00C045D4" w:rsidP="00FA5778">
            <w:pPr>
              <w:spacing w:line="240" w:lineRule="auto"/>
              <w:jc w:val="center"/>
              <w:rPr>
                <w:rFonts w:ascii="Arial" w:hAnsi="Arial" w:cs="Arial"/>
              </w:rPr>
            </w:pPr>
            <w:r w:rsidRPr="00B04DB1">
              <w:rPr>
                <w:rFonts w:ascii="Arial" w:hAnsi="Arial" w:cs="Arial"/>
                <w:b/>
                <w:color w:val="FFFFFF"/>
              </w:rPr>
              <w:t>Response</w:t>
            </w:r>
          </w:p>
        </w:tc>
      </w:tr>
      <w:tr w:rsidR="00C045D4" w:rsidRPr="00B04DB1" w14:paraId="59BC0243" w14:textId="77777777" w:rsidTr="00FA5778">
        <w:trPr>
          <w:jc w:val="center"/>
        </w:trPr>
        <w:tc>
          <w:tcPr>
            <w:tcW w:w="3100" w:type="dxa"/>
            <w:tcMar>
              <w:top w:w="90" w:type="dxa"/>
              <w:left w:w="110" w:type="dxa"/>
              <w:bottom w:w="90" w:type="dxa"/>
              <w:right w:w="110" w:type="dxa"/>
            </w:tcMar>
            <w:vAlign w:val="center"/>
          </w:tcPr>
          <w:p w14:paraId="38F28F71" w14:textId="77777777" w:rsidR="00C045D4" w:rsidRPr="00B04DB1" w:rsidRDefault="00C045D4" w:rsidP="00FA5778">
            <w:pPr>
              <w:spacing w:line="240" w:lineRule="auto"/>
              <w:rPr>
                <w:rFonts w:ascii="Arial" w:hAnsi="Arial" w:cs="Arial"/>
              </w:rPr>
            </w:pPr>
            <w:r w:rsidRPr="00B04DB1">
              <w:rPr>
                <w:rFonts w:ascii="Arial" w:hAnsi="Arial" w:cs="Arial"/>
              </w:rPr>
              <w:t>Authorized signature</w:t>
            </w:r>
          </w:p>
        </w:tc>
        <w:tc>
          <w:tcPr>
            <w:tcW w:w="6260" w:type="dxa"/>
            <w:tcMar>
              <w:top w:w="90" w:type="dxa"/>
              <w:left w:w="110" w:type="dxa"/>
              <w:bottom w:w="90" w:type="dxa"/>
              <w:right w:w="110" w:type="dxa"/>
            </w:tcMar>
            <w:vAlign w:val="center"/>
          </w:tcPr>
          <w:p w14:paraId="4C75AEB4" w14:textId="77777777" w:rsidR="00C045D4" w:rsidRPr="00B04DB1" w:rsidRDefault="00C045D4" w:rsidP="00FA5778">
            <w:pPr>
              <w:spacing w:line="240" w:lineRule="auto"/>
              <w:rPr>
                <w:rFonts w:ascii="Arial" w:hAnsi="Arial" w:cs="Arial"/>
              </w:rPr>
            </w:pPr>
          </w:p>
        </w:tc>
      </w:tr>
      <w:tr w:rsidR="00C045D4" w:rsidRPr="00B04DB1" w14:paraId="2AF75EE6" w14:textId="77777777" w:rsidTr="00FA5778">
        <w:trPr>
          <w:jc w:val="center"/>
        </w:trPr>
        <w:tc>
          <w:tcPr>
            <w:tcW w:w="3100" w:type="dxa"/>
            <w:shd w:val="clear" w:color="auto" w:fill="F8F9FB"/>
            <w:tcMar>
              <w:top w:w="90" w:type="dxa"/>
              <w:left w:w="110" w:type="dxa"/>
              <w:bottom w:w="90" w:type="dxa"/>
              <w:right w:w="110" w:type="dxa"/>
            </w:tcMar>
            <w:vAlign w:val="center"/>
          </w:tcPr>
          <w:p w14:paraId="1CAF9A23" w14:textId="77777777" w:rsidR="00C045D4" w:rsidRPr="00B04DB1" w:rsidRDefault="00C045D4" w:rsidP="00FA5778">
            <w:pPr>
              <w:spacing w:line="240" w:lineRule="auto"/>
              <w:rPr>
                <w:rFonts w:ascii="Arial" w:hAnsi="Arial" w:cs="Arial"/>
              </w:rPr>
            </w:pPr>
            <w:r w:rsidRPr="00B04DB1">
              <w:rPr>
                <w:rFonts w:ascii="Arial" w:hAnsi="Arial" w:cs="Arial"/>
              </w:rPr>
              <w:t>Printed name and title</w:t>
            </w:r>
          </w:p>
        </w:tc>
        <w:tc>
          <w:tcPr>
            <w:tcW w:w="6260" w:type="dxa"/>
            <w:shd w:val="clear" w:color="auto" w:fill="F8F9FB"/>
            <w:tcMar>
              <w:top w:w="90" w:type="dxa"/>
              <w:left w:w="110" w:type="dxa"/>
              <w:bottom w:w="90" w:type="dxa"/>
              <w:right w:w="110" w:type="dxa"/>
            </w:tcMar>
            <w:vAlign w:val="center"/>
          </w:tcPr>
          <w:p w14:paraId="17B8E35F" w14:textId="77777777" w:rsidR="00C045D4" w:rsidRPr="00B04DB1" w:rsidRDefault="00C045D4" w:rsidP="00FA5778">
            <w:pPr>
              <w:spacing w:line="240" w:lineRule="auto"/>
              <w:rPr>
                <w:rFonts w:ascii="Arial" w:hAnsi="Arial" w:cs="Arial"/>
              </w:rPr>
            </w:pPr>
          </w:p>
        </w:tc>
      </w:tr>
      <w:tr w:rsidR="00C045D4" w:rsidRPr="00B04DB1" w14:paraId="4FCD10B8" w14:textId="77777777" w:rsidTr="00FA5778">
        <w:trPr>
          <w:jc w:val="center"/>
        </w:trPr>
        <w:tc>
          <w:tcPr>
            <w:tcW w:w="3100" w:type="dxa"/>
            <w:tcMar>
              <w:top w:w="90" w:type="dxa"/>
              <w:left w:w="110" w:type="dxa"/>
              <w:bottom w:w="90" w:type="dxa"/>
              <w:right w:w="110" w:type="dxa"/>
            </w:tcMar>
            <w:vAlign w:val="center"/>
          </w:tcPr>
          <w:p w14:paraId="6F00578C" w14:textId="77777777" w:rsidR="00C045D4" w:rsidRPr="00B04DB1" w:rsidRDefault="00C045D4" w:rsidP="00FA5778">
            <w:pPr>
              <w:spacing w:line="240" w:lineRule="auto"/>
              <w:rPr>
                <w:rFonts w:ascii="Arial" w:hAnsi="Arial" w:cs="Arial"/>
              </w:rPr>
            </w:pPr>
            <w:r w:rsidRPr="00B04DB1">
              <w:rPr>
                <w:rFonts w:ascii="Arial" w:hAnsi="Arial" w:cs="Arial"/>
              </w:rPr>
              <w:t>Date</w:t>
            </w:r>
          </w:p>
        </w:tc>
        <w:tc>
          <w:tcPr>
            <w:tcW w:w="6260" w:type="dxa"/>
            <w:tcMar>
              <w:top w:w="90" w:type="dxa"/>
              <w:left w:w="110" w:type="dxa"/>
              <w:bottom w:w="90" w:type="dxa"/>
              <w:right w:w="110" w:type="dxa"/>
            </w:tcMar>
            <w:vAlign w:val="center"/>
          </w:tcPr>
          <w:p w14:paraId="7B2B8653" w14:textId="77777777" w:rsidR="00C045D4" w:rsidRPr="00B04DB1" w:rsidRDefault="00C045D4" w:rsidP="00FA5778">
            <w:pPr>
              <w:spacing w:line="240" w:lineRule="auto"/>
              <w:rPr>
                <w:rFonts w:ascii="Arial" w:hAnsi="Arial" w:cs="Arial"/>
              </w:rPr>
            </w:pPr>
          </w:p>
        </w:tc>
      </w:tr>
    </w:tbl>
    <w:p w14:paraId="09073259" w14:textId="77777777" w:rsidR="00C045D4" w:rsidRDefault="00C045D4" w:rsidP="00C045D4">
      <w:pPr>
        <w:spacing w:after="0"/>
      </w:pPr>
    </w:p>
    <w:p w14:paraId="74232917" w14:textId="77777777" w:rsidR="00B04DB1" w:rsidRPr="00B04DB1" w:rsidRDefault="00B04DB1" w:rsidP="00B04DB1">
      <w:pPr>
        <w:pStyle w:val="Heading2"/>
        <w:spacing w:before="240" w:after="120"/>
        <w:rPr>
          <w:rFonts w:ascii="Arial" w:hAnsi="Arial" w:cs="Arial"/>
          <w:color w:val="78AA65"/>
          <w:sz w:val="28"/>
          <w:szCs w:val="28"/>
        </w:rPr>
      </w:pPr>
      <w:r w:rsidRPr="00B04DB1">
        <w:rPr>
          <w:rFonts w:ascii="Arial" w:hAnsi="Arial" w:cs="Arial"/>
          <w:color w:val="78AA65"/>
          <w:sz w:val="28"/>
          <w:szCs w:val="28"/>
        </w:rPr>
        <w:lastRenderedPageBreak/>
        <w:t>C.2 Preliminary Supply Chain Confidence</w:t>
      </w:r>
    </w:p>
    <w:tbl>
      <w:tblPr>
        <w:tblStyle w:val="TableGrid"/>
        <w:tblW w:w="9360" w:type="dxa"/>
        <w:jc w:val="center"/>
        <w:tblLayout w:type="fixed"/>
        <w:tblLook w:val="04A0" w:firstRow="1" w:lastRow="0" w:firstColumn="1" w:lastColumn="0" w:noHBand="0" w:noVBand="1"/>
      </w:tblPr>
      <w:tblGrid>
        <w:gridCol w:w="3700"/>
        <w:gridCol w:w="5660"/>
      </w:tblGrid>
      <w:tr w:rsidR="00B04DB1" w:rsidRPr="00B04DB1" w14:paraId="2B560985" w14:textId="77777777" w:rsidTr="00FA5778">
        <w:trPr>
          <w:tblHeader/>
          <w:jc w:val="center"/>
        </w:trPr>
        <w:tc>
          <w:tcPr>
            <w:tcW w:w="3700" w:type="dxa"/>
            <w:shd w:val="clear" w:color="auto" w:fill="2D2D84"/>
            <w:tcMar>
              <w:top w:w="90" w:type="dxa"/>
              <w:left w:w="110" w:type="dxa"/>
              <w:bottom w:w="90" w:type="dxa"/>
              <w:right w:w="110" w:type="dxa"/>
            </w:tcMar>
            <w:vAlign w:val="center"/>
          </w:tcPr>
          <w:p w14:paraId="03EC505E" w14:textId="77777777" w:rsidR="00B04DB1" w:rsidRPr="00B04DB1" w:rsidRDefault="00B04DB1" w:rsidP="00FA5778">
            <w:pPr>
              <w:spacing w:line="240" w:lineRule="auto"/>
              <w:jc w:val="center"/>
              <w:rPr>
                <w:rFonts w:ascii="Arial" w:hAnsi="Arial" w:cs="Arial"/>
              </w:rPr>
            </w:pPr>
            <w:r w:rsidRPr="00B04DB1">
              <w:rPr>
                <w:rFonts w:ascii="Arial" w:hAnsi="Arial" w:cs="Arial"/>
                <w:b/>
                <w:color w:val="FFFFFF"/>
              </w:rPr>
              <w:t>Disclosure</w:t>
            </w:r>
          </w:p>
        </w:tc>
        <w:tc>
          <w:tcPr>
            <w:tcW w:w="5660" w:type="dxa"/>
            <w:shd w:val="clear" w:color="auto" w:fill="2D2D84"/>
            <w:tcMar>
              <w:top w:w="90" w:type="dxa"/>
              <w:left w:w="110" w:type="dxa"/>
              <w:bottom w:w="90" w:type="dxa"/>
              <w:right w:w="110" w:type="dxa"/>
            </w:tcMar>
            <w:vAlign w:val="center"/>
          </w:tcPr>
          <w:p w14:paraId="1BD3E71D" w14:textId="77777777" w:rsidR="00B04DB1" w:rsidRPr="00B04DB1" w:rsidRDefault="00B04DB1" w:rsidP="00FA5778">
            <w:pPr>
              <w:spacing w:line="240" w:lineRule="auto"/>
              <w:jc w:val="center"/>
              <w:rPr>
                <w:rFonts w:ascii="Arial" w:hAnsi="Arial" w:cs="Arial"/>
              </w:rPr>
            </w:pPr>
            <w:r>
              <w:rPr>
                <w:rFonts w:ascii="Arial" w:hAnsi="Arial" w:cs="Arial"/>
                <w:b/>
                <w:color w:val="FFFFFF"/>
              </w:rPr>
              <w:t>Bidder response / attachment reference</w:t>
            </w:r>
          </w:p>
        </w:tc>
      </w:tr>
      <w:tr w:rsidR="00B04DB1" w:rsidRPr="00B04DB1" w14:paraId="41EFC8BE" w14:textId="77777777" w:rsidTr="00FA5778">
        <w:trPr>
          <w:jc w:val="center"/>
        </w:trPr>
        <w:tc>
          <w:tcPr>
            <w:tcW w:w="3700" w:type="dxa"/>
            <w:tcMar>
              <w:top w:w="90" w:type="dxa"/>
              <w:left w:w="110" w:type="dxa"/>
              <w:bottom w:w="90" w:type="dxa"/>
              <w:right w:w="110" w:type="dxa"/>
            </w:tcMar>
            <w:vAlign w:val="center"/>
          </w:tcPr>
          <w:p w14:paraId="1EB7FFD2" w14:textId="77777777" w:rsidR="00B04DB1" w:rsidRPr="00B04DB1" w:rsidRDefault="00B04DB1" w:rsidP="00FA5778">
            <w:pPr>
              <w:spacing w:line="240" w:lineRule="auto"/>
              <w:rPr>
                <w:rFonts w:ascii="Arial" w:hAnsi="Arial" w:cs="Arial"/>
              </w:rPr>
            </w:pPr>
            <w:r w:rsidRPr="00B04DB1">
              <w:rPr>
                <w:rFonts w:ascii="Arial" w:hAnsi="Arial" w:cs="Arial"/>
              </w:rPr>
              <w:t>Battery cell manufacturer, parent, and country</w:t>
            </w:r>
          </w:p>
        </w:tc>
        <w:tc>
          <w:tcPr>
            <w:tcW w:w="5660" w:type="dxa"/>
            <w:tcMar>
              <w:top w:w="90" w:type="dxa"/>
              <w:left w:w="110" w:type="dxa"/>
              <w:bottom w:w="90" w:type="dxa"/>
              <w:right w:w="110" w:type="dxa"/>
            </w:tcMar>
            <w:vAlign w:val="center"/>
          </w:tcPr>
          <w:p w14:paraId="13DDE03A" w14:textId="77777777" w:rsidR="00B04DB1" w:rsidRPr="00B04DB1" w:rsidRDefault="00B04DB1" w:rsidP="00FA5778">
            <w:pPr>
              <w:spacing w:line="240" w:lineRule="auto"/>
              <w:rPr>
                <w:rFonts w:ascii="Arial" w:hAnsi="Arial" w:cs="Arial"/>
              </w:rPr>
            </w:pPr>
          </w:p>
        </w:tc>
      </w:tr>
      <w:tr w:rsidR="00B04DB1" w:rsidRPr="00B04DB1" w14:paraId="397EFDB1" w14:textId="77777777" w:rsidTr="00FA5778">
        <w:trPr>
          <w:jc w:val="center"/>
        </w:trPr>
        <w:tc>
          <w:tcPr>
            <w:tcW w:w="3700" w:type="dxa"/>
            <w:shd w:val="clear" w:color="auto" w:fill="F8F9FB"/>
            <w:tcMar>
              <w:top w:w="90" w:type="dxa"/>
              <w:left w:w="110" w:type="dxa"/>
              <w:bottom w:w="90" w:type="dxa"/>
              <w:right w:w="110" w:type="dxa"/>
            </w:tcMar>
            <w:vAlign w:val="center"/>
          </w:tcPr>
          <w:p w14:paraId="26F4F94A" w14:textId="77777777" w:rsidR="00B04DB1" w:rsidRPr="00B04DB1" w:rsidRDefault="00B04DB1" w:rsidP="00FA5778">
            <w:pPr>
              <w:spacing w:line="240" w:lineRule="auto"/>
              <w:rPr>
                <w:rFonts w:ascii="Arial" w:hAnsi="Arial" w:cs="Arial"/>
              </w:rPr>
            </w:pPr>
            <w:r w:rsidRPr="00B04DB1">
              <w:rPr>
                <w:rFonts w:ascii="Arial" w:hAnsi="Arial" w:cs="Arial"/>
              </w:rPr>
              <w:t>Battery module manufacturer, parent, and country</w:t>
            </w:r>
          </w:p>
        </w:tc>
        <w:tc>
          <w:tcPr>
            <w:tcW w:w="5660" w:type="dxa"/>
            <w:shd w:val="clear" w:color="auto" w:fill="F8F9FB"/>
            <w:tcMar>
              <w:top w:w="90" w:type="dxa"/>
              <w:left w:w="110" w:type="dxa"/>
              <w:bottom w:w="90" w:type="dxa"/>
              <w:right w:w="110" w:type="dxa"/>
            </w:tcMar>
            <w:vAlign w:val="center"/>
          </w:tcPr>
          <w:p w14:paraId="1F0C64AD" w14:textId="77777777" w:rsidR="00B04DB1" w:rsidRPr="00B04DB1" w:rsidRDefault="00B04DB1" w:rsidP="00FA5778">
            <w:pPr>
              <w:spacing w:line="240" w:lineRule="auto"/>
              <w:rPr>
                <w:rFonts w:ascii="Arial" w:hAnsi="Arial" w:cs="Arial"/>
              </w:rPr>
            </w:pPr>
          </w:p>
        </w:tc>
      </w:tr>
      <w:tr w:rsidR="00B04DB1" w:rsidRPr="00B04DB1" w14:paraId="05350292" w14:textId="77777777" w:rsidTr="00FA5778">
        <w:trPr>
          <w:jc w:val="center"/>
        </w:trPr>
        <w:tc>
          <w:tcPr>
            <w:tcW w:w="3700" w:type="dxa"/>
            <w:tcMar>
              <w:top w:w="90" w:type="dxa"/>
              <w:left w:w="110" w:type="dxa"/>
              <w:bottom w:w="90" w:type="dxa"/>
              <w:right w:w="110" w:type="dxa"/>
            </w:tcMar>
            <w:vAlign w:val="center"/>
          </w:tcPr>
          <w:p w14:paraId="57D735A8" w14:textId="77777777" w:rsidR="00B04DB1" w:rsidRPr="00B04DB1" w:rsidRDefault="00B04DB1" w:rsidP="00FA5778">
            <w:pPr>
              <w:spacing w:line="240" w:lineRule="auto"/>
              <w:rPr>
                <w:rFonts w:ascii="Arial" w:hAnsi="Arial" w:cs="Arial"/>
              </w:rPr>
            </w:pPr>
            <w:r w:rsidRPr="00B04DB1">
              <w:rPr>
                <w:rFonts w:ascii="Arial" w:hAnsi="Arial" w:cs="Arial"/>
              </w:rPr>
              <w:t>Cathode active material source and country</w:t>
            </w:r>
          </w:p>
        </w:tc>
        <w:tc>
          <w:tcPr>
            <w:tcW w:w="5660" w:type="dxa"/>
            <w:tcMar>
              <w:top w:w="90" w:type="dxa"/>
              <w:left w:w="110" w:type="dxa"/>
              <w:bottom w:w="90" w:type="dxa"/>
              <w:right w:w="110" w:type="dxa"/>
            </w:tcMar>
            <w:vAlign w:val="center"/>
          </w:tcPr>
          <w:p w14:paraId="76325D5F" w14:textId="77777777" w:rsidR="00B04DB1" w:rsidRPr="00B04DB1" w:rsidRDefault="00B04DB1" w:rsidP="00FA5778">
            <w:pPr>
              <w:spacing w:line="240" w:lineRule="auto"/>
              <w:rPr>
                <w:rFonts w:ascii="Arial" w:hAnsi="Arial" w:cs="Arial"/>
              </w:rPr>
            </w:pPr>
          </w:p>
        </w:tc>
      </w:tr>
      <w:tr w:rsidR="00B04DB1" w:rsidRPr="00B04DB1" w14:paraId="0A43918D" w14:textId="77777777" w:rsidTr="00FA5778">
        <w:trPr>
          <w:jc w:val="center"/>
        </w:trPr>
        <w:tc>
          <w:tcPr>
            <w:tcW w:w="3700" w:type="dxa"/>
            <w:shd w:val="clear" w:color="auto" w:fill="F8F9FB"/>
            <w:tcMar>
              <w:top w:w="90" w:type="dxa"/>
              <w:left w:w="110" w:type="dxa"/>
              <w:bottom w:w="90" w:type="dxa"/>
              <w:right w:w="110" w:type="dxa"/>
            </w:tcMar>
            <w:vAlign w:val="center"/>
          </w:tcPr>
          <w:p w14:paraId="5DB054A8" w14:textId="77777777" w:rsidR="00B04DB1" w:rsidRPr="00B04DB1" w:rsidRDefault="00B04DB1" w:rsidP="00FA5778">
            <w:pPr>
              <w:spacing w:line="240" w:lineRule="auto"/>
              <w:rPr>
                <w:rFonts w:ascii="Arial" w:hAnsi="Arial" w:cs="Arial"/>
              </w:rPr>
            </w:pPr>
            <w:r w:rsidRPr="00B04DB1">
              <w:rPr>
                <w:rFonts w:ascii="Arial" w:hAnsi="Arial" w:cs="Arial"/>
              </w:rPr>
              <w:t>PCS manufacturer, parent, and final assembly location</w:t>
            </w:r>
          </w:p>
        </w:tc>
        <w:tc>
          <w:tcPr>
            <w:tcW w:w="5660" w:type="dxa"/>
            <w:shd w:val="clear" w:color="auto" w:fill="F8F9FB"/>
            <w:tcMar>
              <w:top w:w="90" w:type="dxa"/>
              <w:left w:w="110" w:type="dxa"/>
              <w:bottom w:w="90" w:type="dxa"/>
              <w:right w:w="110" w:type="dxa"/>
            </w:tcMar>
            <w:vAlign w:val="center"/>
          </w:tcPr>
          <w:p w14:paraId="50ACA505" w14:textId="77777777" w:rsidR="00B04DB1" w:rsidRPr="00B04DB1" w:rsidRDefault="00B04DB1" w:rsidP="00FA5778">
            <w:pPr>
              <w:spacing w:line="240" w:lineRule="auto"/>
              <w:rPr>
                <w:rFonts w:ascii="Arial" w:hAnsi="Arial" w:cs="Arial"/>
              </w:rPr>
            </w:pPr>
          </w:p>
        </w:tc>
      </w:tr>
      <w:tr w:rsidR="00B04DB1" w:rsidRPr="00B04DB1" w14:paraId="25B7038A" w14:textId="77777777" w:rsidTr="00FA5778">
        <w:trPr>
          <w:jc w:val="center"/>
        </w:trPr>
        <w:tc>
          <w:tcPr>
            <w:tcW w:w="3700" w:type="dxa"/>
            <w:tcMar>
              <w:top w:w="90" w:type="dxa"/>
              <w:left w:w="110" w:type="dxa"/>
              <w:bottom w:w="90" w:type="dxa"/>
              <w:right w:w="110" w:type="dxa"/>
            </w:tcMar>
            <w:vAlign w:val="center"/>
          </w:tcPr>
          <w:p w14:paraId="5D3394CE" w14:textId="77777777" w:rsidR="00B04DB1" w:rsidRPr="00B04DB1" w:rsidRDefault="00B04DB1" w:rsidP="00FA5778">
            <w:pPr>
              <w:spacing w:line="240" w:lineRule="auto"/>
              <w:rPr>
                <w:rFonts w:ascii="Arial" w:hAnsi="Arial" w:cs="Arial"/>
              </w:rPr>
            </w:pPr>
            <w:r w:rsidRPr="00B04DB1">
              <w:rPr>
                <w:rFonts w:ascii="Arial" w:hAnsi="Arial" w:cs="Arial"/>
              </w:rPr>
              <w:t>MV transformer and switchgear manufacturers and countries</w:t>
            </w:r>
          </w:p>
        </w:tc>
        <w:tc>
          <w:tcPr>
            <w:tcW w:w="5660" w:type="dxa"/>
            <w:tcMar>
              <w:top w:w="90" w:type="dxa"/>
              <w:left w:w="110" w:type="dxa"/>
              <w:bottom w:w="90" w:type="dxa"/>
              <w:right w:w="110" w:type="dxa"/>
            </w:tcMar>
            <w:vAlign w:val="center"/>
          </w:tcPr>
          <w:p w14:paraId="1EE080B9" w14:textId="77777777" w:rsidR="00B04DB1" w:rsidRPr="00B04DB1" w:rsidRDefault="00B04DB1" w:rsidP="00FA5778">
            <w:pPr>
              <w:spacing w:line="240" w:lineRule="auto"/>
              <w:rPr>
                <w:rFonts w:ascii="Arial" w:hAnsi="Arial" w:cs="Arial"/>
              </w:rPr>
            </w:pPr>
          </w:p>
        </w:tc>
      </w:tr>
      <w:tr w:rsidR="00B04DB1" w:rsidRPr="00B04DB1" w14:paraId="31D12103" w14:textId="77777777" w:rsidTr="00FA5778">
        <w:trPr>
          <w:jc w:val="center"/>
        </w:trPr>
        <w:tc>
          <w:tcPr>
            <w:tcW w:w="3700" w:type="dxa"/>
            <w:shd w:val="clear" w:color="auto" w:fill="F8F9FB"/>
            <w:tcMar>
              <w:top w:w="90" w:type="dxa"/>
              <w:left w:w="110" w:type="dxa"/>
              <w:bottom w:w="90" w:type="dxa"/>
              <w:right w:w="110" w:type="dxa"/>
            </w:tcMar>
            <w:vAlign w:val="center"/>
          </w:tcPr>
          <w:p w14:paraId="790F7FCC" w14:textId="77777777" w:rsidR="00B04DB1" w:rsidRPr="00B04DB1" w:rsidRDefault="00B04DB1" w:rsidP="00FA5778">
            <w:pPr>
              <w:spacing w:line="240" w:lineRule="auto"/>
              <w:rPr>
                <w:rFonts w:ascii="Arial" w:hAnsi="Arial" w:cs="Arial"/>
              </w:rPr>
            </w:pPr>
            <w:r w:rsidRPr="00B04DB1">
              <w:rPr>
                <w:rFonts w:ascii="Arial" w:hAnsi="Arial" w:cs="Arial"/>
              </w:rPr>
              <w:t>BMS, EMS, and remote support entities and countries</w:t>
            </w:r>
          </w:p>
        </w:tc>
        <w:tc>
          <w:tcPr>
            <w:tcW w:w="5660" w:type="dxa"/>
            <w:shd w:val="clear" w:color="auto" w:fill="F8F9FB"/>
            <w:tcMar>
              <w:top w:w="90" w:type="dxa"/>
              <w:left w:w="110" w:type="dxa"/>
              <w:bottom w:w="90" w:type="dxa"/>
              <w:right w:w="110" w:type="dxa"/>
            </w:tcMar>
            <w:vAlign w:val="center"/>
          </w:tcPr>
          <w:p w14:paraId="62A6BDED" w14:textId="77777777" w:rsidR="00B04DB1" w:rsidRPr="00B04DB1" w:rsidRDefault="00B04DB1" w:rsidP="00FA5778">
            <w:pPr>
              <w:spacing w:line="240" w:lineRule="auto"/>
              <w:rPr>
                <w:rFonts w:ascii="Arial" w:hAnsi="Arial" w:cs="Arial"/>
              </w:rPr>
            </w:pPr>
          </w:p>
        </w:tc>
      </w:tr>
      <w:tr w:rsidR="00B04DB1" w:rsidRPr="00B04DB1" w14:paraId="103AE4DB" w14:textId="77777777" w:rsidTr="00FA5778">
        <w:trPr>
          <w:jc w:val="center"/>
        </w:trPr>
        <w:tc>
          <w:tcPr>
            <w:tcW w:w="3700" w:type="dxa"/>
            <w:tcMar>
              <w:top w:w="90" w:type="dxa"/>
              <w:left w:w="110" w:type="dxa"/>
              <w:bottom w:w="90" w:type="dxa"/>
              <w:right w:w="110" w:type="dxa"/>
            </w:tcMar>
            <w:vAlign w:val="center"/>
          </w:tcPr>
          <w:p w14:paraId="3EEC49DB" w14:textId="77777777" w:rsidR="00B04DB1" w:rsidRPr="00B04DB1" w:rsidRDefault="00B04DB1" w:rsidP="00FA5778">
            <w:pPr>
              <w:spacing w:line="240" w:lineRule="auto"/>
              <w:rPr>
                <w:rFonts w:ascii="Arial" w:hAnsi="Arial" w:cs="Arial"/>
              </w:rPr>
            </w:pPr>
            <w:r w:rsidRPr="00B04DB1">
              <w:rPr>
                <w:rFonts w:ascii="Arial" w:hAnsi="Arial" w:cs="Arial"/>
              </w:rPr>
              <w:t>Proposed calculation method: actual cost or safe harbor</w:t>
            </w:r>
          </w:p>
        </w:tc>
        <w:tc>
          <w:tcPr>
            <w:tcW w:w="5660" w:type="dxa"/>
            <w:tcMar>
              <w:top w:w="90" w:type="dxa"/>
              <w:left w:w="110" w:type="dxa"/>
              <w:bottom w:w="90" w:type="dxa"/>
              <w:right w:w="110" w:type="dxa"/>
            </w:tcMar>
            <w:vAlign w:val="center"/>
          </w:tcPr>
          <w:p w14:paraId="09DA2144" w14:textId="77777777" w:rsidR="00B04DB1" w:rsidRPr="00B04DB1" w:rsidRDefault="00B04DB1" w:rsidP="00FA5778">
            <w:pPr>
              <w:spacing w:line="240" w:lineRule="auto"/>
              <w:rPr>
                <w:rFonts w:ascii="Arial" w:hAnsi="Arial" w:cs="Arial"/>
              </w:rPr>
            </w:pPr>
          </w:p>
        </w:tc>
      </w:tr>
      <w:tr w:rsidR="00B04DB1" w:rsidRPr="00B04DB1" w14:paraId="09C4EB70" w14:textId="77777777" w:rsidTr="00FA5778">
        <w:trPr>
          <w:jc w:val="center"/>
        </w:trPr>
        <w:tc>
          <w:tcPr>
            <w:tcW w:w="3700" w:type="dxa"/>
            <w:shd w:val="clear" w:color="auto" w:fill="F8F9FB"/>
            <w:tcMar>
              <w:top w:w="90" w:type="dxa"/>
              <w:left w:w="110" w:type="dxa"/>
              <w:bottom w:w="90" w:type="dxa"/>
              <w:right w:w="110" w:type="dxa"/>
            </w:tcMar>
            <w:vAlign w:val="center"/>
          </w:tcPr>
          <w:p w14:paraId="3E6A4D0C" w14:textId="77777777" w:rsidR="00B04DB1" w:rsidRPr="00B04DB1" w:rsidRDefault="00B04DB1" w:rsidP="00FA5778">
            <w:pPr>
              <w:spacing w:line="240" w:lineRule="auto"/>
              <w:rPr>
                <w:rFonts w:ascii="Arial" w:hAnsi="Arial" w:cs="Arial"/>
              </w:rPr>
            </w:pPr>
            <w:r w:rsidRPr="00B04DB1">
              <w:rPr>
                <w:rFonts w:ascii="Arial" w:hAnsi="Arial" w:cs="Arial"/>
              </w:rPr>
              <w:t>Preliminary domestic content conclusion and margin</w:t>
            </w:r>
          </w:p>
        </w:tc>
        <w:tc>
          <w:tcPr>
            <w:tcW w:w="5660" w:type="dxa"/>
            <w:shd w:val="clear" w:color="auto" w:fill="F8F9FB"/>
            <w:tcMar>
              <w:top w:w="90" w:type="dxa"/>
              <w:left w:w="110" w:type="dxa"/>
              <w:bottom w:w="90" w:type="dxa"/>
              <w:right w:w="110" w:type="dxa"/>
            </w:tcMar>
            <w:vAlign w:val="center"/>
          </w:tcPr>
          <w:p w14:paraId="0F1A94A3" w14:textId="77777777" w:rsidR="00B04DB1" w:rsidRPr="00B04DB1" w:rsidRDefault="00B04DB1" w:rsidP="00FA5778">
            <w:pPr>
              <w:spacing w:line="240" w:lineRule="auto"/>
              <w:rPr>
                <w:rFonts w:ascii="Arial" w:hAnsi="Arial" w:cs="Arial"/>
              </w:rPr>
            </w:pPr>
          </w:p>
        </w:tc>
      </w:tr>
      <w:tr w:rsidR="00B04DB1" w:rsidRPr="00B04DB1" w14:paraId="4C672D4E" w14:textId="77777777" w:rsidTr="00FA5778">
        <w:trPr>
          <w:jc w:val="center"/>
        </w:trPr>
        <w:tc>
          <w:tcPr>
            <w:tcW w:w="3700" w:type="dxa"/>
            <w:tcMar>
              <w:top w:w="90" w:type="dxa"/>
              <w:left w:w="110" w:type="dxa"/>
              <w:bottom w:w="90" w:type="dxa"/>
              <w:right w:w="110" w:type="dxa"/>
            </w:tcMar>
            <w:vAlign w:val="center"/>
          </w:tcPr>
          <w:p w14:paraId="6288E055" w14:textId="77777777" w:rsidR="00B04DB1" w:rsidRPr="00B04DB1" w:rsidRDefault="00B04DB1" w:rsidP="00FA5778">
            <w:pPr>
              <w:spacing w:line="240" w:lineRule="auto"/>
              <w:rPr>
                <w:rFonts w:ascii="Arial" w:hAnsi="Arial" w:cs="Arial"/>
              </w:rPr>
            </w:pPr>
            <w:r w:rsidRPr="00B04DB1">
              <w:rPr>
                <w:rFonts w:ascii="Arial" w:hAnsi="Arial" w:cs="Arial"/>
              </w:rPr>
              <w:t>Preliminary material assistance conclusion and margin</w:t>
            </w:r>
          </w:p>
        </w:tc>
        <w:tc>
          <w:tcPr>
            <w:tcW w:w="5660" w:type="dxa"/>
            <w:tcMar>
              <w:top w:w="90" w:type="dxa"/>
              <w:left w:w="110" w:type="dxa"/>
              <w:bottom w:w="90" w:type="dxa"/>
              <w:right w:w="110" w:type="dxa"/>
            </w:tcMar>
            <w:vAlign w:val="center"/>
          </w:tcPr>
          <w:p w14:paraId="38130302" w14:textId="77777777" w:rsidR="00B04DB1" w:rsidRPr="00B04DB1" w:rsidRDefault="00B04DB1" w:rsidP="00FA5778">
            <w:pPr>
              <w:spacing w:line="240" w:lineRule="auto"/>
              <w:rPr>
                <w:rFonts w:ascii="Arial" w:hAnsi="Arial" w:cs="Arial"/>
              </w:rPr>
            </w:pPr>
          </w:p>
        </w:tc>
      </w:tr>
      <w:tr w:rsidR="00B04DB1" w:rsidRPr="00B04DB1" w14:paraId="3B1DBB6F" w14:textId="77777777" w:rsidTr="00FA5778">
        <w:trPr>
          <w:jc w:val="center"/>
        </w:trPr>
        <w:tc>
          <w:tcPr>
            <w:tcW w:w="3700" w:type="dxa"/>
            <w:shd w:val="clear" w:color="auto" w:fill="F8F9FB"/>
            <w:tcMar>
              <w:top w:w="90" w:type="dxa"/>
              <w:left w:w="110" w:type="dxa"/>
              <w:bottom w:w="90" w:type="dxa"/>
              <w:right w:w="110" w:type="dxa"/>
            </w:tcMar>
            <w:vAlign w:val="center"/>
          </w:tcPr>
          <w:p w14:paraId="2D41F16A" w14:textId="77777777" w:rsidR="00B04DB1" w:rsidRPr="00B04DB1" w:rsidRDefault="00B04DB1" w:rsidP="00FA5778">
            <w:pPr>
              <w:spacing w:line="240" w:lineRule="auto"/>
              <w:rPr>
                <w:rFonts w:ascii="Arial" w:hAnsi="Arial" w:cs="Arial"/>
              </w:rPr>
            </w:pPr>
            <w:r w:rsidRPr="00B04DB1">
              <w:rPr>
                <w:rFonts w:ascii="Arial" w:hAnsi="Arial" w:cs="Arial"/>
              </w:rPr>
              <w:t>Known PFE, FEOC, ownership, control, licensing, or remote access risks</w:t>
            </w:r>
          </w:p>
        </w:tc>
        <w:tc>
          <w:tcPr>
            <w:tcW w:w="5660" w:type="dxa"/>
            <w:shd w:val="clear" w:color="auto" w:fill="F8F9FB"/>
            <w:tcMar>
              <w:top w:w="90" w:type="dxa"/>
              <w:left w:w="110" w:type="dxa"/>
              <w:bottom w:w="90" w:type="dxa"/>
              <w:right w:w="110" w:type="dxa"/>
            </w:tcMar>
            <w:vAlign w:val="center"/>
          </w:tcPr>
          <w:p w14:paraId="55D72E72" w14:textId="77777777" w:rsidR="00B04DB1" w:rsidRPr="00B04DB1" w:rsidRDefault="00B04DB1" w:rsidP="00FA5778">
            <w:pPr>
              <w:spacing w:line="240" w:lineRule="auto"/>
              <w:rPr>
                <w:rFonts w:ascii="Arial" w:hAnsi="Arial" w:cs="Arial"/>
              </w:rPr>
            </w:pPr>
          </w:p>
        </w:tc>
      </w:tr>
      <w:tr w:rsidR="00B04DB1" w:rsidRPr="00B04DB1" w14:paraId="37ABF9F7" w14:textId="77777777" w:rsidTr="00FA5778">
        <w:trPr>
          <w:jc w:val="center"/>
        </w:trPr>
        <w:tc>
          <w:tcPr>
            <w:tcW w:w="3700" w:type="dxa"/>
            <w:tcMar>
              <w:top w:w="90" w:type="dxa"/>
              <w:left w:w="110" w:type="dxa"/>
              <w:bottom w:w="90" w:type="dxa"/>
              <w:right w:w="110" w:type="dxa"/>
            </w:tcMar>
            <w:vAlign w:val="center"/>
          </w:tcPr>
          <w:p w14:paraId="7EAC5A00" w14:textId="77777777" w:rsidR="00B04DB1" w:rsidRPr="00B04DB1" w:rsidRDefault="00B04DB1" w:rsidP="00FA5778">
            <w:pPr>
              <w:spacing w:line="240" w:lineRule="auto"/>
              <w:rPr>
                <w:rFonts w:ascii="Arial" w:hAnsi="Arial" w:cs="Arial"/>
              </w:rPr>
            </w:pPr>
            <w:r w:rsidRPr="00B04DB1">
              <w:rPr>
                <w:rFonts w:ascii="Arial" w:hAnsi="Arial" w:cs="Arial"/>
              </w:rPr>
              <w:t>Evidence availability and confidentiality needs</w:t>
            </w:r>
          </w:p>
        </w:tc>
        <w:tc>
          <w:tcPr>
            <w:tcW w:w="5660" w:type="dxa"/>
            <w:tcMar>
              <w:top w:w="90" w:type="dxa"/>
              <w:left w:w="110" w:type="dxa"/>
              <w:bottom w:w="90" w:type="dxa"/>
              <w:right w:w="110" w:type="dxa"/>
            </w:tcMar>
            <w:vAlign w:val="center"/>
          </w:tcPr>
          <w:p w14:paraId="3505B98C" w14:textId="77777777" w:rsidR="00B04DB1" w:rsidRPr="00B04DB1" w:rsidRDefault="00B04DB1" w:rsidP="00FA5778">
            <w:pPr>
              <w:spacing w:line="240" w:lineRule="auto"/>
              <w:rPr>
                <w:rFonts w:ascii="Arial" w:hAnsi="Arial" w:cs="Arial"/>
              </w:rPr>
            </w:pPr>
          </w:p>
        </w:tc>
      </w:tr>
      <w:tr w:rsidR="00B04DB1" w:rsidRPr="00B04DB1" w14:paraId="020C7985" w14:textId="77777777" w:rsidTr="00FA5778">
        <w:trPr>
          <w:jc w:val="center"/>
        </w:trPr>
        <w:tc>
          <w:tcPr>
            <w:tcW w:w="3700" w:type="dxa"/>
            <w:tcMar>
              <w:top w:w="90" w:type="dxa"/>
              <w:left w:w="110" w:type="dxa"/>
              <w:bottom w:w="90" w:type="dxa"/>
              <w:right w:w="110" w:type="dxa"/>
            </w:tcMar>
            <w:vAlign w:val="center"/>
          </w:tcPr>
          <w:p w14:paraId="5BA144DB" w14:textId="77777777" w:rsidR="00B04DB1" w:rsidRPr="00B04DB1" w:rsidRDefault="00B04DB1" w:rsidP="00FA5778">
            <w:pPr>
              <w:spacing w:line="240" w:lineRule="auto"/>
              <w:rPr>
                <w:rFonts w:ascii="Arial" w:hAnsi="Arial" w:cs="Arial"/>
              </w:rPr>
            </w:pPr>
            <w:r w:rsidRPr="00B04DB1">
              <w:rPr>
                <w:rFonts w:ascii="Arial" w:hAnsi="Arial" w:cs="Arial"/>
              </w:rPr>
              <w:t>Material software and firmware developers and parent entities</w:t>
            </w:r>
          </w:p>
        </w:tc>
        <w:tc>
          <w:tcPr>
            <w:tcW w:w="5660" w:type="dxa"/>
            <w:tcMar>
              <w:top w:w="90" w:type="dxa"/>
              <w:left w:w="110" w:type="dxa"/>
              <w:bottom w:w="90" w:type="dxa"/>
              <w:right w:w="110" w:type="dxa"/>
            </w:tcMar>
            <w:vAlign w:val="center"/>
          </w:tcPr>
          <w:p w14:paraId="54DB7460" w14:textId="77777777" w:rsidR="00B04DB1" w:rsidRPr="00B04DB1" w:rsidRDefault="00B04DB1" w:rsidP="00FA5778">
            <w:pPr>
              <w:spacing w:line="240" w:lineRule="auto"/>
              <w:rPr>
                <w:rFonts w:ascii="Arial" w:hAnsi="Arial" w:cs="Arial"/>
              </w:rPr>
            </w:pPr>
          </w:p>
        </w:tc>
      </w:tr>
      <w:tr w:rsidR="00B04DB1" w:rsidRPr="00B04DB1" w14:paraId="1A7AE14C" w14:textId="77777777" w:rsidTr="00FA5778">
        <w:trPr>
          <w:jc w:val="center"/>
        </w:trPr>
        <w:tc>
          <w:tcPr>
            <w:tcW w:w="3700" w:type="dxa"/>
            <w:tcMar>
              <w:top w:w="90" w:type="dxa"/>
              <w:left w:w="110" w:type="dxa"/>
              <w:bottom w:w="90" w:type="dxa"/>
              <w:right w:w="110" w:type="dxa"/>
            </w:tcMar>
            <w:vAlign w:val="center"/>
          </w:tcPr>
          <w:p w14:paraId="339E9359" w14:textId="77777777" w:rsidR="00B04DB1" w:rsidRPr="00B04DB1" w:rsidRDefault="00B04DB1" w:rsidP="00FA5778">
            <w:pPr>
              <w:spacing w:line="240" w:lineRule="auto"/>
              <w:rPr>
                <w:rFonts w:ascii="Arial" w:hAnsi="Arial" w:cs="Arial"/>
              </w:rPr>
            </w:pPr>
            <w:r w:rsidRPr="00B04DB1">
              <w:rPr>
                <w:rFonts w:ascii="Arial" w:hAnsi="Arial" w:cs="Arial"/>
              </w:rPr>
              <w:t>Countries of original software and firmware development</w:t>
            </w:r>
          </w:p>
        </w:tc>
        <w:tc>
          <w:tcPr>
            <w:tcW w:w="5660" w:type="dxa"/>
            <w:tcMar>
              <w:top w:w="90" w:type="dxa"/>
              <w:left w:w="110" w:type="dxa"/>
              <w:bottom w:w="90" w:type="dxa"/>
              <w:right w:w="110" w:type="dxa"/>
            </w:tcMar>
            <w:vAlign w:val="center"/>
          </w:tcPr>
          <w:p w14:paraId="6587815E" w14:textId="77777777" w:rsidR="00B04DB1" w:rsidRPr="00B04DB1" w:rsidRDefault="00B04DB1" w:rsidP="00FA5778">
            <w:pPr>
              <w:spacing w:line="240" w:lineRule="auto"/>
              <w:rPr>
                <w:rFonts w:ascii="Arial" w:hAnsi="Arial" w:cs="Arial"/>
              </w:rPr>
            </w:pPr>
          </w:p>
        </w:tc>
      </w:tr>
      <w:tr w:rsidR="00B04DB1" w:rsidRPr="00B04DB1" w14:paraId="1908CB7E" w14:textId="77777777" w:rsidTr="00FA5778">
        <w:trPr>
          <w:jc w:val="center"/>
        </w:trPr>
        <w:tc>
          <w:tcPr>
            <w:tcW w:w="3700" w:type="dxa"/>
            <w:tcMar>
              <w:top w:w="90" w:type="dxa"/>
              <w:left w:w="110" w:type="dxa"/>
              <w:bottom w:w="90" w:type="dxa"/>
              <w:right w:w="110" w:type="dxa"/>
            </w:tcMar>
            <w:vAlign w:val="center"/>
          </w:tcPr>
          <w:p w14:paraId="7721D488" w14:textId="77777777" w:rsidR="00B04DB1" w:rsidRPr="00B04DB1" w:rsidRDefault="00B04DB1" w:rsidP="00FA5778">
            <w:pPr>
              <w:spacing w:line="240" w:lineRule="auto"/>
              <w:rPr>
                <w:rFonts w:ascii="Arial" w:hAnsi="Arial" w:cs="Arial"/>
              </w:rPr>
            </w:pPr>
            <w:r w:rsidRPr="00B04DB1">
              <w:rPr>
                <w:rFonts w:ascii="Arial" w:hAnsi="Arial" w:cs="Arial"/>
              </w:rPr>
              <w:t>Countries of ongoing maintenance, patching, and remote support</w:t>
            </w:r>
          </w:p>
        </w:tc>
        <w:tc>
          <w:tcPr>
            <w:tcW w:w="5660" w:type="dxa"/>
            <w:tcMar>
              <w:top w:w="90" w:type="dxa"/>
              <w:left w:w="110" w:type="dxa"/>
              <w:bottom w:w="90" w:type="dxa"/>
              <w:right w:w="110" w:type="dxa"/>
            </w:tcMar>
            <w:vAlign w:val="center"/>
          </w:tcPr>
          <w:p w14:paraId="67E360E3" w14:textId="77777777" w:rsidR="00B04DB1" w:rsidRPr="00B04DB1" w:rsidRDefault="00B04DB1" w:rsidP="00FA5778">
            <w:pPr>
              <w:spacing w:line="240" w:lineRule="auto"/>
              <w:rPr>
                <w:rFonts w:ascii="Arial" w:hAnsi="Arial" w:cs="Arial"/>
              </w:rPr>
            </w:pPr>
          </w:p>
        </w:tc>
      </w:tr>
      <w:tr w:rsidR="00B04DB1" w:rsidRPr="00B04DB1" w14:paraId="6EC706CF" w14:textId="77777777" w:rsidTr="00FA5778">
        <w:trPr>
          <w:jc w:val="center"/>
        </w:trPr>
        <w:tc>
          <w:tcPr>
            <w:tcW w:w="3700" w:type="dxa"/>
            <w:tcMar>
              <w:top w:w="90" w:type="dxa"/>
              <w:left w:w="110" w:type="dxa"/>
              <w:bottom w:w="90" w:type="dxa"/>
              <w:right w:w="110" w:type="dxa"/>
            </w:tcMar>
            <w:vAlign w:val="center"/>
          </w:tcPr>
          <w:p w14:paraId="01737140" w14:textId="77777777" w:rsidR="00B04DB1" w:rsidRPr="00B04DB1" w:rsidRDefault="00B04DB1" w:rsidP="00FA5778">
            <w:pPr>
              <w:spacing w:line="240" w:lineRule="auto"/>
              <w:rPr>
                <w:rFonts w:ascii="Arial" w:hAnsi="Arial" w:cs="Arial"/>
              </w:rPr>
            </w:pPr>
            <w:r w:rsidRPr="00B04DB1">
              <w:rPr>
                <w:rFonts w:ascii="Arial" w:hAnsi="Arial" w:cs="Arial"/>
              </w:rPr>
              <w:t>Licensing, data access, service, and operational control rights</w:t>
            </w:r>
          </w:p>
        </w:tc>
        <w:tc>
          <w:tcPr>
            <w:tcW w:w="5660" w:type="dxa"/>
            <w:tcMar>
              <w:top w:w="90" w:type="dxa"/>
              <w:left w:w="110" w:type="dxa"/>
              <w:bottom w:w="90" w:type="dxa"/>
              <w:right w:w="110" w:type="dxa"/>
            </w:tcMar>
            <w:vAlign w:val="center"/>
          </w:tcPr>
          <w:p w14:paraId="44CC5ADF" w14:textId="77777777" w:rsidR="00B04DB1" w:rsidRPr="00B04DB1" w:rsidRDefault="00B04DB1" w:rsidP="00FA5778">
            <w:pPr>
              <w:spacing w:line="240" w:lineRule="auto"/>
              <w:rPr>
                <w:rFonts w:ascii="Arial" w:hAnsi="Arial" w:cs="Arial"/>
              </w:rPr>
            </w:pPr>
          </w:p>
        </w:tc>
      </w:tr>
      <w:tr w:rsidR="00B04DB1" w:rsidRPr="00B04DB1" w14:paraId="452C6252" w14:textId="77777777" w:rsidTr="00FA5778">
        <w:trPr>
          <w:jc w:val="center"/>
        </w:trPr>
        <w:tc>
          <w:tcPr>
            <w:tcW w:w="3700" w:type="dxa"/>
            <w:tcMar>
              <w:top w:w="90" w:type="dxa"/>
              <w:left w:w="110" w:type="dxa"/>
              <w:bottom w:w="90" w:type="dxa"/>
              <w:right w:w="110" w:type="dxa"/>
            </w:tcMar>
            <w:vAlign w:val="center"/>
          </w:tcPr>
          <w:p w14:paraId="645D2AC8" w14:textId="77777777" w:rsidR="00B04DB1" w:rsidRPr="00B04DB1" w:rsidRDefault="00B04DB1" w:rsidP="00FA5778">
            <w:pPr>
              <w:spacing w:line="240" w:lineRule="auto"/>
              <w:rPr>
                <w:rFonts w:ascii="Arial" w:hAnsi="Arial" w:cs="Arial"/>
              </w:rPr>
            </w:pPr>
            <w:r w:rsidRPr="00B04DB1">
              <w:rPr>
                <w:rFonts w:ascii="Arial" w:hAnsi="Arial" w:cs="Arial"/>
              </w:rPr>
              <w:t>Executive Order 14420 foreign-produced equipment, critical components, and Covered Foreign Entity involvement</w:t>
            </w:r>
          </w:p>
        </w:tc>
        <w:tc>
          <w:tcPr>
            <w:tcW w:w="5660" w:type="dxa"/>
            <w:tcMar>
              <w:top w:w="90" w:type="dxa"/>
              <w:left w:w="110" w:type="dxa"/>
              <w:bottom w:w="90" w:type="dxa"/>
              <w:right w:w="110" w:type="dxa"/>
            </w:tcMar>
            <w:vAlign w:val="center"/>
          </w:tcPr>
          <w:p w14:paraId="653F36F6" w14:textId="77777777" w:rsidR="00B04DB1" w:rsidRPr="00B04DB1" w:rsidRDefault="00B04DB1" w:rsidP="00FA5778">
            <w:pPr>
              <w:spacing w:line="240" w:lineRule="auto"/>
              <w:rPr>
                <w:rFonts w:ascii="Arial" w:hAnsi="Arial" w:cs="Arial"/>
              </w:rPr>
            </w:pPr>
          </w:p>
        </w:tc>
      </w:tr>
      <w:tr w:rsidR="00B04DB1" w:rsidRPr="00B04DB1" w14:paraId="4A76211E" w14:textId="77777777" w:rsidTr="00FA5778">
        <w:trPr>
          <w:jc w:val="center"/>
        </w:trPr>
        <w:tc>
          <w:tcPr>
            <w:tcW w:w="3700" w:type="dxa"/>
            <w:tcMar>
              <w:top w:w="90" w:type="dxa"/>
              <w:left w:w="110" w:type="dxa"/>
              <w:bottom w:w="90" w:type="dxa"/>
              <w:right w:w="110" w:type="dxa"/>
            </w:tcMar>
            <w:vAlign w:val="center"/>
          </w:tcPr>
          <w:p w14:paraId="52C4AD4B" w14:textId="77777777" w:rsidR="00B04DB1" w:rsidRPr="00B04DB1" w:rsidRDefault="00B04DB1" w:rsidP="00FA5778">
            <w:pPr>
              <w:spacing w:line="240" w:lineRule="auto"/>
              <w:rPr>
                <w:rFonts w:ascii="Arial" w:hAnsi="Arial" w:cs="Arial"/>
              </w:rPr>
            </w:pPr>
            <w:r w:rsidRPr="00B04DB1">
              <w:rPr>
                <w:rFonts w:ascii="Arial" w:hAnsi="Arial" w:cs="Arial"/>
              </w:rPr>
              <w:lastRenderedPageBreak/>
              <w:t>Any license, exemption, prequalification, or mitigation reliance and available compliant alternate source</w:t>
            </w:r>
          </w:p>
        </w:tc>
        <w:tc>
          <w:tcPr>
            <w:tcW w:w="5660" w:type="dxa"/>
            <w:tcMar>
              <w:top w:w="90" w:type="dxa"/>
              <w:left w:w="110" w:type="dxa"/>
              <w:bottom w:w="90" w:type="dxa"/>
              <w:right w:w="110" w:type="dxa"/>
            </w:tcMar>
            <w:vAlign w:val="center"/>
          </w:tcPr>
          <w:p w14:paraId="5E38F75A" w14:textId="77777777" w:rsidR="00B04DB1" w:rsidRPr="00B04DB1" w:rsidRDefault="00B04DB1" w:rsidP="00FA5778">
            <w:pPr>
              <w:spacing w:line="240" w:lineRule="auto"/>
              <w:rPr>
                <w:rFonts w:ascii="Arial" w:hAnsi="Arial" w:cs="Arial"/>
              </w:rPr>
            </w:pPr>
          </w:p>
        </w:tc>
      </w:tr>
    </w:tbl>
    <w:p w14:paraId="30E16B8B" w14:textId="77777777" w:rsidR="00B04DB1" w:rsidRDefault="00B04DB1" w:rsidP="00B04DB1">
      <w:pPr>
        <w:spacing w:after="0"/>
      </w:pPr>
    </w:p>
    <w:p w14:paraId="52E77FB3" w14:textId="77777777" w:rsidR="00B04DB1" w:rsidRPr="00B04DB1" w:rsidRDefault="00B04DB1" w:rsidP="00B04DB1">
      <w:pPr>
        <w:pStyle w:val="Heading2"/>
        <w:spacing w:before="240" w:after="120"/>
        <w:rPr>
          <w:rFonts w:ascii="Arial" w:hAnsi="Arial" w:cs="Arial"/>
          <w:color w:val="78AA65"/>
          <w:sz w:val="28"/>
          <w:szCs w:val="28"/>
        </w:rPr>
      </w:pPr>
      <w:r w:rsidRPr="00B04DB1">
        <w:rPr>
          <w:rFonts w:ascii="Arial" w:hAnsi="Arial" w:cs="Arial"/>
          <w:color w:val="78AA65"/>
          <w:sz w:val="28"/>
          <w:szCs w:val="28"/>
        </w:rPr>
        <w:t>C.3 Federal Responsibility and Conflicts</w:t>
      </w:r>
    </w:p>
    <w:tbl>
      <w:tblPr>
        <w:tblStyle w:val="TableGrid"/>
        <w:tblW w:w="9360" w:type="dxa"/>
        <w:jc w:val="center"/>
        <w:tblLayout w:type="fixed"/>
        <w:tblLook w:val="04A0" w:firstRow="1" w:lastRow="0" w:firstColumn="1" w:lastColumn="0" w:noHBand="0" w:noVBand="1"/>
      </w:tblPr>
      <w:tblGrid>
        <w:gridCol w:w="7100"/>
        <w:gridCol w:w="2260"/>
      </w:tblGrid>
      <w:tr w:rsidR="00B04DB1" w:rsidRPr="00B04DB1" w14:paraId="08BF2961" w14:textId="77777777" w:rsidTr="00FA5778">
        <w:trPr>
          <w:tblHeader/>
          <w:jc w:val="center"/>
        </w:trPr>
        <w:tc>
          <w:tcPr>
            <w:tcW w:w="7100" w:type="dxa"/>
            <w:shd w:val="clear" w:color="auto" w:fill="2D2D84"/>
            <w:tcMar>
              <w:top w:w="90" w:type="dxa"/>
              <w:left w:w="110" w:type="dxa"/>
              <w:bottom w:w="90" w:type="dxa"/>
              <w:right w:w="110" w:type="dxa"/>
            </w:tcMar>
            <w:vAlign w:val="center"/>
          </w:tcPr>
          <w:p w14:paraId="161AC574" w14:textId="77777777" w:rsidR="00B04DB1" w:rsidRPr="00B04DB1" w:rsidRDefault="00B04DB1" w:rsidP="00FA5778">
            <w:pPr>
              <w:spacing w:line="240" w:lineRule="auto"/>
              <w:jc w:val="center"/>
              <w:rPr>
                <w:rFonts w:ascii="Arial" w:hAnsi="Arial" w:cs="Arial"/>
              </w:rPr>
            </w:pPr>
            <w:r w:rsidRPr="00B04DB1">
              <w:rPr>
                <w:rFonts w:ascii="Arial" w:hAnsi="Arial" w:cs="Arial"/>
                <w:b/>
                <w:color w:val="FFFFFF"/>
              </w:rPr>
              <w:t>Certification</w:t>
            </w:r>
          </w:p>
        </w:tc>
        <w:tc>
          <w:tcPr>
            <w:tcW w:w="2260" w:type="dxa"/>
            <w:shd w:val="clear" w:color="auto" w:fill="2D2D84"/>
            <w:tcMar>
              <w:top w:w="90" w:type="dxa"/>
              <w:left w:w="110" w:type="dxa"/>
              <w:bottom w:w="90" w:type="dxa"/>
              <w:right w:w="110" w:type="dxa"/>
            </w:tcMar>
            <w:vAlign w:val="center"/>
          </w:tcPr>
          <w:p w14:paraId="1C15BB4D" w14:textId="77777777" w:rsidR="00B04DB1" w:rsidRPr="00B04DB1" w:rsidRDefault="00B04DB1" w:rsidP="00FA5778">
            <w:pPr>
              <w:spacing w:line="240" w:lineRule="auto"/>
              <w:jc w:val="center"/>
              <w:rPr>
                <w:rFonts w:ascii="Arial" w:hAnsi="Arial" w:cs="Arial"/>
              </w:rPr>
            </w:pPr>
            <w:r w:rsidRPr="00B04DB1">
              <w:rPr>
                <w:rFonts w:ascii="Arial" w:hAnsi="Arial" w:cs="Arial"/>
                <w:b/>
                <w:color w:val="FFFFFF"/>
              </w:rPr>
              <w:t>Confirm / explain in Appendix I</w:t>
            </w:r>
          </w:p>
        </w:tc>
      </w:tr>
      <w:tr w:rsidR="00B04DB1" w:rsidRPr="00B04DB1" w14:paraId="5C331988" w14:textId="77777777" w:rsidTr="00FA5778">
        <w:trPr>
          <w:jc w:val="center"/>
        </w:trPr>
        <w:tc>
          <w:tcPr>
            <w:tcW w:w="7100" w:type="dxa"/>
            <w:tcMar>
              <w:top w:w="90" w:type="dxa"/>
              <w:left w:w="110" w:type="dxa"/>
              <w:bottom w:w="90" w:type="dxa"/>
              <w:right w:w="110" w:type="dxa"/>
            </w:tcMar>
            <w:vAlign w:val="center"/>
          </w:tcPr>
          <w:p w14:paraId="28A32EC1" w14:textId="77777777" w:rsidR="00B04DB1" w:rsidRPr="00B04DB1" w:rsidRDefault="00B04DB1" w:rsidP="00FA5778">
            <w:pPr>
              <w:spacing w:line="240" w:lineRule="auto"/>
              <w:rPr>
                <w:rFonts w:ascii="Arial" w:hAnsi="Arial" w:cs="Arial"/>
              </w:rPr>
            </w:pPr>
            <w:r w:rsidRPr="00B04DB1">
              <w:rPr>
                <w:rFonts w:ascii="Arial" w:hAnsi="Arial" w:cs="Arial"/>
              </w:rPr>
              <w:t>No covered entity or principal is suspended, debarred, or proposed for debarment</w:t>
            </w:r>
          </w:p>
        </w:tc>
        <w:tc>
          <w:tcPr>
            <w:tcW w:w="2260" w:type="dxa"/>
            <w:tcMar>
              <w:top w:w="90" w:type="dxa"/>
              <w:left w:w="110" w:type="dxa"/>
              <w:bottom w:w="90" w:type="dxa"/>
              <w:right w:w="110" w:type="dxa"/>
            </w:tcMar>
            <w:vAlign w:val="center"/>
          </w:tcPr>
          <w:p w14:paraId="174564A7" w14:textId="77777777" w:rsidR="00B04DB1" w:rsidRPr="00B04DB1" w:rsidRDefault="00B04DB1" w:rsidP="00FA5778">
            <w:pPr>
              <w:spacing w:line="240" w:lineRule="auto"/>
              <w:rPr>
                <w:rFonts w:ascii="Arial" w:hAnsi="Arial" w:cs="Arial"/>
              </w:rPr>
            </w:pPr>
          </w:p>
        </w:tc>
      </w:tr>
      <w:tr w:rsidR="00B04DB1" w:rsidRPr="00B04DB1" w14:paraId="60080924" w14:textId="77777777" w:rsidTr="00FA5778">
        <w:trPr>
          <w:jc w:val="center"/>
        </w:trPr>
        <w:tc>
          <w:tcPr>
            <w:tcW w:w="7100" w:type="dxa"/>
            <w:shd w:val="clear" w:color="auto" w:fill="F8F9FB"/>
            <w:tcMar>
              <w:top w:w="90" w:type="dxa"/>
              <w:left w:w="110" w:type="dxa"/>
              <w:bottom w:w="90" w:type="dxa"/>
              <w:right w:w="110" w:type="dxa"/>
            </w:tcMar>
            <w:vAlign w:val="center"/>
          </w:tcPr>
          <w:p w14:paraId="2F675F75" w14:textId="77777777" w:rsidR="00B04DB1" w:rsidRPr="00B04DB1" w:rsidRDefault="00B04DB1" w:rsidP="00FA5778">
            <w:pPr>
              <w:spacing w:line="240" w:lineRule="auto"/>
              <w:rPr>
                <w:rFonts w:ascii="Arial" w:hAnsi="Arial" w:cs="Arial"/>
              </w:rPr>
            </w:pPr>
            <w:r w:rsidRPr="00B04DB1">
              <w:rPr>
                <w:rFonts w:ascii="Arial" w:hAnsi="Arial" w:cs="Arial"/>
              </w:rPr>
              <w:t>Lobbying certification and SF LLL, if applicable</w:t>
            </w:r>
          </w:p>
        </w:tc>
        <w:tc>
          <w:tcPr>
            <w:tcW w:w="2260" w:type="dxa"/>
            <w:shd w:val="clear" w:color="auto" w:fill="F8F9FB"/>
            <w:tcMar>
              <w:top w:w="90" w:type="dxa"/>
              <w:left w:w="110" w:type="dxa"/>
              <w:bottom w:w="90" w:type="dxa"/>
              <w:right w:w="110" w:type="dxa"/>
            </w:tcMar>
            <w:vAlign w:val="center"/>
          </w:tcPr>
          <w:p w14:paraId="2BC5D84F" w14:textId="77777777" w:rsidR="00B04DB1" w:rsidRPr="00B04DB1" w:rsidRDefault="00B04DB1" w:rsidP="00FA5778">
            <w:pPr>
              <w:spacing w:line="240" w:lineRule="auto"/>
              <w:rPr>
                <w:rFonts w:ascii="Arial" w:hAnsi="Arial" w:cs="Arial"/>
              </w:rPr>
            </w:pPr>
          </w:p>
        </w:tc>
      </w:tr>
      <w:tr w:rsidR="00B04DB1" w:rsidRPr="00B04DB1" w14:paraId="11D89157" w14:textId="77777777" w:rsidTr="00FA5778">
        <w:trPr>
          <w:jc w:val="center"/>
        </w:trPr>
        <w:tc>
          <w:tcPr>
            <w:tcW w:w="7100" w:type="dxa"/>
            <w:tcMar>
              <w:top w:w="90" w:type="dxa"/>
              <w:left w:w="110" w:type="dxa"/>
              <w:bottom w:w="90" w:type="dxa"/>
              <w:right w:w="110" w:type="dxa"/>
            </w:tcMar>
            <w:vAlign w:val="center"/>
          </w:tcPr>
          <w:p w14:paraId="2F539DFE" w14:textId="77777777" w:rsidR="00B04DB1" w:rsidRPr="00B04DB1" w:rsidRDefault="00B04DB1" w:rsidP="00FA5778">
            <w:pPr>
              <w:spacing w:line="240" w:lineRule="auto"/>
              <w:rPr>
                <w:rFonts w:ascii="Arial" w:hAnsi="Arial" w:cs="Arial"/>
              </w:rPr>
            </w:pPr>
            <w:r w:rsidRPr="00B04DB1">
              <w:rPr>
                <w:rFonts w:ascii="Arial" w:hAnsi="Arial" w:cs="Arial"/>
              </w:rPr>
              <w:t>Proposal pricing was developed independently and without collusion</w:t>
            </w:r>
          </w:p>
        </w:tc>
        <w:tc>
          <w:tcPr>
            <w:tcW w:w="2260" w:type="dxa"/>
            <w:tcMar>
              <w:top w:w="90" w:type="dxa"/>
              <w:left w:w="110" w:type="dxa"/>
              <w:bottom w:w="90" w:type="dxa"/>
              <w:right w:w="110" w:type="dxa"/>
            </w:tcMar>
            <w:vAlign w:val="center"/>
          </w:tcPr>
          <w:p w14:paraId="35E0F30A" w14:textId="77777777" w:rsidR="00B04DB1" w:rsidRPr="00B04DB1" w:rsidRDefault="00B04DB1" w:rsidP="00FA5778">
            <w:pPr>
              <w:spacing w:line="240" w:lineRule="auto"/>
              <w:rPr>
                <w:rFonts w:ascii="Arial" w:hAnsi="Arial" w:cs="Arial"/>
              </w:rPr>
            </w:pPr>
          </w:p>
        </w:tc>
      </w:tr>
      <w:tr w:rsidR="00B04DB1" w:rsidRPr="00B04DB1" w14:paraId="424A9D01" w14:textId="77777777" w:rsidTr="00FA5778">
        <w:trPr>
          <w:jc w:val="center"/>
        </w:trPr>
        <w:tc>
          <w:tcPr>
            <w:tcW w:w="7100" w:type="dxa"/>
            <w:shd w:val="clear" w:color="auto" w:fill="F8F9FB"/>
            <w:tcMar>
              <w:top w:w="90" w:type="dxa"/>
              <w:left w:w="110" w:type="dxa"/>
              <w:bottom w:w="90" w:type="dxa"/>
              <w:right w:w="110" w:type="dxa"/>
            </w:tcMar>
            <w:vAlign w:val="center"/>
          </w:tcPr>
          <w:p w14:paraId="3C4C6DC1" w14:textId="77777777" w:rsidR="00B04DB1" w:rsidRPr="00B04DB1" w:rsidRDefault="00B04DB1" w:rsidP="00FA5778">
            <w:pPr>
              <w:spacing w:line="240" w:lineRule="auto"/>
              <w:rPr>
                <w:rFonts w:ascii="Arial" w:hAnsi="Arial" w:cs="Arial"/>
              </w:rPr>
            </w:pPr>
            <w:r w:rsidRPr="00B04DB1">
              <w:rPr>
                <w:rFonts w:ascii="Arial" w:hAnsi="Arial" w:cs="Arial"/>
              </w:rPr>
              <w:t>All actual, potential, and apparent conflicts are disclosed</w:t>
            </w:r>
          </w:p>
        </w:tc>
        <w:tc>
          <w:tcPr>
            <w:tcW w:w="2260" w:type="dxa"/>
            <w:shd w:val="clear" w:color="auto" w:fill="F8F9FB"/>
            <w:tcMar>
              <w:top w:w="90" w:type="dxa"/>
              <w:left w:w="110" w:type="dxa"/>
              <w:bottom w:w="90" w:type="dxa"/>
              <w:right w:w="110" w:type="dxa"/>
            </w:tcMar>
            <w:vAlign w:val="center"/>
          </w:tcPr>
          <w:p w14:paraId="5B1B52F6" w14:textId="77777777" w:rsidR="00B04DB1" w:rsidRPr="00B04DB1" w:rsidRDefault="00B04DB1" w:rsidP="00FA5778">
            <w:pPr>
              <w:spacing w:line="240" w:lineRule="auto"/>
              <w:rPr>
                <w:rFonts w:ascii="Arial" w:hAnsi="Arial" w:cs="Arial"/>
              </w:rPr>
            </w:pPr>
          </w:p>
        </w:tc>
      </w:tr>
      <w:tr w:rsidR="00B04DB1" w:rsidRPr="00B04DB1" w14:paraId="18DA64DD" w14:textId="77777777" w:rsidTr="00FA5778">
        <w:trPr>
          <w:jc w:val="center"/>
        </w:trPr>
        <w:tc>
          <w:tcPr>
            <w:tcW w:w="7100" w:type="dxa"/>
            <w:tcMar>
              <w:top w:w="90" w:type="dxa"/>
              <w:left w:w="110" w:type="dxa"/>
              <w:bottom w:w="90" w:type="dxa"/>
              <w:right w:w="110" w:type="dxa"/>
            </w:tcMar>
            <w:vAlign w:val="center"/>
          </w:tcPr>
          <w:p w14:paraId="43760FF2" w14:textId="77777777" w:rsidR="00B04DB1" w:rsidRPr="00B04DB1" w:rsidRDefault="00B04DB1" w:rsidP="00FA5778">
            <w:pPr>
              <w:spacing w:line="240" w:lineRule="auto"/>
              <w:rPr>
                <w:rFonts w:ascii="Arial" w:hAnsi="Arial" w:cs="Arial"/>
              </w:rPr>
            </w:pPr>
            <w:r>
              <w:rPr>
                <w:rFonts w:ascii="Arial" w:hAnsi="Arial" w:cs="Arial"/>
              </w:rPr>
              <w:t>Signer has authority to bind the Bidder</w:t>
            </w:r>
          </w:p>
        </w:tc>
        <w:tc>
          <w:tcPr>
            <w:tcW w:w="2260" w:type="dxa"/>
            <w:tcMar>
              <w:top w:w="90" w:type="dxa"/>
              <w:left w:w="110" w:type="dxa"/>
              <w:bottom w:w="90" w:type="dxa"/>
              <w:right w:w="110" w:type="dxa"/>
            </w:tcMar>
            <w:vAlign w:val="center"/>
          </w:tcPr>
          <w:p w14:paraId="234E95ED" w14:textId="77777777" w:rsidR="00B04DB1" w:rsidRPr="00B04DB1" w:rsidRDefault="00B04DB1" w:rsidP="00FA5778">
            <w:pPr>
              <w:spacing w:line="240" w:lineRule="auto"/>
              <w:rPr>
                <w:rFonts w:ascii="Arial" w:hAnsi="Arial" w:cs="Arial"/>
              </w:rPr>
            </w:pPr>
          </w:p>
        </w:tc>
      </w:tr>
      <w:tr w:rsidR="00B04DB1" w:rsidRPr="00B04DB1" w14:paraId="69B02FB9" w14:textId="77777777" w:rsidTr="00FA5778">
        <w:trPr>
          <w:jc w:val="center"/>
        </w:trPr>
        <w:tc>
          <w:tcPr>
            <w:tcW w:w="7100" w:type="dxa"/>
            <w:shd w:val="clear" w:color="auto" w:fill="F8F9FB"/>
            <w:tcMar>
              <w:top w:w="90" w:type="dxa"/>
              <w:left w:w="110" w:type="dxa"/>
              <w:bottom w:w="90" w:type="dxa"/>
              <w:right w:w="110" w:type="dxa"/>
            </w:tcMar>
            <w:vAlign w:val="center"/>
          </w:tcPr>
          <w:p w14:paraId="0D5C3BDE" w14:textId="77777777" w:rsidR="00B04DB1" w:rsidRPr="00B04DB1" w:rsidRDefault="00B04DB1" w:rsidP="00FA5778">
            <w:pPr>
              <w:spacing w:line="240" w:lineRule="auto"/>
              <w:rPr>
                <w:rFonts w:ascii="Arial" w:hAnsi="Arial" w:cs="Arial"/>
              </w:rPr>
            </w:pPr>
            <w:r w:rsidRPr="00B04DB1">
              <w:rPr>
                <w:rFonts w:ascii="Arial" w:hAnsi="Arial" w:cs="Arial"/>
              </w:rPr>
              <w:t>Proposal information is accurate and material changes will be disclosed</w:t>
            </w:r>
          </w:p>
        </w:tc>
        <w:tc>
          <w:tcPr>
            <w:tcW w:w="2260" w:type="dxa"/>
            <w:shd w:val="clear" w:color="auto" w:fill="F8F9FB"/>
            <w:tcMar>
              <w:top w:w="90" w:type="dxa"/>
              <w:left w:w="110" w:type="dxa"/>
              <w:bottom w:w="90" w:type="dxa"/>
              <w:right w:w="110" w:type="dxa"/>
            </w:tcMar>
            <w:vAlign w:val="center"/>
          </w:tcPr>
          <w:p w14:paraId="2671755D" w14:textId="77777777" w:rsidR="00B04DB1" w:rsidRPr="00B04DB1" w:rsidRDefault="00B04DB1" w:rsidP="00FA5778">
            <w:pPr>
              <w:spacing w:line="240" w:lineRule="auto"/>
              <w:rPr>
                <w:rFonts w:ascii="Arial" w:hAnsi="Arial" w:cs="Arial"/>
              </w:rPr>
            </w:pPr>
          </w:p>
        </w:tc>
      </w:tr>
      <w:tr w:rsidR="00B04DB1" w:rsidRPr="00B04DB1" w14:paraId="02C737F0" w14:textId="77777777" w:rsidTr="00FA5778">
        <w:trPr>
          <w:jc w:val="center"/>
        </w:trPr>
        <w:tc>
          <w:tcPr>
            <w:tcW w:w="7100" w:type="dxa"/>
            <w:tcMar>
              <w:top w:w="90" w:type="dxa"/>
              <w:left w:w="110" w:type="dxa"/>
              <w:bottom w:w="90" w:type="dxa"/>
              <w:right w:w="110" w:type="dxa"/>
            </w:tcMar>
            <w:vAlign w:val="center"/>
          </w:tcPr>
          <w:p w14:paraId="2723BC3A" w14:textId="77777777" w:rsidR="00B04DB1" w:rsidRPr="00B04DB1" w:rsidRDefault="00B04DB1" w:rsidP="00FA5778">
            <w:pPr>
              <w:spacing w:line="240" w:lineRule="auto"/>
              <w:rPr>
                <w:rFonts w:ascii="Arial" w:hAnsi="Arial" w:cs="Arial"/>
              </w:rPr>
            </w:pPr>
            <w:r w:rsidRPr="00B04DB1">
              <w:rPr>
                <w:rFonts w:ascii="Arial" w:hAnsi="Arial" w:cs="Arial"/>
              </w:rPr>
              <w:t>SAM registration and UEI status, if required by USDA or counsel</w:t>
            </w:r>
          </w:p>
        </w:tc>
        <w:tc>
          <w:tcPr>
            <w:tcW w:w="2260" w:type="dxa"/>
            <w:tcMar>
              <w:top w:w="90" w:type="dxa"/>
              <w:left w:w="110" w:type="dxa"/>
              <w:bottom w:w="90" w:type="dxa"/>
              <w:right w:w="110" w:type="dxa"/>
            </w:tcMar>
            <w:vAlign w:val="center"/>
          </w:tcPr>
          <w:p w14:paraId="20F8C5C1" w14:textId="77777777" w:rsidR="00B04DB1" w:rsidRPr="00B04DB1" w:rsidRDefault="00B04DB1" w:rsidP="00FA5778">
            <w:pPr>
              <w:spacing w:line="240" w:lineRule="auto"/>
              <w:rPr>
                <w:rFonts w:ascii="Arial" w:hAnsi="Arial" w:cs="Arial"/>
              </w:rPr>
            </w:pPr>
          </w:p>
        </w:tc>
      </w:tr>
    </w:tbl>
    <w:p w14:paraId="2FB995DB" w14:textId="77777777" w:rsidR="00B04DB1" w:rsidRDefault="00B04DB1" w:rsidP="00B04DB1">
      <w:pPr>
        <w:spacing w:after="0"/>
      </w:pPr>
    </w:p>
    <w:p w14:paraId="7DB6B7B7" w14:textId="77777777" w:rsidR="00B04DB1" w:rsidRPr="00B04DB1" w:rsidRDefault="00B04DB1" w:rsidP="00B04DB1">
      <w:pPr>
        <w:pStyle w:val="Heading2"/>
        <w:spacing w:before="240" w:after="120"/>
        <w:rPr>
          <w:rFonts w:ascii="Arial" w:hAnsi="Arial" w:cs="Arial"/>
          <w:color w:val="78AA65"/>
          <w:sz w:val="28"/>
          <w:szCs w:val="28"/>
        </w:rPr>
      </w:pPr>
      <w:r w:rsidRPr="00B04DB1">
        <w:rPr>
          <w:rFonts w:ascii="Arial" w:hAnsi="Arial" w:cs="Arial"/>
          <w:color w:val="78AA65"/>
          <w:sz w:val="28"/>
          <w:szCs w:val="28"/>
        </w:rPr>
        <w:t>C.4 Good Faith Participation Plan</w:t>
      </w:r>
    </w:p>
    <w:p w14:paraId="65B2F16C" w14:textId="77777777" w:rsidR="00B04DB1" w:rsidRPr="00B04DB1" w:rsidRDefault="00B04DB1" w:rsidP="00B04DB1">
      <w:pPr>
        <w:rPr>
          <w:rFonts w:ascii="Arial" w:hAnsi="Arial" w:cs="Arial"/>
        </w:rPr>
      </w:pPr>
      <w:r>
        <w:rPr>
          <w:rFonts w:ascii="Arial" w:hAnsi="Arial" w:cs="Arial"/>
        </w:rPr>
        <w:t>Describe outreach and subcontracting practices for small, minority, women-owned, veteran-owned, and labor surplus area businesses. This plan is mandatory and unscored.</w:t>
      </w:r>
    </w:p>
    <w:tbl>
      <w:tblPr>
        <w:tblStyle w:val="TableGrid"/>
        <w:tblW w:w="9360" w:type="dxa"/>
        <w:jc w:val="center"/>
        <w:tblLayout w:type="fixed"/>
        <w:tblLook w:val="04A0" w:firstRow="1" w:lastRow="0" w:firstColumn="1" w:lastColumn="0" w:noHBand="0" w:noVBand="1"/>
      </w:tblPr>
      <w:tblGrid>
        <w:gridCol w:w="3000"/>
        <w:gridCol w:w="6360"/>
      </w:tblGrid>
      <w:tr w:rsidR="00B04DB1" w:rsidRPr="00B04DB1" w14:paraId="5BF09E44" w14:textId="77777777" w:rsidTr="00FA5778">
        <w:trPr>
          <w:tblHeader/>
          <w:jc w:val="center"/>
        </w:trPr>
        <w:tc>
          <w:tcPr>
            <w:tcW w:w="3000" w:type="dxa"/>
            <w:shd w:val="clear" w:color="auto" w:fill="2D2D84"/>
            <w:tcMar>
              <w:top w:w="90" w:type="dxa"/>
              <w:left w:w="110" w:type="dxa"/>
              <w:bottom w:w="90" w:type="dxa"/>
              <w:right w:w="110" w:type="dxa"/>
            </w:tcMar>
            <w:vAlign w:val="center"/>
          </w:tcPr>
          <w:p w14:paraId="1CE4A583" w14:textId="77777777" w:rsidR="00B04DB1" w:rsidRPr="00B04DB1" w:rsidRDefault="00B04DB1" w:rsidP="00FA5778">
            <w:pPr>
              <w:spacing w:line="240" w:lineRule="auto"/>
              <w:jc w:val="center"/>
              <w:rPr>
                <w:rFonts w:ascii="Arial" w:hAnsi="Arial" w:cs="Arial"/>
              </w:rPr>
            </w:pPr>
            <w:r w:rsidRPr="00B04DB1">
              <w:rPr>
                <w:rFonts w:ascii="Arial" w:hAnsi="Arial" w:cs="Arial"/>
                <w:b/>
                <w:color w:val="FFFFFF"/>
              </w:rPr>
              <w:t>Topic</w:t>
            </w:r>
          </w:p>
        </w:tc>
        <w:tc>
          <w:tcPr>
            <w:tcW w:w="6360" w:type="dxa"/>
            <w:shd w:val="clear" w:color="auto" w:fill="2D2D84"/>
            <w:tcMar>
              <w:top w:w="90" w:type="dxa"/>
              <w:left w:w="110" w:type="dxa"/>
              <w:bottom w:w="90" w:type="dxa"/>
              <w:right w:w="110" w:type="dxa"/>
            </w:tcMar>
            <w:vAlign w:val="center"/>
          </w:tcPr>
          <w:p w14:paraId="0AAE4DF0" w14:textId="77777777" w:rsidR="00B04DB1" w:rsidRPr="00B04DB1" w:rsidRDefault="00B04DB1" w:rsidP="00FA5778">
            <w:pPr>
              <w:spacing w:line="240" w:lineRule="auto"/>
              <w:jc w:val="center"/>
              <w:rPr>
                <w:rFonts w:ascii="Arial" w:hAnsi="Arial" w:cs="Arial"/>
              </w:rPr>
            </w:pPr>
            <w:r w:rsidRPr="00B04DB1">
              <w:rPr>
                <w:rFonts w:ascii="Arial" w:hAnsi="Arial" w:cs="Arial"/>
                <w:b/>
                <w:color w:val="FFFFFF"/>
              </w:rPr>
              <w:t>Response</w:t>
            </w:r>
          </w:p>
        </w:tc>
      </w:tr>
      <w:tr w:rsidR="00B04DB1" w:rsidRPr="00B04DB1" w14:paraId="1164AF53" w14:textId="77777777" w:rsidTr="00FA5778">
        <w:trPr>
          <w:jc w:val="center"/>
        </w:trPr>
        <w:tc>
          <w:tcPr>
            <w:tcW w:w="3000" w:type="dxa"/>
            <w:tcMar>
              <w:top w:w="90" w:type="dxa"/>
              <w:left w:w="110" w:type="dxa"/>
              <w:bottom w:w="90" w:type="dxa"/>
              <w:right w:w="110" w:type="dxa"/>
            </w:tcMar>
            <w:vAlign w:val="center"/>
          </w:tcPr>
          <w:p w14:paraId="38F48BBE" w14:textId="77777777" w:rsidR="00B04DB1" w:rsidRPr="00B04DB1" w:rsidRDefault="00B04DB1" w:rsidP="00FA5778">
            <w:pPr>
              <w:spacing w:line="240" w:lineRule="auto"/>
              <w:rPr>
                <w:rFonts w:ascii="Arial" w:hAnsi="Arial" w:cs="Arial"/>
              </w:rPr>
            </w:pPr>
            <w:r w:rsidRPr="00B04DB1">
              <w:rPr>
                <w:rFonts w:ascii="Arial" w:hAnsi="Arial" w:cs="Arial"/>
              </w:rPr>
              <w:t>Solicitation and outreach methods</w:t>
            </w:r>
          </w:p>
        </w:tc>
        <w:tc>
          <w:tcPr>
            <w:tcW w:w="6360" w:type="dxa"/>
            <w:tcMar>
              <w:top w:w="90" w:type="dxa"/>
              <w:left w:w="110" w:type="dxa"/>
              <w:bottom w:w="90" w:type="dxa"/>
              <w:right w:w="110" w:type="dxa"/>
            </w:tcMar>
            <w:vAlign w:val="center"/>
          </w:tcPr>
          <w:p w14:paraId="18A1C73A" w14:textId="77777777" w:rsidR="00B04DB1" w:rsidRPr="00B04DB1" w:rsidRDefault="00B04DB1" w:rsidP="00FA5778">
            <w:pPr>
              <w:spacing w:line="240" w:lineRule="auto"/>
              <w:rPr>
                <w:rFonts w:ascii="Arial" w:hAnsi="Arial" w:cs="Arial"/>
              </w:rPr>
            </w:pPr>
          </w:p>
        </w:tc>
      </w:tr>
      <w:tr w:rsidR="00B04DB1" w:rsidRPr="00B04DB1" w14:paraId="0CC918BB" w14:textId="77777777" w:rsidTr="00FA5778">
        <w:trPr>
          <w:jc w:val="center"/>
        </w:trPr>
        <w:tc>
          <w:tcPr>
            <w:tcW w:w="3000" w:type="dxa"/>
            <w:shd w:val="clear" w:color="auto" w:fill="F8F9FB"/>
            <w:tcMar>
              <w:top w:w="90" w:type="dxa"/>
              <w:left w:w="110" w:type="dxa"/>
              <w:bottom w:w="90" w:type="dxa"/>
              <w:right w:w="110" w:type="dxa"/>
            </w:tcMar>
            <w:vAlign w:val="center"/>
          </w:tcPr>
          <w:p w14:paraId="5EA6BFEB" w14:textId="77777777" w:rsidR="00B04DB1" w:rsidRPr="00B04DB1" w:rsidRDefault="00B04DB1" w:rsidP="00FA5778">
            <w:pPr>
              <w:spacing w:line="240" w:lineRule="auto"/>
              <w:rPr>
                <w:rFonts w:ascii="Arial" w:hAnsi="Arial" w:cs="Arial"/>
              </w:rPr>
            </w:pPr>
            <w:r w:rsidRPr="00B04DB1">
              <w:rPr>
                <w:rFonts w:ascii="Arial" w:hAnsi="Arial" w:cs="Arial"/>
              </w:rPr>
              <w:t>Potential subcontract opportunities</w:t>
            </w:r>
          </w:p>
        </w:tc>
        <w:tc>
          <w:tcPr>
            <w:tcW w:w="6360" w:type="dxa"/>
            <w:shd w:val="clear" w:color="auto" w:fill="F8F9FB"/>
            <w:tcMar>
              <w:top w:w="90" w:type="dxa"/>
              <w:left w:w="110" w:type="dxa"/>
              <w:bottom w:w="90" w:type="dxa"/>
              <w:right w:w="110" w:type="dxa"/>
            </w:tcMar>
            <w:vAlign w:val="center"/>
          </w:tcPr>
          <w:p w14:paraId="3E1D8020" w14:textId="77777777" w:rsidR="00B04DB1" w:rsidRPr="00B04DB1" w:rsidRDefault="00B04DB1" w:rsidP="00FA5778">
            <w:pPr>
              <w:spacing w:line="240" w:lineRule="auto"/>
              <w:rPr>
                <w:rFonts w:ascii="Arial" w:hAnsi="Arial" w:cs="Arial"/>
              </w:rPr>
            </w:pPr>
          </w:p>
        </w:tc>
      </w:tr>
      <w:tr w:rsidR="00B04DB1" w:rsidRPr="00B04DB1" w14:paraId="7FC7AC73" w14:textId="77777777" w:rsidTr="00FA5778">
        <w:trPr>
          <w:jc w:val="center"/>
        </w:trPr>
        <w:tc>
          <w:tcPr>
            <w:tcW w:w="3000" w:type="dxa"/>
            <w:tcMar>
              <w:top w:w="90" w:type="dxa"/>
              <w:left w:w="110" w:type="dxa"/>
              <w:bottom w:w="90" w:type="dxa"/>
              <w:right w:w="110" w:type="dxa"/>
            </w:tcMar>
            <w:vAlign w:val="center"/>
          </w:tcPr>
          <w:p w14:paraId="19C66DE4" w14:textId="77777777" w:rsidR="00B04DB1" w:rsidRPr="00B04DB1" w:rsidRDefault="00B04DB1" w:rsidP="00FA5778">
            <w:pPr>
              <w:spacing w:line="240" w:lineRule="auto"/>
              <w:rPr>
                <w:rFonts w:ascii="Arial" w:hAnsi="Arial" w:cs="Arial"/>
              </w:rPr>
            </w:pPr>
            <w:r w:rsidRPr="00B04DB1">
              <w:rPr>
                <w:rFonts w:ascii="Arial" w:hAnsi="Arial" w:cs="Arial"/>
              </w:rPr>
              <w:t>Organizations or directories used</w:t>
            </w:r>
          </w:p>
        </w:tc>
        <w:tc>
          <w:tcPr>
            <w:tcW w:w="6360" w:type="dxa"/>
            <w:tcMar>
              <w:top w:w="90" w:type="dxa"/>
              <w:left w:w="110" w:type="dxa"/>
              <w:bottom w:w="90" w:type="dxa"/>
              <w:right w:w="110" w:type="dxa"/>
            </w:tcMar>
            <w:vAlign w:val="center"/>
          </w:tcPr>
          <w:p w14:paraId="6C7280E4" w14:textId="77777777" w:rsidR="00B04DB1" w:rsidRPr="00B04DB1" w:rsidRDefault="00B04DB1" w:rsidP="00FA5778">
            <w:pPr>
              <w:spacing w:line="240" w:lineRule="auto"/>
              <w:rPr>
                <w:rFonts w:ascii="Arial" w:hAnsi="Arial" w:cs="Arial"/>
              </w:rPr>
            </w:pPr>
          </w:p>
        </w:tc>
      </w:tr>
      <w:tr w:rsidR="00B04DB1" w:rsidRPr="00B04DB1" w14:paraId="45837A43" w14:textId="77777777" w:rsidTr="00FA5778">
        <w:trPr>
          <w:jc w:val="center"/>
        </w:trPr>
        <w:tc>
          <w:tcPr>
            <w:tcW w:w="3000" w:type="dxa"/>
            <w:shd w:val="clear" w:color="auto" w:fill="F8F9FB"/>
            <w:tcMar>
              <w:top w:w="90" w:type="dxa"/>
              <w:left w:w="110" w:type="dxa"/>
              <w:bottom w:w="90" w:type="dxa"/>
              <w:right w:w="110" w:type="dxa"/>
            </w:tcMar>
            <w:vAlign w:val="center"/>
          </w:tcPr>
          <w:p w14:paraId="2A2FC146" w14:textId="77777777" w:rsidR="00B04DB1" w:rsidRPr="00B04DB1" w:rsidRDefault="00B04DB1" w:rsidP="00FA5778">
            <w:pPr>
              <w:spacing w:line="240" w:lineRule="auto"/>
              <w:rPr>
                <w:rFonts w:ascii="Arial" w:hAnsi="Arial" w:cs="Arial"/>
              </w:rPr>
            </w:pPr>
            <w:r>
              <w:rPr>
                <w:rFonts w:ascii="Arial" w:hAnsi="Arial" w:cs="Arial"/>
              </w:rPr>
              <w:t>Flow-down and reporting method</w:t>
            </w:r>
          </w:p>
        </w:tc>
        <w:tc>
          <w:tcPr>
            <w:tcW w:w="6360" w:type="dxa"/>
            <w:shd w:val="clear" w:color="auto" w:fill="F8F9FB"/>
            <w:tcMar>
              <w:top w:w="90" w:type="dxa"/>
              <w:left w:w="110" w:type="dxa"/>
              <w:bottom w:w="90" w:type="dxa"/>
              <w:right w:w="110" w:type="dxa"/>
            </w:tcMar>
            <w:vAlign w:val="center"/>
          </w:tcPr>
          <w:p w14:paraId="051659E6" w14:textId="77777777" w:rsidR="00B04DB1" w:rsidRPr="00B04DB1" w:rsidRDefault="00B04DB1" w:rsidP="00FA5778">
            <w:pPr>
              <w:spacing w:line="240" w:lineRule="auto"/>
              <w:rPr>
                <w:rFonts w:ascii="Arial" w:hAnsi="Arial" w:cs="Arial"/>
              </w:rPr>
            </w:pPr>
          </w:p>
        </w:tc>
      </w:tr>
    </w:tbl>
    <w:p w14:paraId="5FF62E89" w14:textId="77777777" w:rsidR="00B04DB1" w:rsidRDefault="00B04DB1" w:rsidP="00B04DB1">
      <w:pPr>
        <w:spacing w:after="0"/>
      </w:pPr>
    </w:p>
    <w:p w14:paraId="02642194" w14:textId="77777777" w:rsidR="00B04DB1" w:rsidRDefault="00B04DB1">
      <w:pPr>
        <w:spacing w:line="278" w:lineRule="auto"/>
        <w:rPr>
          <w:rFonts w:ascii="Calibri" w:eastAsiaTheme="majorEastAsia" w:hAnsi="Calibri" w:cstheme="majorBidi"/>
          <w:b/>
          <w:color w:val="000000" w:themeColor="text1"/>
          <w:sz w:val="32"/>
          <w:szCs w:val="40"/>
        </w:rPr>
      </w:pPr>
      <w:r>
        <w:br w:type="page"/>
      </w:r>
    </w:p>
    <w:p w14:paraId="5668DC24" w14:textId="77777777" w:rsidR="00B04DB1" w:rsidRPr="00AF6819" w:rsidRDefault="00B04DB1" w:rsidP="00AF6819">
      <w:pPr>
        <w:pStyle w:val="Heading1"/>
        <w:spacing w:after="120"/>
        <w:rPr>
          <w:rFonts w:ascii="Arial" w:hAnsi="Arial" w:cs="Arial"/>
          <w:caps/>
        </w:rPr>
      </w:pPr>
      <w:r w:rsidRPr="00AF6819">
        <w:rPr>
          <w:rFonts w:ascii="Arial" w:hAnsi="Arial" w:cs="Arial"/>
          <w:caps/>
        </w:rPr>
        <w:lastRenderedPageBreak/>
        <w:t>Appendix E. Technical Response</w:t>
      </w:r>
    </w:p>
    <w:p w14:paraId="0FD245D2" w14:textId="77777777" w:rsidR="00B04DB1" w:rsidRPr="00AF6819" w:rsidRDefault="00B04DB1" w:rsidP="00B04DB1">
      <w:pPr>
        <w:rPr>
          <w:rFonts w:ascii="Arial" w:hAnsi="Arial" w:cs="Arial"/>
        </w:rPr>
      </w:pPr>
      <w:r w:rsidRPr="00AF6819">
        <w:rPr>
          <w:rFonts w:ascii="Arial" w:hAnsi="Arial" w:cs="Arial"/>
        </w:rPr>
        <w:t>Complete for the compliant Category A base proposal. Attach major cutsheets and the required 8 MW and 20 MW layouts.</w:t>
      </w:r>
    </w:p>
    <w:p w14:paraId="10CD539F"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E.1 Product and Architecture</w:t>
      </w:r>
    </w:p>
    <w:tbl>
      <w:tblPr>
        <w:tblStyle w:val="TableGrid"/>
        <w:tblW w:w="9360" w:type="dxa"/>
        <w:jc w:val="center"/>
        <w:tblLayout w:type="fixed"/>
        <w:tblLook w:val="04A0" w:firstRow="1" w:lastRow="0" w:firstColumn="1" w:lastColumn="0" w:noHBand="0" w:noVBand="1"/>
      </w:tblPr>
      <w:tblGrid>
        <w:gridCol w:w="3900"/>
        <w:gridCol w:w="5460"/>
      </w:tblGrid>
      <w:tr w:rsidR="00B04DB1" w:rsidRPr="00AF6819" w14:paraId="35201946" w14:textId="77777777" w:rsidTr="00FA5778">
        <w:trPr>
          <w:tblHeader/>
          <w:jc w:val="center"/>
        </w:trPr>
        <w:tc>
          <w:tcPr>
            <w:tcW w:w="3900" w:type="dxa"/>
            <w:shd w:val="clear" w:color="auto" w:fill="2D2D84"/>
            <w:tcMar>
              <w:top w:w="90" w:type="dxa"/>
              <w:left w:w="110" w:type="dxa"/>
              <w:bottom w:w="90" w:type="dxa"/>
              <w:right w:w="110" w:type="dxa"/>
            </w:tcMar>
            <w:vAlign w:val="center"/>
          </w:tcPr>
          <w:p w14:paraId="300DB56F"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5460" w:type="dxa"/>
            <w:shd w:val="clear" w:color="auto" w:fill="2D2D84"/>
            <w:tcMar>
              <w:top w:w="90" w:type="dxa"/>
              <w:left w:w="110" w:type="dxa"/>
              <w:bottom w:w="90" w:type="dxa"/>
              <w:right w:w="110" w:type="dxa"/>
            </w:tcMar>
            <w:vAlign w:val="center"/>
          </w:tcPr>
          <w:p w14:paraId="18F61F6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w:t>
            </w:r>
          </w:p>
        </w:tc>
      </w:tr>
      <w:tr w:rsidR="00B04DB1" w:rsidRPr="00AF6819" w14:paraId="76CA267E" w14:textId="77777777" w:rsidTr="00FA5778">
        <w:trPr>
          <w:jc w:val="center"/>
        </w:trPr>
        <w:tc>
          <w:tcPr>
            <w:tcW w:w="3900" w:type="dxa"/>
            <w:tcMar>
              <w:top w:w="90" w:type="dxa"/>
              <w:left w:w="110" w:type="dxa"/>
              <w:bottom w:w="90" w:type="dxa"/>
              <w:right w:w="110" w:type="dxa"/>
            </w:tcMar>
            <w:vAlign w:val="center"/>
          </w:tcPr>
          <w:p w14:paraId="2B765E42" w14:textId="77777777" w:rsidR="00B04DB1" w:rsidRPr="00AF6819" w:rsidRDefault="00B04DB1" w:rsidP="00FA5778">
            <w:pPr>
              <w:spacing w:line="240" w:lineRule="auto"/>
              <w:rPr>
                <w:rFonts w:ascii="Arial" w:hAnsi="Arial" w:cs="Arial"/>
              </w:rPr>
            </w:pPr>
            <w:r w:rsidRPr="00AF6819">
              <w:rPr>
                <w:rFonts w:ascii="Arial" w:hAnsi="Arial" w:cs="Arial"/>
              </w:rPr>
              <w:t>Product and model</w:t>
            </w:r>
          </w:p>
        </w:tc>
        <w:tc>
          <w:tcPr>
            <w:tcW w:w="5460" w:type="dxa"/>
            <w:tcMar>
              <w:top w:w="90" w:type="dxa"/>
              <w:left w:w="110" w:type="dxa"/>
              <w:bottom w:w="90" w:type="dxa"/>
              <w:right w:w="110" w:type="dxa"/>
            </w:tcMar>
            <w:vAlign w:val="center"/>
          </w:tcPr>
          <w:p w14:paraId="770ADCEB" w14:textId="77777777" w:rsidR="00B04DB1" w:rsidRPr="00AF6819" w:rsidRDefault="00B04DB1" w:rsidP="00FA5778">
            <w:pPr>
              <w:spacing w:line="240" w:lineRule="auto"/>
              <w:rPr>
                <w:rFonts w:ascii="Arial" w:hAnsi="Arial" w:cs="Arial"/>
              </w:rPr>
            </w:pPr>
          </w:p>
        </w:tc>
      </w:tr>
      <w:tr w:rsidR="00B04DB1" w:rsidRPr="00AF6819" w14:paraId="2743B108" w14:textId="77777777" w:rsidTr="00FA5778">
        <w:trPr>
          <w:jc w:val="center"/>
        </w:trPr>
        <w:tc>
          <w:tcPr>
            <w:tcW w:w="3900" w:type="dxa"/>
            <w:shd w:val="clear" w:color="auto" w:fill="F8F9FB"/>
            <w:tcMar>
              <w:top w:w="90" w:type="dxa"/>
              <w:left w:w="110" w:type="dxa"/>
              <w:bottom w:w="90" w:type="dxa"/>
              <w:right w:w="110" w:type="dxa"/>
            </w:tcMar>
            <w:vAlign w:val="center"/>
          </w:tcPr>
          <w:p w14:paraId="4433AB2E" w14:textId="77777777" w:rsidR="00B04DB1" w:rsidRPr="00AF6819" w:rsidRDefault="00B04DB1" w:rsidP="00FA5778">
            <w:pPr>
              <w:spacing w:line="240" w:lineRule="auto"/>
              <w:rPr>
                <w:rFonts w:ascii="Arial" w:hAnsi="Arial" w:cs="Arial"/>
              </w:rPr>
            </w:pPr>
            <w:r w:rsidRPr="00AF6819">
              <w:rPr>
                <w:rFonts w:ascii="Arial" w:hAnsi="Arial" w:cs="Arial"/>
              </w:rPr>
              <w:t>Battery chemistry</w:t>
            </w:r>
          </w:p>
        </w:tc>
        <w:tc>
          <w:tcPr>
            <w:tcW w:w="5460" w:type="dxa"/>
            <w:shd w:val="clear" w:color="auto" w:fill="F8F9FB"/>
            <w:tcMar>
              <w:top w:w="90" w:type="dxa"/>
              <w:left w:w="110" w:type="dxa"/>
              <w:bottom w:w="90" w:type="dxa"/>
              <w:right w:w="110" w:type="dxa"/>
            </w:tcMar>
            <w:vAlign w:val="center"/>
          </w:tcPr>
          <w:p w14:paraId="0D3AE3D9" w14:textId="77777777" w:rsidR="00B04DB1" w:rsidRPr="00AF6819" w:rsidRDefault="00B04DB1" w:rsidP="00FA5778">
            <w:pPr>
              <w:spacing w:line="240" w:lineRule="auto"/>
              <w:rPr>
                <w:rFonts w:ascii="Arial" w:hAnsi="Arial" w:cs="Arial"/>
              </w:rPr>
            </w:pPr>
          </w:p>
        </w:tc>
      </w:tr>
      <w:tr w:rsidR="00B04DB1" w:rsidRPr="00AF6819" w14:paraId="796D94CE" w14:textId="77777777" w:rsidTr="00FA5778">
        <w:trPr>
          <w:jc w:val="center"/>
        </w:trPr>
        <w:tc>
          <w:tcPr>
            <w:tcW w:w="3900" w:type="dxa"/>
            <w:tcMar>
              <w:top w:w="90" w:type="dxa"/>
              <w:left w:w="110" w:type="dxa"/>
              <w:bottom w:w="90" w:type="dxa"/>
              <w:right w:w="110" w:type="dxa"/>
            </w:tcMar>
            <w:vAlign w:val="center"/>
          </w:tcPr>
          <w:p w14:paraId="6AEB5865" w14:textId="77777777" w:rsidR="00B04DB1" w:rsidRPr="00AF6819" w:rsidRDefault="00B04DB1" w:rsidP="00FA5778">
            <w:pPr>
              <w:spacing w:line="240" w:lineRule="auto"/>
              <w:rPr>
                <w:rFonts w:ascii="Arial" w:hAnsi="Arial" w:cs="Arial"/>
              </w:rPr>
            </w:pPr>
            <w:r w:rsidRPr="00AF6819">
              <w:rPr>
                <w:rFonts w:ascii="Arial" w:hAnsi="Arial" w:cs="Arial"/>
              </w:rPr>
              <w:t>Cell and module</w:t>
            </w:r>
          </w:p>
        </w:tc>
        <w:tc>
          <w:tcPr>
            <w:tcW w:w="5460" w:type="dxa"/>
            <w:tcMar>
              <w:top w:w="90" w:type="dxa"/>
              <w:left w:w="110" w:type="dxa"/>
              <w:bottom w:w="90" w:type="dxa"/>
              <w:right w:w="110" w:type="dxa"/>
            </w:tcMar>
            <w:vAlign w:val="center"/>
          </w:tcPr>
          <w:p w14:paraId="61AB0862" w14:textId="77777777" w:rsidR="00B04DB1" w:rsidRPr="00AF6819" w:rsidRDefault="00B04DB1" w:rsidP="00FA5778">
            <w:pPr>
              <w:spacing w:line="240" w:lineRule="auto"/>
              <w:rPr>
                <w:rFonts w:ascii="Arial" w:hAnsi="Arial" w:cs="Arial"/>
              </w:rPr>
            </w:pPr>
          </w:p>
        </w:tc>
      </w:tr>
      <w:tr w:rsidR="00B04DB1" w:rsidRPr="00AF6819" w14:paraId="16CD5A55" w14:textId="77777777" w:rsidTr="00FA5778">
        <w:trPr>
          <w:jc w:val="center"/>
        </w:trPr>
        <w:tc>
          <w:tcPr>
            <w:tcW w:w="3900" w:type="dxa"/>
            <w:shd w:val="clear" w:color="auto" w:fill="F8F9FB"/>
            <w:tcMar>
              <w:top w:w="90" w:type="dxa"/>
              <w:left w:w="110" w:type="dxa"/>
              <w:bottom w:w="90" w:type="dxa"/>
              <w:right w:w="110" w:type="dxa"/>
            </w:tcMar>
            <w:vAlign w:val="center"/>
          </w:tcPr>
          <w:p w14:paraId="7BF290AD" w14:textId="77777777" w:rsidR="00B04DB1" w:rsidRPr="00AF6819" w:rsidRDefault="00B04DB1" w:rsidP="00FA5778">
            <w:pPr>
              <w:spacing w:line="240" w:lineRule="auto"/>
              <w:rPr>
                <w:rFonts w:ascii="Arial" w:hAnsi="Arial" w:cs="Arial"/>
              </w:rPr>
            </w:pPr>
            <w:r w:rsidRPr="00AF6819">
              <w:rPr>
                <w:rFonts w:ascii="Arial" w:hAnsi="Arial" w:cs="Arial"/>
              </w:rPr>
              <w:t>PCS and inverter</w:t>
            </w:r>
          </w:p>
        </w:tc>
        <w:tc>
          <w:tcPr>
            <w:tcW w:w="5460" w:type="dxa"/>
            <w:shd w:val="clear" w:color="auto" w:fill="F8F9FB"/>
            <w:tcMar>
              <w:top w:w="90" w:type="dxa"/>
              <w:left w:w="110" w:type="dxa"/>
              <w:bottom w:w="90" w:type="dxa"/>
              <w:right w:w="110" w:type="dxa"/>
            </w:tcMar>
            <w:vAlign w:val="center"/>
          </w:tcPr>
          <w:p w14:paraId="23A54824" w14:textId="77777777" w:rsidR="00B04DB1" w:rsidRPr="00AF6819" w:rsidRDefault="00B04DB1" w:rsidP="00FA5778">
            <w:pPr>
              <w:spacing w:line="240" w:lineRule="auto"/>
              <w:rPr>
                <w:rFonts w:ascii="Arial" w:hAnsi="Arial" w:cs="Arial"/>
              </w:rPr>
            </w:pPr>
          </w:p>
        </w:tc>
      </w:tr>
      <w:tr w:rsidR="00B04DB1" w:rsidRPr="00AF6819" w14:paraId="6E34341F" w14:textId="77777777" w:rsidTr="00FA5778">
        <w:trPr>
          <w:jc w:val="center"/>
        </w:trPr>
        <w:tc>
          <w:tcPr>
            <w:tcW w:w="3900" w:type="dxa"/>
            <w:tcMar>
              <w:top w:w="90" w:type="dxa"/>
              <w:left w:w="110" w:type="dxa"/>
              <w:bottom w:w="90" w:type="dxa"/>
              <w:right w:w="110" w:type="dxa"/>
            </w:tcMar>
            <w:vAlign w:val="center"/>
          </w:tcPr>
          <w:p w14:paraId="5F0F2CC5" w14:textId="77777777" w:rsidR="00B04DB1" w:rsidRPr="00AF6819" w:rsidRDefault="00B04DB1" w:rsidP="00FA5778">
            <w:pPr>
              <w:spacing w:line="240" w:lineRule="auto"/>
              <w:rPr>
                <w:rFonts w:ascii="Arial" w:hAnsi="Arial" w:cs="Arial"/>
              </w:rPr>
            </w:pPr>
            <w:r w:rsidRPr="00AF6819">
              <w:rPr>
                <w:rFonts w:ascii="Arial" w:hAnsi="Arial" w:cs="Arial"/>
              </w:rPr>
              <w:t>BMS and EMS</w:t>
            </w:r>
          </w:p>
        </w:tc>
        <w:tc>
          <w:tcPr>
            <w:tcW w:w="5460" w:type="dxa"/>
            <w:tcMar>
              <w:top w:w="90" w:type="dxa"/>
              <w:left w:w="110" w:type="dxa"/>
              <w:bottom w:w="90" w:type="dxa"/>
              <w:right w:w="110" w:type="dxa"/>
            </w:tcMar>
            <w:vAlign w:val="center"/>
          </w:tcPr>
          <w:p w14:paraId="64355CC1" w14:textId="77777777" w:rsidR="00B04DB1" w:rsidRPr="00AF6819" w:rsidRDefault="00B04DB1" w:rsidP="00FA5778">
            <w:pPr>
              <w:spacing w:line="240" w:lineRule="auto"/>
              <w:rPr>
                <w:rFonts w:ascii="Arial" w:hAnsi="Arial" w:cs="Arial"/>
              </w:rPr>
            </w:pPr>
          </w:p>
        </w:tc>
      </w:tr>
      <w:tr w:rsidR="00B04DB1" w:rsidRPr="00AF6819" w14:paraId="3FFCCB1E" w14:textId="77777777" w:rsidTr="00FA5778">
        <w:trPr>
          <w:jc w:val="center"/>
        </w:trPr>
        <w:tc>
          <w:tcPr>
            <w:tcW w:w="3900" w:type="dxa"/>
            <w:shd w:val="clear" w:color="auto" w:fill="F8F9FB"/>
            <w:tcMar>
              <w:top w:w="90" w:type="dxa"/>
              <w:left w:w="110" w:type="dxa"/>
              <w:bottom w:w="90" w:type="dxa"/>
              <w:right w:w="110" w:type="dxa"/>
            </w:tcMar>
            <w:vAlign w:val="center"/>
          </w:tcPr>
          <w:p w14:paraId="63C08B8F" w14:textId="77777777" w:rsidR="00B04DB1" w:rsidRPr="00AF6819" w:rsidRDefault="00B04DB1" w:rsidP="00FA5778">
            <w:pPr>
              <w:spacing w:line="240" w:lineRule="auto"/>
              <w:rPr>
                <w:rFonts w:ascii="Arial" w:hAnsi="Arial" w:cs="Arial"/>
              </w:rPr>
            </w:pPr>
            <w:r w:rsidRPr="00AF6819">
              <w:rPr>
                <w:rFonts w:ascii="Arial" w:hAnsi="Arial" w:cs="Arial"/>
              </w:rPr>
              <w:t>Integrated MV transformer and switchgear</w:t>
            </w:r>
          </w:p>
        </w:tc>
        <w:tc>
          <w:tcPr>
            <w:tcW w:w="5460" w:type="dxa"/>
            <w:shd w:val="clear" w:color="auto" w:fill="F8F9FB"/>
            <w:tcMar>
              <w:top w:w="90" w:type="dxa"/>
              <w:left w:w="110" w:type="dxa"/>
              <w:bottom w:w="90" w:type="dxa"/>
              <w:right w:w="110" w:type="dxa"/>
            </w:tcMar>
            <w:vAlign w:val="center"/>
          </w:tcPr>
          <w:p w14:paraId="6CB6E85B" w14:textId="77777777" w:rsidR="00B04DB1" w:rsidRPr="00AF6819" w:rsidRDefault="00B04DB1" w:rsidP="00FA5778">
            <w:pPr>
              <w:spacing w:line="240" w:lineRule="auto"/>
              <w:rPr>
                <w:rFonts w:ascii="Arial" w:hAnsi="Arial" w:cs="Arial"/>
              </w:rPr>
            </w:pPr>
          </w:p>
        </w:tc>
      </w:tr>
      <w:tr w:rsidR="00B04DB1" w:rsidRPr="00AF6819" w14:paraId="0FCD98B5" w14:textId="77777777" w:rsidTr="00FA5778">
        <w:trPr>
          <w:jc w:val="center"/>
        </w:trPr>
        <w:tc>
          <w:tcPr>
            <w:tcW w:w="3900" w:type="dxa"/>
            <w:tcMar>
              <w:top w:w="90" w:type="dxa"/>
              <w:left w:w="110" w:type="dxa"/>
              <w:bottom w:w="90" w:type="dxa"/>
              <w:right w:w="110" w:type="dxa"/>
            </w:tcMar>
            <w:vAlign w:val="center"/>
          </w:tcPr>
          <w:p w14:paraId="600912A4" w14:textId="77777777" w:rsidR="00B04DB1" w:rsidRPr="00AF6819" w:rsidRDefault="00B04DB1" w:rsidP="00FA5778">
            <w:pPr>
              <w:spacing w:line="240" w:lineRule="auto"/>
              <w:rPr>
                <w:rFonts w:ascii="Arial" w:hAnsi="Arial" w:cs="Arial"/>
              </w:rPr>
            </w:pPr>
            <w:r w:rsidRPr="00AF6819">
              <w:rPr>
                <w:rFonts w:ascii="Arial" w:hAnsi="Arial" w:cs="Arial"/>
              </w:rPr>
              <w:t>System architecture and unit count</w:t>
            </w:r>
          </w:p>
        </w:tc>
        <w:tc>
          <w:tcPr>
            <w:tcW w:w="5460" w:type="dxa"/>
            <w:tcMar>
              <w:top w:w="90" w:type="dxa"/>
              <w:left w:w="110" w:type="dxa"/>
              <w:bottom w:w="90" w:type="dxa"/>
              <w:right w:w="110" w:type="dxa"/>
            </w:tcMar>
            <w:vAlign w:val="center"/>
          </w:tcPr>
          <w:p w14:paraId="571D0820" w14:textId="77777777" w:rsidR="00B04DB1" w:rsidRPr="00AF6819" w:rsidRDefault="00B04DB1" w:rsidP="00FA5778">
            <w:pPr>
              <w:spacing w:line="240" w:lineRule="auto"/>
              <w:rPr>
                <w:rFonts w:ascii="Arial" w:hAnsi="Arial" w:cs="Arial"/>
              </w:rPr>
            </w:pPr>
          </w:p>
        </w:tc>
      </w:tr>
      <w:tr w:rsidR="00B04DB1" w:rsidRPr="00AF6819" w14:paraId="5781F557" w14:textId="77777777" w:rsidTr="00FA5778">
        <w:trPr>
          <w:jc w:val="center"/>
        </w:trPr>
        <w:tc>
          <w:tcPr>
            <w:tcW w:w="3900" w:type="dxa"/>
            <w:shd w:val="clear" w:color="auto" w:fill="F8F9FB"/>
            <w:tcMar>
              <w:top w:w="90" w:type="dxa"/>
              <w:left w:w="110" w:type="dxa"/>
              <w:bottom w:w="90" w:type="dxa"/>
              <w:right w:w="110" w:type="dxa"/>
            </w:tcMar>
            <w:vAlign w:val="center"/>
          </w:tcPr>
          <w:p w14:paraId="5D680C81" w14:textId="77777777" w:rsidR="00B04DB1" w:rsidRPr="00AF6819" w:rsidRDefault="00B04DB1" w:rsidP="00FA5778">
            <w:pPr>
              <w:spacing w:line="240" w:lineRule="auto"/>
              <w:rPr>
                <w:rFonts w:ascii="Arial" w:hAnsi="Arial" w:cs="Arial"/>
              </w:rPr>
            </w:pPr>
            <w:r>
              <w:rPr>
                <w:rFonts w:ascii="Arial" w:hAnsi="Arial" w:cs="Arial"/>
              </w:rPr>
              <w:t>Proposed low-side voltage</w:t>
            </w:r>
          </w:p>
        </w:tc>
        <w:tc>
          <w:tcPr>
            <w:tcW w:w="5460" w:type="dxa"/>
            <w:shd w:val="clear" w:color="auto" w:fill="F8F9FB"/>
            <w:tcMar>
              <w:top w:w="90" w:type="dxa"/>
              <w:left w:w="110" w:type="dxa"/>
              <w:bottom w:w="90" w:type="dxa"/>
              <w:right w:w="110" w:type="dxa"/>
            </w:tcMar>
            <w:vAlign w:val="center"/>
          </w:tcPr>
          <w:p w14:paraId="7BB485E7" w14:textId="77777777" w:rsidR="00B04DB1" w:rsidRPr="00AF6819" w:rsidRDefault="00B04DB1" w:rsidP="00FA5778">
            <w:pPr>
              <w:spacing w:line="240" w:lineRule="auto"/>
              <w:rPr>
                <w:rFonts w:ascii="Arial" w:hAnsi="Arial" w:cs="Arial"/>
              </w:rPr>
            </w:pPr>
          </w:p>
        </w:tc>
      </w:tr>
      <w:tr w:rsidR="00B04DB1" w:rsidRPr="00AF6819" w14:paraId="075EF3D2" w14:textId="77777777" w:rsidTr="00FA5778">
        <w:trPr>
          <w:jc w:val="center"/>
        </w:trPr>
        <w:tc>
          <w:tcPr>
            <w:tcW w:w="3900" w:type="dxa"/>
            <w:tcMar>
              <w:top w:w="90" w:type="dxa"/>
              <w:left w:w="110" w:type="dxa"/>
              <w:bottom w:w="90" w:type="dxa"/>
              <w:right w:w="110" w:type="dxa"/>
            </w:tcMar>
            <w:vAlign w:val="center"/>
          </w:tcPr>
          <w:p w14:paraId="2FADDF5A" w14:textId="77777777" w:rsidR="00B04DB1" w:rsidRPr="00AF6819" w:rsidRDefault="00B04DB1" w:rsidP="00FA5778">
            <w:pPr>
              <w:spacing w:line="240" w:lineRule="auto"/>
              <w:rPr>
                <w:rFonts w:ascii="Arial" w:hAnsi="Arial" w:cs="Arial"/>
              </w:rPr>
            </w:pPr>
            <w:r w:rsidRPr="00AF6819">
              <w:rPr>
                <w:rFonts w:ascii="Arial" w:hAnsi="Arial" w:cs="Arial"/>
              </w:rPr>
              <w:t>Manufacturing locations</w:t>
            </w:r>
          </w:p>
        </w:tc>
        <w:tc>
          <w:tcPr>
            <w:tcW w:w="5460" w:type="dxa"/>
            <w:tcMar>
              <w:top w:w="90" w:type="dxa"/>
              <w:left w:w="110" w:type="dxa"/>
              <w:bottom w:w="90" w:type="dxa"/>
              <w:right w:w="110" w:type="dxa"/>
            </w:tcMar>
            <w:vAlign w:val="center"/>
          </w:tcPr>
          <w:p w14:paraId="3C5E43E1" w14:textId="77777777" w:rsidR="00B04DB1" w:rsidRPr="00AF6819" w:rsidRDefault="00B04DB1" w:rsidP="00FA5778">
            <w:pPr>
              <w:spacing w:line="240" w:lineRule="auto"/>
              <w:rPr>
                <w:rFonts w:ascii="Arial" w:hAnsi="Arial" w:cs="Arial"/>
              </w:rPr>
            </w:pPr>
          </w:p>
        </w:tc>
      </w:tr>
    </w:tbl>
    <w:p w14:paraId="60BC7409" w14:textId="77777777" w:rsidR="00B04DB1" w:rsidRDefault="00B04DB1" w:rsidP="00B04DB1">
      <w:pPr>
        <w:spacing w:after="0"/>
      </w:pPr>
    </w:p>
    <w:p w14:paraId="38BC78AD" w14:textId="77777777" w:rsidR="00B04DB1" w:rsidRPr="00AF6819" w:rsidRDefault="00B04DB1" w:rsidP="00AF6819">
      <w:pPr>
        <w:pStyle w:val="Heading2"/>
        <w:spacing w:before="240" w:after="120"/>
        <w:rPr>
          <w:rFonts w:ascii="Arial" w:hAnsi="Arial" w:cs="Arial"/>
          <w:color w:val="78AA65"/>
          <w:sz w:val="28"/>
          <w:szCs w:val="28"/>
        </w:rPr>
      </w:pPr>
      <w:r>
        <w:rPr>
          <w:rFonts w:ascii="Arial" w:hAnsi="Arial" w:cs="Arial"/>
          <w:color w:val="78AA65"/>
          <w:sz w:val="28"/>
          <w:szCs w:val="28"/>
        </w:rPr>
        <w:t>E.2 Net Performance at Transformer High-Side</w:t>
      </w:r>
    </w:p>
    <w:tbl>
      <w:tblPr>
        <w:tblStyle w:val="TableGrid"/>
        <w:tblW w:w="9360" w:type="dxa"/>
        <w:jc w:val="center"/>
        <w:tblLayout w:type="fixed"/>
        <w:tblLook w:val="04A0" w:firstRow="1" w:lastRow="0" w:firstColumn="1" w:lastColumn="0" w:noHBand="0" w:noVBand="1"/>
      </w:tblPr>
      <w:tblGrid>
        <w:gridCol w:w="3500"/>
        <w:gridCol w:w="1900"/>
        <w:gridCol w:w="3960"/>
      </w:tblGrid>
      <w:tr w:rsidR="00B04DB1" w:rsidRPr="00AF6819" w14:paraId="641C95DE" w14:textId="77777777" w:rsidTr="00FA5778">
        <w:trPr>
          <w:tblHeader/>
          <w:jc w:val="center"/>
        </w:trPr>
        <w:tc>
          <w:tcPr>
            <w:tcW w:w="3500" w:type="dxa"/>
            <w:shd w:val="clear" w:color="auto" w:fill="2D2D84"/>
            <w:tcMar>
              <w:top w:w="90" w:type="dxa"/>
              <w:left w:w="110" w:type="dxa"/>
              <w:bottom w:w="90" w:type="dxa"/>
              <w:right w:w="110" w:type="dxa"/>
            </w:tcMar>
            <w:vAlign w:val="center"/>
          </w:tcPr>
          <w:p w14:paraId="316E64E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Parameter</w:t>
            </w:r>
          </w:p>
        </w:tc>
        <w:tc>
          <w:tcPr>
            <w:tcW w:w="1900" w:type="dxa"/>
            <w:shd w:val="clear" w:color="auto" w:fill="2D2D84"/>
            <w:tcMar>
              <w:top w:w="90" w:type="dxa"/>
              <w:left w:w="110" w:type="dxa"/>
              <w:bottom w:w="90" w:type="dxa"/>
              <w:right w:w="110" w:type="dxa"/>
            </w:tcMar>
            <w:vAlign w:val="center"/>
          </w:tcPr>
          <w:p w14:paraId="7321ECDF"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Guaranteed value</w:t>
            </w:r>
          </w:p>
        </w:tc>
        <w:tc>
          <w:tcPr>
            <w:tcW w:w="3960" w:type="dxa"/>
            <w:shd w:val="clear" w:color="auto" w:fill="2D2D84"/>
            <w:tcMar>
              <w:top w:w="90" w:type="dxa"/>
              <w:left w:w="110" w:type="dxa"/>
              <w:bottom w:w="90" w:type="dxa"/>
              <w:right w:w="110" w:type="dxa"/>
            </w:tcMar>
            <w:vAlign w:val="center"/>
          </w:tcPr>
          <w:p w14:paraId="778929FC"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Conditions / attachment</w:t>
            </w:r>
          </w:p>
        </w:tc>
      </w:tr>
      <w:tr w:rsidR="00B04DB1" w:rsidRPr="00AF6819" w14:paraId="5897A2AA" w14:textId="77777777" w:rsidTr="00FA5778">
        <w:trPr>
          <w:jc w:val="center"/>
        </w:trPr>
        <w:tc>
          <w:tcPr>
            <w:tcW w:w="3500" w:type="dxa"/>
            <w:tcMar>
              <w:top w:w="90" w:type="dxa"/>
              <w:left w:w="110" w:type="dxa"/>
              <w:bottom w:w="90" w:type="dxa"/>
              <w:right w:w="110" w:type="dxa"/>
            </w:tcMar>
            <w:vAlign w:val="center"/>
          </w:tcPr>
          <w:p w14:paraId="37AE4016" w14:textId="77777777" w:rsidR="00B04DB1" w:rsidRPr="00AF6819" w:rsidRDefault="00B04DB1" w:rsidP="00FA5778">
            <w:pPr>
              <w:spacing w:line="240" w:lineRule="auto"/>
              <w:rPr>
                <w:rFonts w:ascii="Arial" w:hAnsi="Arial" w:cs="Arial"/>
              </w:rPr>
            </w:pPr>
            <w:r>
              <w:rPr>
                <w:rFonts w:ascii="Arial" w:hAnsi="Arial" w:cs="Arial"/>
              </w:rPr>
              <w:t>Guaranteed COD AC power at transformer high-side</w:t>
            </w:r>
          </w:p>
        </w:tc>
        <w:tc>
          <w:tcPr>
            <w:tcW w:w="1900" w:type="dxa"/>
            <w:tcMar>
              <w:top w:w="90" w:type="dxa"/>
              <w:left w:w="110" w:type="dxa"/>
              <w:bottom w:w="90" w:type="dxa"/>
              <w:right w:w="110" w:type="dxa"/>
            </w:tcMar>
            <w:vAlign w:val="center"/>
          </w:tcPr>
          <w:p w14:paraId="32DD6F0C"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73F9FE24" w14:textId="77777777" w:rsidR="00B04DB1" w:rsidRPr="00AF6819" w:rsidRDefault="00B04DB1" w:rsidP="00FA5778">
            <w:pPr>
              <w:spacing w:line="240" w:lineRule="auto"/>
              <w:rPr>
                <w:rFonts w:ascii="Arial" w:hAnsi="Arial" w:cs="Arial"/>
              </w:rPr>
            </w:pPr>
          </w:p>
        </w:tc>
      </w:tr>
      <w:tr w:rsidR="00B04DB1" w:rsidRPr="00AF6819" w14:paraId="4CD05D0B" w14:textId="77777777" w:rsidTr="00FA5778">
        <w:trPr>
          <w:jc w:val="center"/>
        </w:trPr>
        <w:tc>
          <w:tcPr>
            <w:tcW w:w="3500" w:type="dxa"/>
            <w:shd w:val="clear" w:color="auto" w:fill="F8F9FB"/>
            <w:tcMar>
              <w:top w:w="90" w:type="dxa"/>
              <w:left w:w="110" w:type="dxa"/>
              <w:bottom w:w="90" w:type="dxa"/>
              <w:right w:w="110" w:type="dxa"/>
            </w:tcMar>
            <w:vAlign w:val="center"/>
          </w:tcPr>
          <w:p w14:paraId="4C4829B3" w14:textId="77777777" w:rsidR="00B04DB1" w:rsidRPr="00AF6819" w:rsidRDefault="00B04DB1" w:rsidP="00FA5778">
            <w:pPr>
              <w:spacing w:line="240" w:lineRule="auto"/>
              <w:rPr>
                <w:rFonts w:ascii="Arial" w:hAnsi="Arial" w:cs="Arial"/>
              </w:rPr>
            </w:pPr>
            <w:r>
              <w:rPr>
                <w:rFonts w:ascii="Arial" w:hAnsi="Arial" w:cs="Arial"/>
              </w:rPr>
              <w:t>Guaranteed COD usable energy at transformer high-side</w:t>
            </w:r>
          </w:p>
        </w:tc>
        <w:tc>
          <w:tcPr>
            <w:tcW w:w="1900" w:type="dxa"/>
            <w:shd w:val="clear" w:color="auto" w:fill="F8F9FB"/>
            <w:tcMar>
              <w:top w:w="90" w:type="dxa"/>
              <w:left w:w="110" w:type="dxa"/>
              <w:bottom w:w="90" w:type="dxa"/>
              <w:right w:w="110" w:type="dxa"/>
            </w:tcMar>
            <w:vAlign w:val="center"/>
          </w:tcPr>
          <w:p w14:paraId="07749EFC" w14:textId="77777777" w:rsidR="00B04DB1" w:rsidRPr="00AF6819" w:rsidRDefault="00B04DB1" w:rsidP="00FA5778">
            <w:pPr>
              <w:spacing w:line="240" w:lineRule="auto"/>
              <w:rPr>
                <w:rFonts w:ascii="Arial" w:hAnsi="Arial" w:cs="Arial"/>
              </w:rPr>
            </w:pPr>
          </w:p>
        </w:tc>
        <w:tc>
          <w:tcPr>
            <w:tcW w:w="3960" w:type="dxa"/>
            <w:shd w:val="clear" w:color="auto" w:fill="F8F9FB"/>
            <w:tcMar>
              <w:top w:w="90" w:type="dxa"/>
              <w:left w:w="110" w:type="dxa"/>
              <w:bottom w:w="90" w:type="dxa"/>
              <w:right w:w="110" w:type="dxa"/>
            </w:tcMar>
            <w:vAlign w:val="center"/>
          </w:tcPr>
          <w:p w14:paraId="2003CCB1" w14:textId="77777777" w:rsidR="00B04DB1" w:rsidRPr="00AF6819" w:rsidRDefault="00B04DB1" w:rsidP="00FA5778">
            <w:pPr>
              <w:spacing w:line="240" w:lineRule="auto"/>
              <w:rPr>
                <w:rFonts w:ascii="Arial" w:hAnsi="Arial" w:cs="Arial"/>
              </w:rPr>
            </w:pPr>
          </w:p>
        </w:tc>
      </w:tr>
      <w:tr w:rsidR="00B04DB1" w:rsidRPr="00AF6819" w14:paraId="7044C1B2" w14:textId="77777777" w:rsidTr="00FA5778">
        <w:trPr>
          <w:jc w:val="center"/>
        </w:trPr>
        <w:tc>
          <w:tcPr>
            <w:tcW w:w="3500" w:type="dxa"/>
            <w:tcMar>
              <w:top w:w="90" w:type="dxa"/>
              <w:left w:w="110" w:type="dxa"/>
              <w:bottom w:w="90" w:type="dxa"/>
              <w:right w:w="110" w:type="dxa"/>
            </w:tcMar>
            <w:vAlign w:val="center"/>
          </w:tcPr>
          <w:p w14:paraId="708E586B" w14:textId="77777777" w:rsidR="00B04DB1" w:rsidRPr="00AF6819" w:rsidRDefault="00B04DB1" w:rsidP="00FA5778">
            <w:pPr>
              <w:spacing w:line="240" w:lineRule="auto"/>
              <w:rPr>
                <w:rFonts w:ascii="Arial" w:hAnsi="Arial" w:cs="Arial"/>
              </w:rPr>
            </w:pPr>
            <w:r>
              <w:rPr>
                <w:rFonts w:ascii="Arial" w:hAnsi="Arial" w:cs="Arial"/>
              </w:rPr>
              <w:t>AC-to-AC round trip efficiency</w:t>
            </w:r>
          </w:p>
        </w:tc>
        <w:tc>
          <w:tcPr>
            <w:tcW w:w="1900" w:type="dxa"/>
            <w:tcMar>
              <w:top w:w="90" w:type="dxa"/>
              <w:left w:w="110" w:type="dxa"/>
              <w:bottom w:w="90" w:type="dxa"/>
              <w:right w:w="110" w:type="dxa"/>
            </w:tcMar>
            <w:vAlign w:val="center"/>
          </w:tcPr>
          <w:p w14:paraId="1FE2F084"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6031C44E" w14:textId="77777777" w:rsidR="00B04DB1" w:rsidRPr="00AF6819" w:rsidRDefault="00B04DB1" w:rsidP="00FA5778">
            <w:pPr>
              <w:spacing w:line="240" w:lineRule="auto"/>
              <w:rPr>
                <w:rFonts w:ascii="Arial" w:hAnsi="Arial" w:cs="Arial"/>
              </w:rPr>
            </w:pPr>
          </w:p>
        </w:tc>
      </w:tr>
      <w:tr w:rsidR="00B04DB1" w:rsidRPr="00AF6819" w14:paraId="2AE5A0AC" w14:textId="77777777" w:rsidTr="00FA5778">
        <w:trPr>
          <w:jc w:val="center"/>
        </w:trPr>
        <w:tc>
          <w:tcPr>
            <w:tcW w:w="3500" w:type="dxa"/>
            <w:shd w:val="clear" w:color="auto" w:fill="F8F9FB"/>
            <w:tcMar>
              <w:top w:w="90" w:type="dxa"/>
              <w:left w:w="110" w:type="dxa"/>
              <w:bottom w:w="90" w:type="dxa"/>
              <w:right w:w="110" w:type="dxa"/>
            </w:tcMar>
            <w:vAlign w:val="center"/>
          </w:tcPr>
          <w:p w14:paraId="18C7AFF2" w14:textId="77777777" w:rsidR="00B04DB1" w:rsidRPr="00AF6819" w:rsidRDefault="00B04DB1" w:rsidP="00FA5778">
            <w:pPr>
              <w:spacing w:line="240" w:lineRule="auto"/>
              <w:rPr>
                <w:rFonts w:ascii="Arial" w:hAnsi="Arial" w:cs="Arial"/>
              </w:rPr>
            </w:pPr>
            <w:r w:rsidRPr="00AF6819">
              <w:rPr>
                <w:rFonts w:ascii="Arial" w:hAnsi="Arial" w:cs="Arial"/>
              </w:rPr>
              <w:t>Auxiliary load</w:t>
            </w:r>
          </w:p>
        </w:tc>
        <w:tc>
          <w:tcPr>
            <w:tcW w:w="1900" w:type="dxa"/>
            <w:shd w:val="clear" w:color="auto" w:fill="F8F9FB"/>
            <w:tcMar>
              <w:top w:w="90" w:type="dxa"/>
              <w:left w:w="110" w:type="dxa"/>
              <w:bottom w:w="90" w:type="dxa"/>
              <w:right w:w="110" w:type="dxa"/>
            </w:tcMar>
            <w:vAlign w:val="center"/>
          </w:tcPr>
          <w:p w14:paraId="3FB58824" w14:textId="77777777" w:rsidR="00B04DB1" w:rsidRPr="00AF6819" w:rsidRDefault="00B04DB1" w:rsidP="00FA5778">
            <w:pPr>
              <w:spacing w:line="240" w:lineRule="auto"/>
              <w:rPr>
                <w:rFonts w:ascii="Arial" w:hAnsi="Arial" w:cs="Arial"/>
              </w:rPr>
            </w:pPr>
          </w:p>
        </w:tc>
        <w:tc>
          <w:tcPr>
            <w:tcW w:w="3960" w:type="dxa"/>
            <w:shd w:val="clear" w:color="auto" w:fill="F8F9FB"/>
            <w:tcMar>
              <w:top w:w="90" w:type="dxa"/>
              <w:left w:w="110" w:type="dxa"/>
              <w:bottom w:w="90" w:type="dxa"/>
              <w:right w:w="110" w:type="dxa"/>
            </w:tcMar>
            <w:vAlign w:val="center"/>
          </w:tcPr>
          <w:p w14:paraId="3234B3E2" w14:textId="77777777" w:rsidR="00B04DB1" w:rsidRPr="00AF6819" w:rsidRDefault="00B04DB1" w:rsidP="00FA5778">
            <w:pPr>
              <w:spacing w:line="240" w:lineRule="auto"/>
              <w:rPr>
                <w:rFonts w:ascii="Arial" w:hAnsi="Arial" w:cs="Arial"/>
              </w:rPr>
            </w:pPr>
          </w:p>
        </w:tc>
      </w:tr>
      <w:tr w:rsidR="00B04DB1" w:rsidRPr="00AF6819" w14:paraId="0E844761" w14:textId="77777777" w:rsidTr="00FA5778">
        <w:trPr>
          <w:jc w:val="center"/>
        </w:trPr>
        <w:tc>
          <w:tcPr>
            <w:tcW w:w="3500" w:type="dxa"/>
            <w:tcMar>
              <w:top w:w="90" w:type="dxa"/>
              <w:left w:w="110" w:type="dxa"/>
              <w:bottom w:w="90" w:type="dxa"/>
              <w:right w:w="110" w:type="dxa"/>
            </w:tcMar>
            <w:vAlign w:val="center"/>
          </w:tcPr>
          <w:p w14:paraId="4651A978" w14:textId="77777777" w:rsidR="00B04DB1" w:rsidRPr="00AF6819" w:rsidRDefault="00B04DB1" w:rsidP="00FA5778">
            <w:pPr>
              <w:spacing w:line="240" w:lineRule="auto"/>
              <w:rPr>
                <w:rFonts w:ascii="Arial" w:hAnsi="Arial" w:cs="Arial"/>
              </w:rPr>
            </w:pPr>
            <w:r w:rsidRPr="00AF6819">
              <w:rPr>
                <w:rFonts w:ascii="Arial" w:hAnsi="Arial" w:cs="Arial"/>
              </w:rPr>
              <w:t>Transformer loss</w:t>
            </w:r>
          </w:p>
        </w:tc>
        <w:tc>
          <w:tcPr>
            <w:tcW w:w="1900" w:type="dxa"/>
            <w:tcMar>
              <w:top w:w="90" w:type="dxa"/>
              <w:left w:w="110" w:type="dxa"/>
              <w:bottom w:w="90" w:type="dxa"/>
              <w:right w:w="110" w:type="dxa"/>
            </w:tcMar>
            <w:vAlign w:val="center"/>
          </w:tcPr>
          <w:p w14:paraId="45DF4945"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220AAC64" w14:textId="77777777" w:rsidR="00B04DB1" w:rsidRPr="00AF6819" w:rsidRDefault="00B04DB1" w:rsidP="00FA5778">
            <w:pPr>
              <w:spacing w:line="240" w:lineRule="auto"/>
              <w:rPr>
                <w:rFonts w:ascii="Arial" w:hAnsi="Arial" w:cs="Arial"/>
              </w:rPr>
            </w:pPr>
          </w:p>
        </w:tc>
      </w:tr>
      <w:tr w:rsidR="00B04DB1" w:rsidRPr="00AF6819" w14:paraId="5FD18BAB" w14:textId="77777777" w:rsidTr="00FA5778">
        <w:trPr>
          <w:jc w:val="center"/>
        </w:trPr>
        <w:tc>
          <w:tcPr>
            <w:tcW w:w="3500" w:type="dxa"/>
            <w:shd w:val="clear" w:color="auto" w:fill="F8F9FB"/>
            <w:tcMar>
              <w:top w:w="90" w:type="dxa"/>
              <w:left w:w="110" w:type="dxa"/>
              <w:bottom w:w="90" w:type="dxa"/>
              <w:right w:w="110" w:type="dxa"/>
            </w:tcMar>
            <w:vAlign w:val="center"/>
          </w:tcPr>
          <w:p w14:paraId="03B31FEB" w14:textId="77777777" w:rsidR="00B04DB1" w:rsidRPr="00AF6819" w:rsidRDefault="00B04DB1" w:rsidP="00FA5778">
            <w:pPr>
              <w:spacing w:line="240" w:lineRule="auto"/>
              <w:rPr>
                <w:rFonts w:ascii="Arial" w:hAnsi="Arial" w:cs="Arial"/>
              </w:rPr>
            </w:pPr>
            <w:r w:rsidRPr="00AF6819">
              <w:rPr>
                <w:rFonts w:ascii="Arial" w:hAnsi="Arial" w:cs="Arial"/>
              </w:rPr>
              <w:t>Gross DC capacity</w:t>
            </w:r>
          </w:p>
        </w:tc>
        <w:tc>
          <w:tcPr>
            <w:tcW w:w="1900" w:type="dxa"/>
            <w:shd w:val="clear" w:color="auto" w:fill="F8F9FB"/>
            <w:tcMar>
              <w:top w:w="90" w:type="dxa"/>
              <w:left w:w="110" w:type="dxa"/>
              <w:bottom w:w="90" w:type="dxa"/>
              <w:right w:w="110" w:type="dxa"/>
            </w:tcMar>
            <w:vAlign w:val="center"/>
          </w:tcPr>
          <w:p w14:paraId="09DC3F62" w14:textId="77777777" w:rsidR="00B04DB1" w:rsidRPr="00AF6819" w:rsidRDefault="00B04DB1" w:rsidP="00FA5778">
            <w:pPr>
              <w:spacing w:line="240" w:lineRule="auto"/>
              <w:rPr>
                <w:rFonts w:ascii="Arial" w:hAnsi="Arial" w:cs="Arial"/>
              </w:rPr>
            </w:pPr>
          </w:p>
        </w:tc>
        <w:tc>
          <w:tcPr>
            <w:tcW w:w="3960" w:type="dxa"/>
            <w:shd w:val="clear" w:color="auto" w:fill="F8F9FB"/>
            <w:tcMar>
              <w:top w:w="90" w:type="dxa"/>
              <w:left w:w="110" w:type="dxa"/>
              <w:bottom w:w="90" w:type="dxa"/>
              <w:right w:w="110" w:type="dxa"/>
            </w:tcMar>
            <w:vAlign w:val="center"/>
          </w:tcPr>
          <w:p w14:paraId="6178513D" w14:textId="77777777" w:rsidR="00B04DB1" w:rsidRPr="00AF6819" w:rsidRDefault="00B04DB1" w:rsidP="00FA5778">
            <w:pPr>
              <w:spacing w:line="240" w:lineRule="auto"/>
              <w:rPr>
                <w:rFonts w:ascii="Arial" w:hAnsi="Arial" w:cs="Arial"/>
              </w:rPr>
            </w:pPr>
          </w:p>
        </w:tc>
      </w:tr>
      <w:tr w:rsidR="00B04DB1" w:rsidRPr="00AF6819" w14:paraId="46487694" w14:textId="77777777" w:rsidTr="00FA5778">
        <w:trPr>
          <w:jc w:val="center"/>
        </w:trPr>
        <w:tc>
          <w:tcPr>
            <w:tcW w:w="3500" w:type="dxa"/>
            <w:tcMar>
              <w:top w:w="90" w:type="dxa"/>
              <w:left w:w="110" w:type="dxa"/>
              <w:bottom w:w="90" w:type="dxa"/>
              <w:right w:w="110" w:type="dxa"/>
            </w:tcMar>
            <w:vAlign w:val="center"/>
          </w:tcPr>
          <w:p w14:paraId="04E7F84A" w14:textId="77777777" w:rsidR="00B04DB1" w:rsidRPr="00AF6819" w:rsidRDefault="00B04DB1" w:rsidP="00FA5778">
            <w:pPr>
              <w:spacing w:line="240" w:lineRule="auto"/>
              <w:rPr>
                <w:rFonts w:ascii="Arial" w:hAnsi="Arial" w:cs="Arial"/>
              </w:rPr>
            </w:pPr>
            <w:r w:rsidRPr="00AF6819">
              <w:rPr>
                <w:rFonts w:ascii="Arial" w:hAnsi="Arial" w:cs="Arial"/>
              </w:rPr>
              <w:t>DC to AC ratio</w:t>
            </w:r>
          </w:p>
        </w:tc>
        <w:tc>
          <w:tcPr>
            <w:tcW w:w="1900" w:type="dxa"/>
            <w:tcMar>
              <w:top w:w="90" w:type="dxa"/>
              <w:left w:w="110" w:type="dxa"/>
              <w:bottom w:w="90" w:type="dxa"/>
              <w:right w:w="110" w:type="dxa"/>
            </w:tcMar>
            <w:vAlign w:val="center"/>
          </w:tcPr>
          <w:p w14:paraId="522CE834"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1FD4EB02" w14:textId="77777777" w:rsidR="00B04DB1" w:rsidRPr="00AF6819" w:rsidRDefault="00B04DB1" w:rsidP="00FA5778">
            <w:pPr>
              <w:spacing w:line="240" w:lineRule="auto"/>
              <w:rPr>
                <w:rFonts w:ascii="Arial" w:hAnsi="Arial" w:cs="Arial"/>
              </w:rPr>
            </w:pPr>
          </w:p>
        </w:tc>
      </w:tr>
      <w:tr w:rsidR="00B04DB1" w:rsidRPr="00AF6819" w14:paraId="143E6F48" w14:textId="77777777" w:rsidTr="00FA5778">
        <w:trPr>
          <w:jc w:val="center"/>
        </w:trPr>
        <w:tc>
          <w:tcPr>
            <w:tcW w:w="3500" w:type="dxa"/>
            <w:shd w:val="clear" w:color="auto" w:fill="F8F9FB"/>
            <w:tcMar>
              <w:top w:w="90" w:type="dxa"/>
              <w:left w:w="110" w:type="dxa"/>
              <w:bottom w:w="90" w:type="dxa"/>
              <w:right w:w="110" w:type="dxa"/>
            </w:tcMar>
            <w:vAlign w:val="center"/>
          </w:tcPr>
          <w:p w14:paraId="64F9F736" w14:textId="77777777" w:rsidR="00B04DB1" w:rsidRPr="00AF6819" w:rsidRDefault="00B04DB1" w:rsidP="00FA5778">
            <w:pPr>
              <w:spacing w:line="240" w:lineRule="auto"/>
              <w:rPr>
                <w:rFonts w:ascii="Arial" w:hAnsi="Arial" w:cs="Arial"/>
              </w:rPr>
            </w:pPr>
            <w:r w:rsidRPr="00AF6819">
              <w:rPr>
                <w:rFonts w:ascii="Arial" w:hAnsi="Arial" w:cs="Arial"/>
              </w:rPr>
              <w:t>Year 20 net usable energy</w:t>
            </w:r>
          </w:p>
        </w:tc>
        <w:tc>
          <w:tcPr>
            <w:tcW w:w="1900" w:type="dxa"/>
            <w:shd w:val="clear" w:color="auto" w:fill="F8F9FB"/>
            <w:tcMar>
              <w:top w:w="90" w:type="dxa"/>
              <w:left w:w="110" w:type="dxa"/>
              <w:bottom w:w="90" w:type="dxa"/>
              <w:right w:w="110" w:type="dxa"/>
            </w:tcMar>
            <w:vAlign w:val="center"/>
          </w:tcPr>
          <w:p w14:paraId="648DBE96" w14:textId="77777777" w:rsidR="00B04DB1" w:rsidRPr="00AF6819" w:rsidRDefault="00B04DB1" w:rsidP="00FA5778">
            <w:pPr>
              <w:spacing w:line="240" w:lineRule="auto"/>
              <w:rPr>
                <w:rFonts w:ascii="Arial" w:hAnsi="Arial" w:cs="Arial"/>
              </w:rPr>
            </w:pPr>
          </w:p>
        </w:tc>
        <w:tc>
          <w:tcPr>
            <w:tcW w:w="3960" w:type="dxa"/>
            <w:shd w:val="clear" w:color="auto" w:fill="F8F9FB"/>
            <w:tcMar>
              <w:top w:w="90" w:type="dxa"/>
              <w:left w:w="110" w:type="dxa"/>
              <w:bottom w:w="90" w:type="dxa"/>
              <w:right w:w="110" w:type="dxa"/>
            </w:tcMar>
            <w:vAlign w:val="center"/>
          </w:tcPr>
          <w:p w14:paraId="2CD576E1" w14:textId="77777777" w:rsidR="00B04DB1" w:rsidRPr="00AF6819" w:rsidRDefault="00B04DB1" w:rsidP="00FA5778">
            <w:pPr>
              <w:spacing w:line="240" w:lineRule="auto"/>
              <w:rPr>
                <w:rFonts w:ascii="Arial" w:hAnsi="Arial" w:cs="Arial"/>
              </w:rPr>
            </w:pPr>
          </w:p>
        </w:tc>
      </w:tr>
      <w:tr w:rsidR="00B04DB1" w:rsidRPr="00AF6819" w14:paraId="482E950D" w14:textId="77777777" w:rsidTr="00FA5778">
        <w:trPr>
          <w:jc w:val="center"/>
        </w:trPr>
        <w:tc>
          <w:tcPr>
            <w:tcW w:w="3500" w:type="dxa"/>
            <w:tcMar>
              <w:top w:w="90" w:type="dxa"/>
              <w:left w:w="110" w:type="dxa"/>
              <w:bottom w:w="90" w:type="dxa"/>
              <w:right w:w="110" w:type="dxa"/>
            </w:tcMar>
            <w:vAlign w:val="center"/>
          </w:tcPr>
          <w:p w14:paraId="3A3FD2F5" w14:textId="77777777" w:rsidR="00B04DB1" w:rsidRPr="00AF6819" w:rsidRDefault="00B04DB1" w:rsidP="00FA5778">
            <w:pPr>
              <w:spacing w:line="240" w:lineRule="auto"/>
              <w:rPr>
                <w:rFonts w:ascii="Arial" w:hAnsi="Arial" w:cs="Arial"/>
              </w:rPr>
            </w:pPr>
            <w:r w:rsidRPr="00AF6819">
              <w:rPr>
                <w:rFonts w:ascii="Arial" w:hAnsi="Arial" w:cs="Arial"/>
              </w:rPr>
              <w:t>Availability</w:t>
            </w:r>
          </w:p>
        </w:tc>
        <w:tc>
          <w:tcPr>
            <w:tcW w:w="1900" w:type="dxa"/>
            <w:tcMar>
              <w:top w:w="90" w:type="dxa"/>
              <w:left w:w="110" w:type="dxa"/>
              <w:bottom w:w="90" w:type="dxa"/>
              <w:right w:w="110" w:type="dxa"/>
            </w:tcMar>
            <w:vAlign w:val="center"/>
          </w:tcPr>
          <w:p w14:paraId="3D8CC484"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5C5BC8AE" w14:textId="77777777" w:rsidR="00B04DB1" w:rsidRPr="00AF6819" w:rsidRDefault="00B04DB1" w:rsidP="00FA5778">
            <w:pPr>
              <w:spacing w:line="240" w:lineRule="auto"/>
              <w:rPr>
                <w:rFonts w:ascii="Arial" w:hAnsi="Arial" w:cs="Arial"/>
              </w:rPr>
            </w:pPr>
          </w:p>
        </w:tc>
      </w:tr>
      <w:tr w:rsidR="00B04DB1" w:rsidRPr="00AF6819" w14:paraId="2C743950" w14:textId="77777777" w:rsidTr="00FA5778">
        <w:trPr>
          <w:jc w:val="center"/>
        </w:trPr>
        <w:tc>
          <w:tcPr>
            <w:tcW w:w="3500" w:type="dxa"/>
            <w:tcMar>
              <w:top w:w="90" w:type="dxa"/>
              <w:left w:w="110" w:type="dxa"/>
              <w:bottom w:w="90" w:type="dxa"/>
              <w:right w:w="110" w:type="dxa"/>
            </w:tcMar>
            <w:vAlign w:val="center"/>
          </w:tcPr>
          <w:p w14:paraId="3E18E565" w14:textId="77777777" w:rsidR="00B04DB1" w:rsidRPr="00AF6819" w:rsidRDefault="00B04DB1" w:rsidP="00FA5778">
            <w:pPr>
              <w:spacing w:line="240" w:lineRule="auto"/>
              <w:rPr>
                <w:rFonts w:ascii="Arial" w:hAnsi="Arial" w:cs="Arial"/>
              </w:rPr>
            </w:pPr>
            <w:r w:rsidRPr="00AF6819">
              <w:rPr>
                <w:rFonts w:ascii="Arial" w:hAnsi="Arial" w:cs="Arial"/>
              </w:rPr>
              <w:lastRenderedPageBreak/>
              <w:t>COD acceptance test protocol reference</w:t>
            </w:r>
          </w:p>
        </w:tc>
        <w:tc>
          <w:tcPr>
            <w:tcW w:w="1900" w:type="dxa"/>
            <w:tcMar>
              <w:top w:w="90" w:type="dxa"/>
              <w:left w:w="110" w:type="dxa"/>
              <w:bottom w:w="90" w:type="dxa"/>
              <w:right w:w="110" w:type="dxa"/>
            </w:tcMar>
            <w:vAlign w:val="center"/>
          </w:tcPr>
          <w:p w14:paraId="5C252D14" w14:textId="77777777" w:rsidR="00B04DB1" w:rsidRPr="00AF6819" w:rsidRDefault="00B04DB1" w:rsidP="00FA5778">
            <w:pPr>
              <w:spacing w:line="240" w:lineRule="auto"/>
              <w:rPr>
                <w:rFonts w:ascii="Arial" w:hAnsi="Arial" w:cs="Arial"/>
              </w:rPr>
            </w:pPr>
          </w:p>
        </w:tc>
        <w:tc>
          <w:tcPr>
            <w:tcW w:w="3960" w:type="dxa"/>
            <w:tcMar>
              <w:top w:w="90" w:type="dxa"/>
              <w:left w:w="110" w:type="dxa"/>
              <w:bottom w:w="90" w:type="dxa"/>
              <w:right w:w="110" w:type="dxa"/>
            </w:tcMar>
            <w:vAlign w:val="center"/>
          </w:tcPr>
          <w:p w14:paraId="193F4CDB" w14:textId="77777777" w:rsidR="00B04DB1" w:rsidRPr="00AF6819" w:rsidRDefault="00B04DB1" w:rsidP="00FA5778">
            <w:pPr>
              <w:spacing w:line="240" w:lineRule="auto"/>
              <w:rPr>
                <w:rFonts w:ascii="Arial" w:hAnsi="Arial" w:cs="Arial"/>
              </w:rPr>
            </w:pPr>
          </w:p>
        </w:tc>
      </w:tr>
    </w:tbl>
    <w:p w14:paraId="01C77E0B" w14:textId="77777777" w:rsidR="00B04DB1" w:rsidRDefault="00B04DB1" w:rsidP="00B04DB1">
      <w:pPr>
        <w:spacing w:after="0"/>
      </w:pPr>
    </w:p>
    <w:p w14:paraId="5D3B2683"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E.3 Degradation Schedule</w:t>
      </w:r>
    </w:p>
    <w:tbl>
      <w:tblPr>
        <w:tblStyle w:val="TableGrid"/>
        <w:tblW w:w="9360" w:type="dxa"/>
        <w:jc w:val="center"/>
        <w:tblLayout w:type="fixed"/>
        <w:tblLook w:val="04A0" w:firstRow="1" w:lastRow="0" w:firstColumn="1" w:lastColumn="0" w:noHBand="0" w:noVBand="1"/>
      </w:tblPr>
      <w:tblGrid>
        <w:gridCol w:w="1100"/>
        <w:gridCol w:w="2600"/>
        <w:gridCol w:w="5660"/>
      </w:tblGrid>
      <w:tr w:rsidR="00B04DB1" w:rsidRPr="00AF6819" w14:paraId="3862C09A" w14:textId="77777777" w:rsidTr="00FA5778">
        <w:trPr>
          <w:tblHeader/>
          <w:jc w:val="center"/>
        </w:trPr>
        <w:tc>
          <w:tcPr>
            <w:tcW w:w="1100" w:type="dxa"/>
            <w:shd w:val="clear" w:color="auto" w:fill="2D2D84"/>
            <w:tcMar>
              <w:top w:w="90" w:type="dxa"/>
              <w:left w:w="110" w:type="dxa"/>
              <w:bottom w:w="90" w:type="dxa"/>
              <w:right w:w="110" w:type="dxa"/>
            </w:tcMar>
            <w:vAlign w:val="center"/>
          </w:tcPr>
          <w:p w14:paraId="41416A7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Year</w:t>
            </w:r>
          </w:p>
        </w:tc>
        <w:tc>
          <w:tcPr>
            <w:tcW w:w="2600" w:type="dxa"/>
            <w:shd w:val="clear" w:color="auto" w:fill="2D2D84"/>
            <w:tcMar>
              <w:top w:w="90" w:type="dxa"/>
              <w:left w:w="110" w:type="dxa"/>
              <w:bottom w:w="90" w:type="dxa"/>
              <w:right w:w="110" w:type="dxa"/>
            </w:tcMar>
            <w:vAlign w:val="center"/>
          </w:tcPr>
          <w:p w14:paraId="059E909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Usable capacity, % BOL</w:t>
            </w:r>
          </w:p>
        </w:tc>
        <w:tc>
          <w:tcPr>
            <w:tcW w:w="5660" w:type="dxa"/>
            <w:shd w:val="clear" w:color="auto" w:fill="2D2D84"/>
            <w:tcMar>
              <w:top w:w="90" w:type="dxa"/>
              <w:left w:w="110" w:type="dxa"/>
              <w:bottom w:w="90" w:type="dxa"/>
              <w:right w:w="110" w:type="dxa"/>
            </w:tcMar>
            <w:vAlign w:val="center"/>
          </w:tcPr>
          <w:p w14:paraId="2F1E4C52"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Assumptions / notes</w:t>
            </w:r>
          </w:p>
        </w:tc>
      </w:tr>
      <w:tr w:rsidR="00B04DB1" w:rsidRPr="00AF6819" w14:paraId="16D777F0" w14:textId="77777777" w:rsidTr="00FA5778">
        <w:trPr>
          <w:jc w:val="center"/>
        </w:trPr>
        <w:tc>
          <w:tcPr>
            <w:tcW w:w="1100" w:type="dxa"/>
            <w:tcMar>
              <w:top w:w="90" w:type="dxa"/>
              <w:left w:w="110" w:type="dxa"/>
              <w:bottom w:w="90" w:type="dxa"/>
              <w:right w:w="110" w:type="dxa"/>
            </w:tcMar>
            <w:vAlign w:val="center"/>
          </w:tcPr>
          <w:p w14:paraId="3F83B37B" w14:textId="77777777" w:rsidR="00B04DB1" w:rsidRPr="00AF6819" w:rsidRDefault="00B04DB1" w:rsidP="00FA5778">
            <w:pPr>
              <w:spacing w:line="240" w:lineRule="auto"/>
              <w:rPr>
                <w:rFonts w:ascii="Arial" w:hAnsi="Arial" w:cs="Arial"/>
              </w:rPr>
            </w:pPr>
            <w:r w:rsidRPr="00AF6819">
              <w:rPr>
                <w:rFonts w:ascii="Arial" w:hAnsi="Arial" w:cs="Arial"/>
              </w:rPr>
              <w:t>1</w:t>
            </w:r>
          </w:p>
        </w:tc>
        <w:tc>
          <w:tcPr>
            <w:tcW w:w="2600" w:type="dxa"/>
            <w:tcMar>
              <w:top w:w="90" w:type="dxa"/>
              <w:left w:w="110" w:type="dxa"/>
              <w:bottom w:w="90" w:type="dxa"/>
              <w:right w:w="110" w:type="dxa"/>
            </w:tcMar>
            <w:vAlign w:val="center"/>
          </w:tcPr>
          <w:p w14:paraId="3A893FDD"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3E63D462" w14:textId="77777777" w:rsidR="00B04DB1" w:rsidRPr="00AF6819" w:rsidRDefault="00B04DB1" w:rsidP="00FA5778">
            <w:pPr>
              <w:spacing w:line="240" w:lineRule="auto"/>
              <w:rPr>
                <w:rFonts w:ascii="Arial" w:hAnsi="Arial" w:cs="Arial"/>
              </w:rPr>
            </w:pPr>
          </w:p>
        </w:tc>
      </w:tr>
      <w:tr w:rsidR="00B04DB1" w:rsidRPr="00AF6819" w14:paraId="1085CC0E" w14:textId="77777777" w:rsidTr="00FA5778">
        <w:trPr>
          <w:jc w:val="center"/>
        </w:trPr>
        <w:tc>
          <w:tcPr>
            <w:tcW w:w="1100" w:type="dxa"/>
            <w:shd w:val="clear" w:color="auto" w:fill="F8F9FB"/>
            <w:tcMar>
              <w:top w:w="90" w:type="dxa"/>
              <w:left w:w="110" w:type="dxa"/>
              <w:bottom w:w="90" w:type="dxa"/>
              <w:right w:w="110" w:type="dxa"/>
            </w:tcMar>
            <w:vAlign w:val="center"/>
          </w:tcPr>
          <w:p w14:paraId="6320FED6" w14:textId="77777777" w:rsidR="00B04DB1" w:rsidRPr="00AF6819" w:rsidRDefault="00B04DB1" w:rsidP="00FA5778">
            <w:pPr>
              <w:spacing w:line="240" w:lineRule="auto"/>
              <w:rPr>
                <w:rFonts w:ascii="Arial" w:hAnsi="Arial" w:cs="Arial"/>
              </w:rPr>
            </w:pPr>
            <w:r w:rsidRPr="00AF6819">
              <w:rPr>
                <w:rFonts w:ascii="Arial" w:hAnsi="Arial" w:cs="Arial"/>
              </w:rPr>
              <w:t>2</w:t>
            </w:r>
          </w:p>
        </w:tc>
        <w:tc>
          <w:tcPr>
            <w:tcW w:w="2600" w:type="dxa"/>
            <w:shd w:val="clear" w:color="auto" w:fill="F8F9FB"/>
            <w:tcMar>
              <w:top w:w="90" w:type="dxa"/>
              <w:left w:w="110" w:type="dxa"/>
              <w:bottom w:w="90" w:type="dxa"/>
              <w:right w:w="110" w:type="dxa"/>
            </w:tcMar>
            <w:vAlign w:val="center"/>
          </w:tcPr>
          <w:p w14:paraId="03DD50FB"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5C785C9D" w14:textId="77777777" w:rsidR="00B04DB1" w:rsidRPr="00AF6819" w:rsidRDefault="00B04DB1" w:rsidP="00FA5778">
            <w:pPr>
              <w:spacing w:line="240" w:lineRule="auto"/>
              <w:rPr>
                <w:rFonts w:ascii="Arial" w:hAnsi="Arial" w:cs="Arial"/>
              </w:rPr>
            </w:pPr>
          </w:p>
        </w:tc>
      </w:tr>
      <w:tr w:rsidR="00B04DB1" w:rsidRPr="00AF6819" w14:paraId="361B3042" w14:textId="77777777" w:rsidTr="00FA5778">
        <w:trPr>
          <w:jc w:val="center"/>
        </w:trPr>
        <w:tc>
          <w:tcPr>
            <w:tcW w:w="1100" w:type="dxa"/>
            <w:tcMar>
              <w:top w:w="90" w:type="dxa"/>
              <w:left w:w="110" w:type="dxa"/>
              <w:bottom w:w="90" w:type="dxa"/>
              <w:right w:w="110" w:type="dxa"/>
            </w:tcMar>
            <w:vAlign w:val="center"/>
          </w:tcPr>
          <w:p w14:paraId="77F1E077" w14:textId="77777777" w:rsidR="00B04DB1" w:rsidRPr="00AF6819" w:rsidRDefault="00B04DB1" w:rsidP="00FA5778">
            <w:pPr>
              <w:spacing w:line="240" w:lineRule="auto"/>
              <w:rPr>
                <w:rFonts w:ascii="Arial" w:hAnsi="Arial" w:cs="Arial"/>
              </w:rPr>
            </w:pPr>
            <w:r w:rsidRPr="00AF6819">
              <w:rPr>
                <w:rFonts w:ascii="Arial" w:hAnsi="Arial" w:cs="Arial"/>
              </w:rPr>
              <w:t>3</w:t>
            </w:r>
          </w:p>
        </w:tc>
        <w:tc>
          <w:tcPr>
            <w:tcW w:w="2600" w:type="dxa"/>
            <w:tcMar>
              <w:top w:w="90" w:type="dxa"/>
              <w:left w:w="110" w:type="dxa"/>
              <w:bottom w:w="90" w:type="dxa"/>
              <w:right w:w="110" w:type="dxa"/>
            </w:tcMar>
            <w:vAlign w:val="center"/>
          </w:tcPr>
          <w:p w14:paraId="153D3BF4"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6931C9E4" w14:textId="77777777" w:rsidR="00B04DB1" w:rsidRPr="00AF6819" w:rsidRDefault="00B04DB1" w:rsidP="00FA5778">
            <w:pPr>
              <w:spacing w:line="240" w:lineRule="auto"/>
              <w:rPr>
                <w:rFonts w:ascii="Arial" w:hAnsi="Arial" w:cs="Arial"/>
              </w:rPr>
            </w:pPr>
          </w:p>
        </w:tc>
      </w:tr>
      <w:tr w:rsidR="00B04DB1" w:rsidRPr="00AF6819" w14:paraId="15BC4357" w14:textId="77777777" w:rsidTr="00FA5778">
        <w:trPr>
          <w:jc w:val="center"/>
        </w:trPr>
        <w:tc>
          <w:tcPr>
            <w:tcW w:w="1100" w:type="dxa"/>
            <w:shd w:val="clear" w:color="auto" w:fill="F8F9FB"/>
            <w:tcMar>
              <w:top w:w="90" w:type="dxa"/>
              <w:left w:w="110" w:type="dxa"/>
              <w:bottom w:w="90" w:type="dxa"/>
              <w:right w:w="110" w:type="dxa"/>
            </w:tcMar>
            <w:vAlign w:val="center"/>
          </w:tcPr>
          <w:p w14:paraId="4C171431" w14:textId="77777777" w:rsidR="00B04DB1" w:rsidRPr="00AF6819" w:rsidRDefault="00B04DB1" w:rsidP="00FA5778">
            <w:pPr>
              <w:spacing w:line="240" w:lineRule="auto"/>
              <w:rPr>
                <w:rFonts w:ascii="Arial" w:hAnsi="Arial" w:cs="Arial"/>
              </w:rPr>
            </w:pPr>
            <w:r w:rsidRPr="00AF6819">
              <w:rPr>
                <w:rFonts w:ascii="Arial" w:hAnsi="Arial" w:cs="Arial"/>
              </w:rPr>
              <w:t>4</w:t>
            </w:r>
          </w:p>
        </w:tc>
        <w:tc>
          <w:tcPr>
            <w:tcW w:w="2600" w:type="dxa"/>
            <w:shd w:val="clear" w:color="auto" w:fill="F8F9FB"/>
            <w:tcMar>
              <w:top w:w="90" w:type="dxa"/>
              <w:left w:w="110" w:type="dxa"/>
              <w:bottom w:w="90" w:type="dxa"/>
              <w:right w:w="110" w:type="dxa"/>
            </w:tcMar>
            <w:vAlign w:val="center"/>
          </w:tcPr>
          <w:p w14:paraId="2C6E68D4"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22B85C5E" w14:textId="77777777" w:rsidR="00B04DB1" w:rsidRPr="00AF6819" w:rsidRDefault="00B04DB1" w:rsidP="00FA5778">
            <w:pPr>
              <w:spacing w:line="240" w:lineRule="auto"/>
              <w:rPr>
                <w:rFonts w:ascii="Arial" w:hAnsi="Arial" w:cs="Arial"/>
              </w:rPr>
            </w:pPr>
          </w:p>
        </w:tc>
      </w:tr>
      <w:tr w:rsidR="00B04DB1" w:rsidRPr="00AF6819" w14:paraId="59896AD9" w14:textId="77777777" w:rsidTr="00FA5778">
        <w:trPr>
          <w:jc w:val="center"/>
        </w:trPr>
        <w:tc>
          <w:tcPr>
            <w:tcW w:w="1100" w:type="dxa"/>
            <w:tcMar>
              <w:top w:w="90" w:type="dxa"/>
              <w:left w:w="110" w:type="dxa"/>
              <w:bottom w:w="90" w:type="dxa"/>
              <w:right w:w="110" w:type="dxa"/>
            </w:tcMar>
            <w:vAlign w:val="center"/>
          </w:tcPr>
          <w:p w14:paraId="72701521" w14:textId="77777777" w:rsidR="00B04DB1" w:rsidRPr="00AF6819" w:rsidRDefault="00B04DB1" w:rsidP="00FA5778">
            <w:pPr>
              <w:spacing w:line="240" w:lineRule="auto"/>
              <w:rPr>
                <w:rFonts w:ascii="Arial" w:hAnsi="Arial" w:cs="Arial"/>
              </w:rPr>
            </w:pPr>
            <w:r w:rsidRPr="00AF6819">
              <w:rPr>
                <w:rFonts w:ascii="Arial" w:hAnsi="Arial" w:cs="Arial"/>
              </w:rPr>
              <w:t>5</w:t>
            </w:r>
          </w:p>
        </w:tc>
        <w:tc>
          <w:tcPr>
            <w:tcW w:w="2600" w:type="dxa"/>
            <w:tcMar>
              <w:top w:w="90" w:type="dxa"/>
              <w:left w:w="110" w:type="dxa"/>
              <w:bottom w:w="90" w:type="dxa"/>
              <w:right w:w="110" w:type="dxa"/>
            </w:tcMar>
            <w:vAlign w:val="center"/>
          </w:tcPr>
          <w:p w14:paraId="50E7797D"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5B2C9CD4" w14:textId="77777777" w:rsidR="00B04DB1" w:rsidRPr="00AF6819" w:rsidRDefault="00B04DB1" w:rsidP="00FA5778">
            <w:pPr>
              <w:spacing w:line="240" w:lineRule="auto"/>
              <w:rPr>
                <w:rFonts w:ascii="Arial" w:hAnsi="Arial" w:cs="Arial"/>
              </w:rPr>
            </w:pPr>
          </w:p>
        </w:tc>
      </w:tr>
      <w:tr w:rsidR="00B04DB1" w:rsidRPr="00AF6819" w14:paraId="55AFC30D" w14:textId="77777777" w:rsidTr="00FA5778">
        <w:trPr>
          <w:jc w:val="center"/>
        </w:trPr>
        <w:tc>
          <w:tcPr>
            <w:tcW w:w="1100" w:type="dxa"/>
            <w:shd w:val="clear" w:color="auto" w:fill="F8F9FB"/>
            <w:tcMar>
              <w:top w:w="90" w:type="dxa"/>
              <w:left w:w="110" w:type="dxa"/>
              <w:bottom w:w="90" w:type="dxa"/>
              <w:right w:w="110" w:type="dxa"/>
            </w:tcMar>
            <w:vAlign w:val="center"/>
          </w:tcPr>
          <w:p w14:paraId="07D4EE03" w14:textId="77777777" w:rsidR="00B04DB1" w:rsidRPr="00AF6819" w:rsidRDefault="00B04DB1" w:rsidP="00FA5778">
            <w:pPr>
              <w:spacing w:line="240" w:lineRule="auto"/>
              <w:rPr>
                <w:rFonts w:ascii="Arial" w:hAnsi="Arial" w:cs="Arial"/>
              </w:rPr>
            </w:pPr>
            <w:r w:rsidRPr="00AF6819">
              <w:rPr>
                <w:rFonts w:ascii="Arial" w:hAnsi="Arial" w:cs="Arial"/>
              </w:rPr>
              <w:t>6</w:t>
            </w:r>
          </w:p>
        </w:tc>
        <w:tc>
          <w:tcPr>
            <w:tcW w:w="2600" w:type="dxa"/>
            <w:shd w:val="clear" w:color="auto" w:fill="F8F9FB"/>
            <w:tcMar>
              <w:top w:w="90" w:type="dxa"/>
              <w:left w:w="110" w:type="dxa"/>
              <w:bottom w:w="90" w:type="dxa"/>
              <w:right w:w="110" w:type="dxa"/>
            </w:tcMar>
            <w:vAlign w:val="center"/>
          </w:tcPr>
          <w:p w14:paraId="0EBBA124"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4F219075" w14:textId="77777777" w:rsidR="00B04DB1" w:rsidRPr="00AF6819" w:rsidRDefault="00B04DB1" w:rsidP="00FA5778">
            <w:pPr>
              <w:spacing w:line="240" w:lineRule="auto"/>
              <w:rPr>
                <w:rFonts w:ascii="Arial" w:hAnsi="Arial" w:cs="Arial"/>
              </w:rPr>
            </w:pPr>
          </w:p>
        </w:tc>
      </w:tr>
      <w:tr w:rsidR="00B04DB1" w:rsidRPr="00AF6819" w14:paraId="42A1EBD4" w14:textId="77777777" w:rsidTr="00FA5778">
        <w:trPr>
          <w:jc w:val="center"/>
        </w:trPr>
        <w:tc>
          <w:tcPr>
            <w:tcW w:w="1100" w:type="dxa"/>
            <w:tcMar>
              <w:top w:w="90" w:type="dxa"/>
              <w:left w:w="110" w:type="dxa"/>
              <w:bottom w:w="90" w:type="dxa"/>
              <w:right w:w="110" w:type="dxa"/>
            </w:tcMar>
            <w:vAlign w:val="center"/>
          </w:tcPr>
          <w:p w14:paraId="52DAAECD" w14:textId="77777777" w:rsidR="00B04DB1" w:rsidRPr="00AF6819" w:rsidRDefault="00B04DB1" w:rsidP="00FA5778">
            <w:pPr>
              <w:spacing w:line="240" w:lineRule="auto"/>
              <w:rPr>
                <w:rFonts w:ascii="Arial" w:hAnsi="Arial" w:cs="Arial"/>
              </w:rPr>
            </w:pPr>
            <w:r w:rsidRPr="00AF6819">
              <w:rPr>
                <w:rFonts w:ascii="Arial" w:hAnsi="Arial" w:cs="Arial"/>
              </w:rPr>
              <w:t>7</w:t>
            </w:r>
          </w:p>
        </w:tc>
        <w:tc>
          <w:tcPr>
            <w:tcW w:w="2600" w:type="dxa"/>
            <w:tcMar>
              <w:top w:w="90" w:type="dxa"/>
              <w:left w:w="110" w:type="dxa"/>
              <w:bottom w:w="90" w:type="dxa"/>
              <w:right w:w="110" w:type="dxa"/>
            </w:tcMar>
            <w:vAlign w:val="center"/>
          </w:tcPr>
          <w:p w14:paraId="2A70C996"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43F25489" w14:textId="77777777" w:rsidR="00B04DB1" w:rsidRPr="00AF6819" w:rsidRDefault="00B04DB1" w:rsidP="00FA5778">
            <w:pPr>
              <w:spacing w:line="240" w:lineRule="auto"/>
              <w:rPr>
                <w:rFonts w:ascii="Arial" w:hAnsi="Arial" w:cs="Arial"/>
              </w:rPr>
            </w:pPr>
          </w:p>
        </w:tc>
      </w:tr>
      <w:tr w:rsidR="00B04DB1" w:rsidRPr="00AF6819" w14:paraId="71885AAE" w14:textId="77777777" w:rsidTr="00FA5778">
        <w:trPr>
          <w:jc w:val="center"/>
        </w:trPr>
        <w:tc>
          <w:tcPr>
            <w:tcW w:w="1100" w:type="dxa"/>
            <w:shd w:val="clear" w:color="auto" w:fill="F8F9FB"/>
            <w:tcMar>
              <w:top w:w="90" w:type="dxa"/>
              <w:left w:w="110" w:type="dxa"/>
              <w:bottom w:w="90" w:type="dxa"/>
              <w:right w:w="110" w:type="dxa"/>
            </w:tcMar>
            <w:vAlign w:val="center"/>
          </w:tcPr>
          <w:p w14:paraId="58E0F89C" w14:textId="77777777" w:rsidR="00B04DB1" w:rsidRPr="00AF6819" w:rsidRDefault="00B04DB1" w:rsidP="00FA5778">
            <w:pPr>
              <w:spacing w:line="240" w:lineRule="auto"/>
              <w:rPr>
                <w:rFonts w:ascii="Arial" w:hAnsi="Arial" w:cs="Arial"/>
              </w:rPr>
            </w:pPr>
            <w:r w:rsidRPr="00AF6819">
              <w:rPr>
                <w:rFonts w:ascii="Arial" w:hAnsi="Arial" w:cs="Arial"/>
              </w:rPr>
              <w:t>8</w:t>
            </w:r>
          </w:p>
        </w:tc>
        <w:tc>
          <w:tcPr>
            <w:tcW w:w="2600" w:type="dxa"/>
            <w:shd w:val="clear" w:color="auto" w:fill="F8F9FB"/>
            <w:tcMar>
              <w:top w:w="90" w:type="dxa"/>
              <w:left w:w="110" w:type="dxa"/>
              <w:bottom w:w="90" w:type="dxa"/>
              <w:right w:w="110" w:type="dxa"/>
            </w:tcMar>
            <w:vAlign w:val="center"/>
          </w:tcPr>
          <w:p w14:paraId="49AE5548"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400A987A" w14:textId="77777777" w:rsidR="00B04DB1" w:rsidRPr="00AF6819" w:rsidRDefault="00B04DB1" w:rsidP="00FA5778">
            <w:pPr>
              <w:spacing w:line="240" w:lineRule="auto"/>
              <w:rPr>
                <w:rFonts w:ascii="Arial" w:hAnsi="Arial" w:cs="Arial"/>
              </w:rPr>
            </w:pPr>
          </w:p>
        </w:tc>
      </w:tr>
      <w:tr w:rsidR="00B04DB1" w:rsidRPr="00AF6819" w14:paraId="7B38B6A4" w14:textId="77777777" w:rsidTr="00FA5778">
        <w:trPr>
          <w:jc w:val="center"/>
        </w:trPr>
        <w:tc>
          <w:tcPr>
            <w:tcW w:w="1100" w:type="dxa"/>
            <w:tcMar>
              <w:top w:w="90" w:type="dxa"/>
              <w:left w:w="110" w:type="dxa"/>
              <w:bottom w:w="90" w:type="dxa"/>
              <w:right w:w="110" w:type="dxa"/>
            </w:tcMar>
            <w:vAlign w:val="center"/>
          </w:tcPr>
          <w:p w14:paraId="170BC7AA" w14:textId="77777777" w:rsidR="00B04DB1" w:rsidRPr="00AF6819" w:rsidRDefault="00B04DB1" w:rsidP="00FA5778">
            <w:pPr>
              <w:spacing w:line="240" w:lineRule="auto"/>
              <w:rPr>
                <w:rFonts w:ascii="Arial" w:hAnsi="Arial" w:cs="Arial"/>
              </w:rPr>
            </w:pPr>
            <w:r w:rsidRPr="00AF6819">
              <w:rPr>
                <w:rFonts w:ascii="Arial" w:hAnsi="Arial" w:cs="Arial"/>
              </w:rPr>
              <w:t>9</w:t>
            </w:r>
          </w:p>
        </w:tc>
        <w:tc>
          <w:tcPr>
            <w:tcW w:w="2600" w:type="dxa"/>
            <w:tcMar>
              <w:top w:w="90" w:type="dxa"/>
              <w:left w:w="110" w:type="dxa"/>
              <w:bottom w:w="90" w:type="dxa"/>
              <w:right w:w="110" w:type="dxa"/>
            </w:tcMar>
            <w:vAlign w:val="center"/>
          </w:tcPr>
          <w:p w14:paraId="39F78160"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672B17B0" w14:textId="77777777" w:rsidR="00B04DB1" w:rsidRPr="00AF6819" w:rsidRDefault="00B04DB1" w:rsidP="00FA5778">
            <w:pPr>
              <w:spacing w:line="240" w:lineRule="auto"/>
              <w:rPr>
                <w:rFonts w:ascii="Arial" w:hAnsi="Arial" w:cs="Arial"/>
              </w:rPr>
            </w:pPr>
          </w:p>
        </w:tc>
      </w:tr>
      <w:tr w:rsidR="00B04DB1" w:rsidRPr="00AF6819" w14:paraId="324AECE2" w14:textId="77777777" w:rsidTr="00FA5778">
        <w:trPr>
          <w:jc w:val="center"/>
        </w:trPr>
        <w:tc>
          <w:tcPr>
            <w:tcW w:w="1100" w:type="dxa"/>
            <w:shd w:val="clear" w:color="auto" w:fill="F8F9FB"/>
            <w:tcMar>
              <w:top w:w="90" w:type="dxa"/>
              <w:left w:w="110" w:type="dxa"/>
              <w:bottom w:w="90" w:type="dxa"/>
              <w:right w:w="110" w:type="dxa"/>
            </w:tcMar>
            <w:vAlign w:val="center"/>
          </w:tcPr>
          <w:p w14:paraId="49C3AD82" w14:textId="77777777" w:rsidR="00B04DB1" w:rsidRPr="00AF6819" w:rsidRDefault="00B04DB1" w:rsidP="00FA5778">
            <w:pPr>
              <w:spacing w:line="240" w:lineRule="auto"/>
              <w:rPr>
                <w:rFonts w:ascii="Arial" w:hAnsi="Arial" w:cs="Arial"/>
              </w:rPr>
            </w:pPr>
            <w:r w:rsidRPr="00AF6819">
              <w:rPr>
                <w:rFonts w:ascii="Arial" w:hAnsi="Arial" w:cs="Arial"/>
              </w:rPr>
              <w:t>10</w:t>
            </w:r>
          </w:p>
        </w:tc>
        <w:tc>
          <w:tcPr>
            <w:tcW w:w="2600" w:type="dxa"/>
            <w:shd w:val="clear" w:color="auto" w:fill="F8F9FB"/>
            <w:tcMar>
              <w:top w:w="90" w:type="dxa"/>
              <w:left w:w="110" w:type="dxa"/>
              <w:bottom w:w="90" w:type="dxa"/>
              <w:right w:w="110" w:type="dxa"/>
            </w:tcMar>
            <w:vAlign w:val="center"/>
          </w:tcPr>
          <w:p w14:paraId="72E43ED9"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394BF6E1" w14:textId="77777777" w:rsidR="00B04DB1" w:rsidRPr="00AF6819" w:rsidRDefault="00B04DB1" w:rsidP="00FA5778">
            <w:pPr>
              <w:spacing w:line="240" w:lineRule="auto"/>
              <w:rPr>
                <w:rFonts w:ascii="Arial" w:hAnsi="Arial" w:cs="Arial"/>
              </w:rPr>
            </w:pPr>
          </w:p>
        </w:tc>
      </w:tr>
      <w:tr w:rsidR="00B04DB1" w:rsidRPr="00AF6819" w14:paraId="03CB091E" w14:textId="77777777" w:rsidTr="00FA5778">
        <w:trPr>
          <w:jc w:val="center"/>
        </w:trPr>
        <w:tc>
          <w:tcPr>
            <w:tcW w:w="1100" w:type="dxa"/>
            <w:tcMar>
              <w:top w:w="90" w:type="dxa"/>
              <w:left w:w="110" w:type="dxa"/>
              <w:bottom w:w="90" w:type="dxa"/>
              <w:right w:w="110" w:type="dxa"/>
            </w:tcMar>
            <w:vAlign w:val="center"/>
          </w:tcPr>
          <w:p w14:paraId="7F6E5717" w14:textId="77777777" w:rsidR="00B04DB1" w:rsidRPr="00AF6819" w:rsidRDefault="00B04DB1" w:rsidP="00FA5778">
            <w:pPr>
              <w:spacing w:line="240" w:lineRule="auto"/>
              <w:rPr>
                <w:rFonts w:ascii="Arial" w:hAnsi="Arial" w:cs="Arial"/>
              </w:rPr>
            </w:pPr>
            <w:r w:rsidRPr="00AF6819">
              <w:rPr>
                <w:rFonts w:ascii="Arial" w:hAnsi="Arial" w:cs="Arial"/>
              </w:rPr>
              <w:t>11</w:t>
            </w:r>
          </w:p>
        </w:tc>
        <w:tc>
          <w:tcPr>
            <w:tcW w:w="2600" w:type="dxa"/>
            <w:tcMar>
              <w:top w:w="90" w:type="dxa"/>
              <w:left w:w="110" w:type="dxa"/>
              <w:bottom w:w="90" w:type="dxa"/>
              <w:right w:w="110" w:type="dxa"/>
            </w:tcMar>
            <w:vAlign w:val="center"/>
          </w:tcPr>
          <w:p w14:paraId="47100803"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4D104244" w14:textId="77777777" w:rsidR="00B04DB1" w:rsidRPr="00AF6819" w:rsidRDefault="00B04DB1" w:rsidP="00FA5778">
            <w:pPr>
              <w:spacing w:line="240" w:lineRule="auto"/>
              <w:rPr>
                <w:rFonts w:ascii="Arial" w:hAnsi="Arial" w:cs="Arial"/>
              </w:rPr>
            </w:pPr>
          </w:p>
        </w:tc>
      </w:tr>
      <w:tr w:rsidR="00B04DB1" w:rsidRPr="00AF6819" w14:paraId="5B1A42B0" w14:textId="77777777" w:rsidTr="00FA5778">
        <w:trPr>
          <w:jc w:val="center"/>
        </w:trPr>
        <w:tc>
          <w:tcPr>
            <w:tcW w:w="1100" w:type="dxa"/>
            <w:shd w:val="clear" w:color="auto" w:fill="F8F9FB"/>
            <w:tcMar>
              <w:top w:w="90" w:type="dxa"/>
              <w:left w:w="110" w:type="dxa"/>
              <w:bottom w:w="90" w:type="dxa"/>
              <w:right w:w="110" w:type="dxa"/>
            </w:tcMar>
            <w:vAlign w:val="center"/>
          </w:tcPr>
          <w:p w14:paraId="1F297248" w14:textId="77777777" w:rsidR="00B04DB1" w:rsidRPr="00AF6819" w:rsidRDefault="00B04DB1" w:rsidP="00FA5778">
            <w:pPr>
              <w:spacing w:line="240" w:lineRule="auto"/>
              <w:rPr>
                <w:rFonts w:ascii="Arial" w:hAnsi="Arial" w:cs="Arial"/>
              </w:rPr>
            </w:pPr>
            <w:r w:rsidRPr="00AF6819">
              <w:rPr>
                <w:rFonts w:ascii="Arial" w:hAnsi="Arial" w:cs="Arial"/>
              </w:rPr>
              <w:t>12</w:t>
            </w:r>
          </w:p>
        </w:tc>
        <w:tc>
          <w:tcPr>
            <w:tcW w:w="2600" w:type="dxa"/>
            <w:shd w:val="clear" w:color="auto" w:fill="F8F9FB"/>
            <w:tcMar>
              <w:top w:w="90" w:type="dxa"/>
              <w:left w:w="110" w:type="dxa"/>
              <w:bottom w:w="90" w:type="dxa"/>
              <w:right w:w="110" w:type="dxa"/>
            </w:tcMar>
            <w:vAlign w:val="center"/>
          </w:tcPr>
          <w:p w14:paraId="1411F858"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107106B0" w14:textId="77777777" w:rsidR="00B04DB1" w:rsidRPr="00AF6819" w:rsidRDefault="00B04DB1" w:rsidP="00FA5778">
            <w:pPr>
              <w:spacing w:line="240" w:lineRule="auto"/>
              <w:rPr>
                <w:rFonts w:ascii="Arial" w:hAnsi="Arial" w:cs="Arial"/>
              </w:rPr>
            </w:pPr>
          </w:p>
        </w:tc>
      </w:tr>
      <w:tr w:rsidR="00B04DB1" w:rsidRPr="00AF6819" w14:paraId="5403A995" w14:textId="77777777" w:rsidTr="00FA5778">
        <w:trPr>
          <w:jc w:val="center"/>
        </w:trPr>
        <w:tc>
          <w:tcPr>
            <w:tcW w:w="1100" w:type="dxa"/>
            <w:tcMar>
              <w:top w:w="90" w:type="dxa"/>
              <w:left w:w="110" w:type="dxa"/>
              <w:bottom w:w="90" w:type="dxa"/>
              <w:right w:w="110" w:type="dxa"/>
            </w:tcMar>
            <w:vAlign w:val="center"/>
          </w:tcPr>
          <w:p w14:paraId="197D2EFC" w14:textId="77777777" w:rsidR="00B04DB1" w:rsidRPr="00AF6819" w:rsidRDefault="00B04DB1" w:rsidP="00FA5778">
            <w:pPr>
              <w:spacing w:line="240" w:lineRule="auto"/>
              <w:rPr>
                <w:rFonts w:ascii="Arial" w:hAnsi="Arial" w:cs="Arial"/>
              </w:rPr>
            </w:pPr>
            <w:r w:rsidRPr="00AF6819">
              <w:rPr>
                <w:rFonts w:ascii="Arial" w:hAnsi="Arial" w:cs="Arial"/>
              </w:rPr>
              <w:t>13</w:t>
            </w:r>
          </w:p>
        </w:tc>
        <w:tc>
          <w:tcPr>
            <w:tcW w:w="2600" w:type="dxa"/>
            <w:tcMar>
              <w:top w:w="90" w:type="dxa"/>
              <w:left w:w="110" w:type="dxa"/>
              <w:bottom w:w="90" w:type="dxa"/>
              <w:right w:w="110" w:type="dxa"/>
            </w:tcMar>
            <w:vAlign w:val="center"/>
          </w:tcPr>
          <w:p w14:paraId="7280333D"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3B3AA61E" w14:textId="77777777" w:rsidR="00B04DB1" w:rsidRPr="00AF6819" w:rsidRDefault="00B04DB1" w:rsidP="00FA5778">
            <w:pPr>
              <w:spacing w:line="240" w:lineRule="auto"/>
              <w:rPr>
                <w:rFonts w:ascii="Arial" w:hAnsi="Arial" w:cs="Arial"/>
              </w:rPr>
            </w:pPr>
          </w:p>
        </w:tc>
      </w:tr>
      <w:tr w:rsidR="00B04DB1" w:rsidRPr="00AF6819" w14:paraId="1965722C" w14:textId="77777777" w:rsidTr="00FA5778">
        <w:trPr>
          <w:jc w:val="center"/>
        </w:trPr>
        <w:tc>
          <w:tcPr>
            <w:tcW w:w="1100" w:type="dxa"/>
            <w:shd w:val="clear" w:color="auto" w:fill="F8F9FB"/>
            <w:tcMar>
              <w:top w:w="90" w:type="dxa"/>
              <w:left w:w="110" w:type="dxa"/>
              <w:bottom w:w="90" w:type="dxa"/>
              <w:right w:w="110" w:type="dxa"/>
            </w:tcMar>
            <w:vAlign w:val="center"/>
          </w:tcPr>
          <w:p w14:paraId="2B8DAD6B" w14:textId="77777777" w:rsidR="00B04DB1" w:rsidRPr="00AF6819" w:rsidRDefault="00B04DB1" w:rsidP="00FA5778">
            <w:pPr>
              <w:spacing w:line="240" w:lineRule="auto"/>
              <w:rPr>
                <w:rFonts w:ascii="Arial" w:hAnsi="Arial" w:cs="Arial"/>
              </w:rPr>
            </w:pPr>
            <w:r w:rsidRPr="00AF6819">
              <w:rPr>
                <w:rFonts w:ascii="Arial" w:hAnsi="Arial" w:cs="Arial"/>
              </w:rPr>
              <w:t>14</w:t>
            </w:r>
          </w:p>
        </w:tc>
        <w:tc>
          <w:tcPr>
            <w:tcW w:w="2600" w:type="dxa"/>
            <w:shd w:val="clear" w:color="auto" w:fill="F8F9FB"/>
            <w:tcMar>
              <w:top w:w="90" w:type="dxa"/>
              <w:left w:w="110" w:type="dxa"/>
              <w:bottom w:w="90" w:type="dxa"/>
              <w:right w:w="110" w:type="dxa"/>
            </w:tcMar>
            <w:vAlign w:val="center"/>
          </w:tcPr>
          <w:p w14:paraId="7542B81C"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1B9E0D00" w14:textId="77777777" w:rsidR="00B04DB1" w:rsidRPr="00AF6819" w:rsidRDefault="00B04DB1" w:rsidP="00FA5778">
            <w:pPr>
              <w:spacing w:line="240" w:lineRule="auto"/>
              <w:rPr>
                <w:rFonts w:ascii="Arial" w:hAnsi="Arial" w:cs="Arial"/>
              </w:rPr>
            </w:pPr>
          </w:p>
        </w:tc>
      </w:tr>
      <w:tr w:rsidR="00B04DB1" w:rsidRPr="00AF6819" w14:paraId="5EC6E457" w14:textId="77777777" w:rsidTr="00FA5778">
        <w:trPr>
          <w:jc w:val="center"/>
        </w:trPr>
        <w:tc>
          <w:tcPr>
            <w:tcW w:w="1100" w:type="dxa"/>
            <w:tcMar>
              <w:top w:w="90" w:type="dxa"/>
              <w:left w:w="110" w:type="dxa"/>
              <w:bottom w:w="90" w:type="dxa"/>
              <w:right w:w="110" w:type="dxa"/>
            </w:tcMar>
            <w:vAlign w:val="center"/>
          </w:tcPr>
          <w:p w14:paraId="63D9CC29" w14:textId="77777777" w:rsidR="00B04DB1" w:rsidRPr="00AF6819" w:rsidRDefault="00B04DB1" w:rsidP="00FA5778">
            <w:pPr>
              <w:spacing w:line="240" w:lineRule="auto"/>
              <w:rPr>
                <w:rFonts w:ascii="Arial" w:hAnsi="Arial" w:cs="Arial"/>
              </w:rPr>
            </w:pPr>
            <w:r w:rsidRPr="00AF6819">
              <w:rPr>
                <w:rFonts w:ascii="Arial" w:hAnsi="Arial" w:cs="Arial"/>
              </w:rPr>
              <w:t>15</w:t>
            </w:r>
          </w:p>
        </w:tc>
        <w:tc>
          <w:tcPr>
            <w:tcW w:w="2600" w:type="dxa"/>
            <w:tcMar>
              <w:top w:w="90" w:type="dxa"/>
              <w:left w:w="110" w:type="dxa"/>
              <w:bottom w:w="90" w:type="dxa"/>
              <w:right w:w="110" w:type="dxa"/>
            </w:tcMar>
            <w:vAlign w:val="center"/>
          </w:tcPr>
          <w:p w14:paraId="357A3A5B"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2D1D7965" w14:textId="77777777" w:rsidR="00B04DB1" w:rsidRPr="00AF6819" w:rsidRDefault="00B04DB1" w:rsidP="00FA5778">
            <w:pPr>
              <w:spacing w:line="240" w:lineRule="auto"/>
              <w:rPr>
                <w:rFonts w:ascii="Arial" w:hAnsi="Arial" w:cs="Arial"/>
              </w:rPr>
            </w:pPr>
          </w:p>
        </w:tc>
      </w:tr>
      <w:tr w:rsidR="00B04DB1" w:rsidRPr="00AF6819" w14:paraId="325925C9" w14:textId="77777777" w:rsidTr="00FA5778">
        <w:trPr>
          <w:jc w:val="center"/>
        </w:trPr>
        <w:tc>
          <w:tcPr>
            <w:tcW w:w="1100" w:type="dxa"/>
            <w:shd w:val="clear" w:color="auto" w:fill="F8F9FB"/>
            <w:tcMar>
              <w:top w:w="90" w:type="dxa"/>
              <w:left w:w="110" w:type="dxa"/>
              <w:bottom w:w="90" w:type="dxa"/>
              <w:right w:w="110" w:type="dxa"/>
            </w:tcMar>
            <w:vAlign w:val="center"/>
          </w:tcPr>
          <w:p w14:paraId="0F32D6D8" w14:textId="77777777" w:rsidR="00B04DB1" w:rsidRPr="00AF6819" w:rsidRDefault="00B04DB1" w:rsidP="00FA5778">
            <w:pPr>
              <w:spacing w:line="240" w:lineRule="auto"/>
              <w:rPr>
                <w:rFonts w:ascii="Arial" w:hAnsi="Arial" w:cs="Arial"/>
              </w:rPr>
            </w:pPr>
            <w:r w:rsidRPr="00AF6819">
              <w:rPr>
                <w:rFonts w:ascii="Arial" w:hAnsi="Arial" w:cs="Arial"/>
              </w:rPr>
              <w:t>16</w:t>
            </w:r>
          </w:p>
        </w:tc>
        <w:tc>
          <w:tcPr>
            <w:tcW w:w="2600" w:type="dxa"/>
            <w:shd w:val="clear" w:color="auto" w:fill="F8F9FB"/>
            <w:tcMar>
              <w:top w:w="90" w:type="dxa"/>
              <w:left w:w="110" w:type="dxa"/>
              <w:bottom w:w="90" w:type="dxa"/>
              <w:right w:w="110" w:type="dxa"/>
            </w:tcMar>
            <w:vAlign w:val="center"/>
          </w:tcPr>
          <w:p w14:paraId="2C68CBE6"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4B630F92" w14:textId="77777777" w:rsidR="00B04DB1" w:rsidRPr="00AF6819" w:rsidRDefault="00B04DB1" w:rsidP="00FA5778">
            <w:pPr>
              <w:spacing w:line="240" w:lineRule="auto"/>
              <w:rPr>
                <w:rFonts w:ascii="Arial" w:hAnsi="Arial" w:cs="Arial"/>
              </w:rPr>
            </w:pPr>
          </w:p>
        </w:tc>
      </w:tr>
      <w:tr w:rsidR="00B04DB1" w:rsidRPr="00AF6819" w14:paraId="155D6E8A" w14:textId="77777777" w:rsidTr="00FA5778">
        <w:trPr>
          <w:jc w:val="center"/>
        </w:trPr>
        <w:tc>
          <w:tcPr>
            <w:tcW w:w="1100" w:type="dxa"/>
            <w:tcMar>
              <w:top w:w="90" w:type="dxa"/>
              <w:left w:w="110" w:type="dxa"/>
              <w:bottom w:w="90" w:type="dxa"/>
              <w:right w:w="110" w:type="dxa"/>
            </w:tcMar>
            <w:vAlign w:val="center"/>
          </w:tcPr>
          <w:p w14:paraId="210B7061" w14:textId="77777777" w:rsidR="00B04DB1" w:rsidRPr="00AF6819" w:rsidRDefault="00B04DB1" w:rsidP="00FA5778">
            <w:pPr>
              <w:spacing w:line="240" w:lineRule="auto"/>
              <w:rPr>
                <w:rFonts w:ascii="Arial" w:hAnsi="Arial" w:cs="Arial"/>
              </w:rPr>
            </w:pPr>
            <w:r w:rsidRPr="00AF6819">
              <w:rPr>
                <w:rFonts w:ascii="Arial" w:hAnsi="Arial" w:cs="Arial"/>
              </w:rPr>
              <w:t>17</w:t>
            </w:r>
          </w:p>
        </w:tc>
        <w:tc>
          <w:tcPr>
            <w:tcW w:w="2600" w:type="dxa"/>
            <w:tcMar>
              <w:top w:w="90" w:type="dxa"/>
              <w:left w:w="110" w:type="dxa"/>
              <w:bottom w:w="90" w:type="dxa"/>
              <w:right w:w="110" w:type="dxa"/>
            </w:tcMar>
            <w:vAlign w:val="center"/>
          </w:tcPr>
          <w:p w14:paraId="4EE30357"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76041318" w14:textId="77777777" w:rsidR="00B04DB1" w:rsidRPr="00AF6819" w:rsidRDefault="00B04DB1" w:rsidP="00FA5778">
            <w:pPr>
              <w:spacing w:line="240" w:lineRule="auto"/>
              <w:rPr>
                <w:rFonts w:ascii="Arial" w:hAnsi="Arial" w:cs="Arial"/>
              </w:rPr>
            </w:pPr>
          </w:p>
        </w:tc>
      </w:tr>
      <w:tr w:rsidR="00B04DB1" w:rsidRPr="00AF6819" w14:paraId="452AD4F7" w14:textId="77777777" w:rsidTr="00FA5778">
        <w:trPr>
          <w:jc w:val="center"/>
        </w:trPr>
        <w:tc>
          <w:tcPr>
            <w:tcW w:w="1100" w:type="dxa"/>
            <w:shd w:val="clear" w:color="auto" w:fill="F8F9FB"/>
            <w:tcMar>
              <w:top w:w="90" w:type="dxa"/>
              <w:left w:w="110" w:type="dxa"/>
              <w:bottom w:w="90" w:type="dxa"/>
              <w:right w:w="110" w:type="dxa"/>
            </w:tcMar>
            <w:vAlign w:val="center"/>
          </w:tcPr>
          <w:p w14:paraId="3C66707C" w14:textId="77777777" w:rsidR="00B04DB1" w:rsidRPr="00AF6819" w:rsidRDefault="00B04DB1" w:rsidP="00FA5778">
            <w:pPr>
              <w:spacing w:line="240" w:lineRule="auto"/>
              <w:rPr>
                <w:rFonts w:ascii="Arial" w:hAnsi="Arial" w:cs="Arial"/>
              </w:rPr>
            </w:pPr>
            <w:r w:rsidRPr="00AF6819">
              <w:rPr>
                <w:rFonts w:ascii="Arial" w:hAnsi="Arial" w:cs="Arial"/>
              </w:rPr>
              <w:t>18</w:t>
            </w:r>
          </w:p>
        </w:tc>
        <w:tc>
          <w:tcPr>
            <w:tcW w:w="2600" w:type="dxa"/>
            <w:shd w:val="clear" w:color="auto" w:fill="F8F9FB"/>
            <w:tcMar>
              <w:top w:w="90" w:type="dxa"/>
              <w:left w:w="110" w:type="dxa"/>
              <w:bottom w:w="90" w:type="dxa"/>
              <w:right w:w="110" w:type="dxa"/>
            </w:tcMar>
            <w:vAlign w:val="center"/>
          </w:tcPr>
          <w:p w14:paraId="40F62268"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3D92D60F" w14:textId="77777777" w:rsidR="00B04DB1" w:rsidRPr="00AF6819" w:rsidRDefault="00B04DB1" w:rsidP="00FA5778">
            <w:pPr>
              <w:spacing w:line="240" w:lineRule="auto"/>
              <w:rPr>
                <w:rFonts w:ascii="Arial" w:hAnsi="Arial" w:cs="Arial"/>
              </w:rPr>
            </w:pPr>
          </w:p>
        </w:tc>
      </w:tr>
      <w:tr w:rsidR="00B04DB1" w:rsidRPr="00AF6819" w14:paraId="05B2C3C0" w14:textId="77777777" w:rsidTr="00FA5778">
        <w:trPr>
          <w:jc w:val="center"/>
        </w:trPr>
        <w:tc>
          <w:tcPr>
            <w:tcW w:w="1100" w:type="dxa"/>
            <w:tcMar>
              <w:top w:w="90" w:type="dxa"/>
              <w:left w:w="110" w:type="dxa"/>
              <w:bottom w:w="90" w:type="dxa"/>
              <w:right w:w="110" w:type="dxa"/>
            </w:tcMar>
            <w:vAlign w:val="center"/>
          </w:tcPr>
          <w:p w14:paraId="1738E791" w14:textId="77777777" w:rsidR="00B04DB1" w:rsidRPr="00AF6819" w:rsidRDefault="00B04DB1" w:rsidP="00FA5778">
            <w:pPr>
              <w:spacing w:line="240" w:lineRule="auto"/>
              <w:rPr>
                <w:rFonts w:ascii="Arial" w:hAnsi="Arial" w:cs="Arial"/>
              </w:rPr>
            </w:pPr>
            <w:r w:rsidRPr="00AF6819">
              <w:rPr>
                <w:rFonts w:ascii="Arial" w:hAnsi="Arial" w:cs="Arial"/>
              </w:rPr>
              <w:t>19</w:t>
            </w:r>
          </w:p>
        </w:tc>
        <w:tc>
          <w:tcPr>
            <w:tcW w:w="2600" w:type="dxa"/>
            <w:tcMar>
              <w:top w:w="90" w:type="dxa"/>
              <w:left w:w="110" w:type="dxa"/>
              <w:bottom w:w="90" w:type="dxa"/>
              <w:right w:w="110" w:type="dxa"/>
            </w:tcMar>
            <w:vAlign w:val="center"/>
          </w:tcPr>
          <w:p w14:paraId="7D18655D" w14:textId="77777777" w:rsidR="00B04DB1" w:rsidRPr="00AF6819" w:rsidRDefault="00B04DB1" w:rsidP="00FA5778">
            <w:pPr>
              <w:spacing w:line="240" w:lineRule="auto"/>
              <w:rPr>
                <w:rFonts w:ascii="Arial" w:hAnsi="Arial" w:cs="Arial"/>
              </w:rPr>
            </w:pPr>
          </w:p>
        </w:tc>
        <w:tc>
          <w:tcPr>
            <w:tcW w:w="5660" w:type="dxa"/>
            <w:tcMar>
              <w:top w:w="90" w:type="dxa"/>
              <w:left w:w="110" w:type="dxa"/>
              <w:bottom w:w="90" w:type="dxa"/>
              <w:right w:w="110" w:type="dxa"/>
            </w:tcMar>
            <w:vAlign w:val="center"/>
          </w:tcPr>
          <w:p w14:paraId="2BF589C3" w14:textId="77777777" w:rsidR="00B04DB1" w:rsidRPr="00AF6819" w:rsidRDefault="00B04DB1" w:rsidP="00FA5778">
            <w:pPr>
              <w:spacing w:line="240" w:lineRule="auto"/>
              <w:rPr>
                <w:rFonts w:ascii="Arial" w:hAnsi="Arial" w:cs="Arial"/>
              </w:rPr>
            </w:pPr>
          </w:p>
        </w:tc>
      </w:tr>
      <w:tr w:rsidR="00B04DB1" w:rsidRPr="00AF6819" w14:paraId="75BD9D99" w14:textId="77777777" w:rsidTr="00FA5778">
        <w:trPr>
          <w:jc w:val="center"/>
        </w:trPr>
        <w:tc>
          <w:tcPr>
            <w:tcW w:w="1100" w:type="dxa"/>
            <w:shd w:val="clear" w:color="auto" w:fill="F8F9FB"/>
            <w:tcMar>
              <w:top w:w="90" w:type="dxa"/>
              <w:left w:w="110" w:type="dxa"/>
              <w:bottom w:w="90" w:type="dxa"/>
              <w:right w:w="110" w:type="dxa"/>
            </w:tcMar>
            <w:vAlign w:val="center"/>
          </w:tcPr>
          <w:p w14:paraId="360C6249" w14:textId="77777777" w:rsidR="00B04DB1" w:rsidRPr="00AF6819" w:rsidRDefault="00B04DB1" w:rsidP="00FA5778">
            <w:pPr>
              <w:spacing w:line="240" w:lineRule="auto"/>
              <w:rPr>
                <w:rFonts w:ascii="Arial" w:hAnsi="Arial" w:cs="Arial"/>
              </w:rPr>
            </w:pPr>
            <w:r w:rsidRPr="00AF6819">
              <w:rPr>
                <w:rFonts w:ascii="Arial" w:hAnsi="Arial" w:cs="Arial"/>
              </w:rPr>
              <w:t>20</w:t>
            </w:r>
          </w:p>
        </w:tc>
        <w:tc>
          <w:tcPr>
            <w:tcW w:w="2600" w:type="dxa"/>
            <w:shd w:val="clear" w:color="auto" w:fill="F8F9FB"/>
            <w:tcMar>
              <w:top w:w="90" w:type="dxa"/>
              <w:left w:w="110" w:type="dxa"/>
              <w:bottom w:w="90" w:type="dxa"/>
              <w:right w:w="110" w:type="dxa"/>
            </w:tcMar>
            <w:vAlign w:val="center"/>
          </w:tcPr>
          <w:p w14:paraId="14235394" w14:textId="77777777" w:rsidR="00B04DB1" w:rsidRPr="00AF6819" w:rsidRDefault="00B04DB1" w:rsidP="00FA5778">
            <w:pPr>
              <w:spacing w:line="240" w:lineRule="auto"/>
              <w:rPr>
                <w:rFonts w:ascii="Arial" w:hAnsi="Arial" w:cs="Arial"/>
              </w:rPr>
            </w:pPr>
          </w:p>
        </w:tc>
        <w:tc>
          <w:tcPr>
            <w:tcW w:w="5660" w:type="dxa"/>
            <w:shd w:val="clear" w:color="auto" w:fill="F8F9FB"/>
            <w:tcMar>
              <w:top w:w="90" w:type="dxa"/>
              <w:left w:w="110" w:type="dxa"/>
              <w:bottom w:w="90" w:type="dxa"/>
              <w:right w:w="110" w:type="dxa"/>
            </w:tcMar>
            <w:vAlign w:val="center"/>
          </w:tcPr>
          <w:p w14:paraId="2A4A0C10" w14:textId="77777777" w:rsidR="00B04DB1" w:rsidRPr="00AF6819" w:rsidRDefault="00B04DB1" w:rsidP="00FA5778">
            <w:pPr>
              <w:spacing w:line="240" w:lineRule="auto"/>
              <w:rPr>
                <w:rFonts w:ascii="Arial" w:hAnsi="Arial" w:cs="Arial"/>
              </w:rPr>
            </w:pPr>
          </w:p>
        </w:tc>
      </w:tr>
    </w:tbl>
    <w:p w14:paraId="0653E3FB" w14:textId="77777777" w:rsidR="00B04DB1" w:rsidRDefault="00B04DB1" w:rsidP="00B04DB1">
      <w:pPr>
        <w:spacing w:after="0"/>
      </w:pPr>
    </w:p>
    <w:p w14:paraId="5B5DCF27"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lastRenderedPageBreak/>
        <w:t>E.4 Reference Configurations</w:t>
      </w:r>
    </w:p>
    <w:tbl>
      <w:tblPr>
        <w:tblStyle w:val="TableGrid"/>
        <w:tblW w:w="9360" w:type="dxa"/>
        <w:jc w:val="center"/>
        <w:tblLayout w:type="fixed"/>
        <w:tblLook w:val="04A0" w:firstRow="1" w:lastRow="0" w:firstColumn="1" w:lastColumn="0" w:noHBand="0" w:noVBand="1"/>
      </w:tblPr>
      <w:tblGrid>
        <w:gridCol w:w="3200"/>
        <w:gridCol w:w="3080"/>
        <w:gridCol w:w="3080"/>
      </w:tblGrid>
      <w:tr w:rsidR="00B04DB1" w:rsidRPr="00AF6819" w14:paraId="2BAD6F92" w14:textId="77777777" w:rsidTr="00FA5778">
        <w:trPr>
          <w:tblHeader/>
          <w:jc w:val="center"/>
        </w:trPr>
        <w:tc>
          <w:tcPr>
            <w:tcW w:w="3200" w:type="dxa"/>
            <w:shd w:val="clear" w:color="auto" w:fill="2D2D84"/>
            <w:tcMar>
              <w:top w:w="90" w:type="dxa"/>
              <w:left w:w="110" w:type="dxa"/>
              <w:bottom w:w="90" w:type="dxa"/>
              <w:right w:w="110" w:type="dxa"/>
            </w:tcMar>
            <w:vAlign w:val="center"/>
          </w:tcPr>
          <w:p w14:paraId="38E0E322"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3080" w:type="dxa"/>
            <w:shd w:val="clear" w:color="auto" w:fill="2D2D84"/>
            <w:tcMar>
              <w:top w:w="90" w:type="dxa"/>
              <w:left w:w="110" w:type="dxa"/>
              <w:bottom w:w="90" w:type="dxa"/>
              <w:right w:w="110" w:type="dxa"/>
            </w:tcMar>
            <w:vAlign w:val="center"/>
          </w:tcPr>
          <w:p w14:paraId="267672A2"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8 MW / 32 MWh</w:t>
            </w:r>
          </w:p>
        </w:tc>
        <w:tc>
          <w:tcPr>
            <w:tcW w:w="3080" w:type="dxa"/>
            <w:shd w:val="clear" w:color="auto" w:fill="2D2D84"/>
            <w:tcMar>
              <w:top w:w="90" w:type="dxa"/>
              <w:left w:w="110" w:type="dxa"/>
              <w:bottom w:w="90" w:type="dxa"/>
              <w:right w:w="110" w:type="dxa"/>
            </w:tcMar>
            <w:vAlign w:val="center"/>
          </w:tcPr>
          <w:p w14:paraId="29187E2E"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20 MW / 80 MWh</w:t>
            </w:r>
          </w:p>
        </w:tc>
      </w:tr>
      <w:tr w:rsidR="00B04DB1" w:rsidRPr="00AF6819" w14:paraId="6986B17D" w14:textId="77777777" w:rsidTr="00FA5778">
        <w:trPr>
          <w:jc w:val="center"/>
        </w:trPr>
        <w:tc>
          <w:tcPr>
            <w:tcW w:w="3200" w:type="dxa"/>
            <w:tcMar>
              <w:top w:w="90" w:type="dxa"/>
              <w:left w:w="110" w:type="dxa"/>
              <w:bottom w:w="90" w:type="dxa"/>
              <w:right w:w="110" w:type="dxa"/>
            </w:tcMar>
            <w:vAlign w:val="center"/>
          </w:tcPr>
          <w:p w14:paraId="379E0B1B" w14:textId="77777777" w:rsidR="00B04DB1" w:rsidRPr="00AF6819" w:rsidRDefault="00B04DB1" w:rsidP="00FA5778">
            <w:pPr>
              <w:spacing w:line="240" w:lineRule="auto"/>
              <w:rPr>
                <w:rFonts w:ascii="Arial" w:hAnsi="Arial" w:cs="Arial"/>
              </w:rPr>
            </w:pPr>
            <w:r w:rsidRPr="00AF6819">
              <w:rPr>
                <w:rFonts w:ascii="Arial" w:hAnsi="Arial" w:cs="Arial"/>
              </w:rPr>
              <w:t>Battery units</w:t>
            </w:r>
          </w:p>
        </w:tc>
        <w:tc>
          <w:tcPr>
            <w:tcW w:w="3080" w:type="dxa"/>
            <w:tcMar>
              <w:top w:w="90" w:type="dxa"/>
              <w:left w:w="110" w:type="dxa"/>
              <w:bottom w:w="90" w:type="dxa"/>
              <w:right w:w="110" w:type="dxa"/>
            </w:tcMar>
            <w:vAlign w:val="center"/>
          </w:tcPr>
          <w:p w14:paraId="451CE732"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00DE4195" w14:textId="77777777" w:rsidR="00B04DB1" w:rsidRPr="00AF6819" w:rsidRDefault="00B04DB1" w:rsidP="00FA5778">
            <w:pPr>
              <w:spacing w:line="240" w:lineRule="auto"/>
              <w:rPr>
                <w:rFonts w:ascii="Arial" w:hAnsi="Arial" w:cs="Arial"/>
              </w:rPr>
            </w:pPr>
          </w:p>
        </w:tc>
      </w:tr>
      <w:tr w:rsidR="00B04DB1" w:rsidRPr="00AF6819" w14:paraId="3886CAB9" w14:textId="77777777" w:rsidTr="00FA5778">
        <w:trPr>
          <w:jc w:val="center"/>
        </w:trPr>
        <w:tc>
          <w:tcPr>
            <w:tcW w:w="3200" w:type="dxa"/>
            <w:shd w:val="clear" w:color="auto" w:fill="F8F9FB"/>
            <w:tcMar>
              <w:top w:w="90" w:type="dxa"/>
              <w:left w:w="110" w:type="dxa"/>
              <w:bottom w:w="90" w:type="dxa"/>
              <w:right w:w="110" w:type="dxa"/>
            </w:tcMar>
            <w:vAlign w:val="center"/>
          </w:tcPr>
          <w:p w14:paraId="6F5409BC" w14:textId="77777777" w:rsidR="00B04DB1" w:rsidRPr="00AF6819" w:rsidRDefault="00B04DB1" w:rsidP="00FA5778">
            <w:pPr>
              <w:spacing w:line="240" w:lineRule="auto"/>
              <w:rPr>
                <w:rFonts w:ascii="Arial" w:hAnsi="Arial" w:cs="Arial"/>
              </w:rPr>
            </w:pPr>
            <w:r w:rsidRPr="00AF6819">
              <w:rPr>
                <w:rFonts w:ascii="Arial" w:hAnsi="Arial" w:cs="Arial"/>
              </w:rPr>
              <w:t>PCS units</w:t>
            </w:r>
          </w:p>
        </w:tc>
        <w:tc>
          <w:tcPr>
            <w:tcW w:w="3080" w:type="dxa"/>
            <w:shd w:val="clear" w:color="auto" w:fill="F8F9FB"/>
            <w:tcMar>
              <w:top w:w="90" w:type="dxa"/>
              <w:left w:w="110" w:type="dxa"/>
              <w:bottom w:w="90" w:type="dxa"/>
              <w:right w:w="110" w:type="dxa"/>
            </w:tcMar>
            <w:vAlign w:val="center"/>
          </w:tcPr>
          <w:p w14:paraId="06066A3C" w14:textId="77777777" w:rsidR="00B04DB1" w:rsidRPr="00AF6819" w:rsidRDefault="00B04DB1" w:rsidP="00FA5778">
            <w:pPr>
              <w:spacing w:line="240" w:lineRule="auto"/>
              <w:rPr>
                <w:rFonts w:ascii="Arial" w:hAnsi="Arial" w:cs="Arial"/>
              </w:rPr>
            </w:pPr>
          </w:p>
        </w:tc>
        <w:tc>
          <w:tcPr>
            <w:tcW w:w="3080" w:type="dxa"/>
            <w:shd w:val="clear" w:color="auto" w:fill="F8F9FB"/>
            <w:tcMar>
              <w:top w:w="90" w:type="dxa"/>
              <w:left w:w="110" w:type="dxa"/>
              <w:bottom w:w="90" w:type="dxa"/>
              <w:right w:w="110" w:type="dxa"/>
            </w:tcMar>
            <w:vAlign w:val="center"/>
          </w:tcPr>
          <w:p w14:paraId="3F2639DE" w14:textId="77777777" w:rsidR="00B04DB1" w:rsidRPr="00AF6819" w:rsidRDefault="00B04DB1" w:rsidP="00FA5778">
            <w:pPr>
              <w:spacing w:line="240" w:lineRule="auto"/>
              <w:rPr>
                <w:rFonts w:ascii="Arial" w:hAnsi="Arial" w:cs="Arial"/>
              </w:rPr>
            </w:pPr>
          </w:p>
        </w:tc>
      </w:tr>
      <w:tr w:rsidR="00B04DB1" w:rsidRPr="00AF6819" w14:paraId="641BD493" w14:textId="77777777" w:rsidTr="00FA5778">
        <w:trPr>
          <w:jc w:val="center"/>
        </w:trPr>
        <w:tc>
          <w:tcPr>
            <w:tcW w:w="3200" w:type="dxa"/>
            <w:tcMar>
              <w:top w:w="90" w:type="dxa"/>
              <w:left w:w="110" w:type="dxa"/>
              <w:bottom w:w="90" w:type="dxa"/>
              <w:right w:w="110" w:type="dxa"/>
            </w:tcMar>
            <w:vAlign w:val="center"/>
          </w:tcPr>
          <w:p w14:paraId="261BE337" w14:textId="77777777" w:rsidR="00B04DB1" w:rsidRPr="00AF6819" w:rsidRDefault="00B04DB1" w:rsidP="00FA5778">
            <w:pPr>
              <w:spacing w:line="240" w:lineRule="auto"/>
              <w:rPr>
                <w:rFonts w:ascii="Arial" w:hAnsi="Arial" w:cs="Arial"/>
              </w:rPr>
            </w:pPr>
            <w:r w:rsidRPr="00AF6819">
              <w:rPr>
                <w:rFonts w:ascii="Arial" w:hAnsi="Arial" w:cs="Arial"/>
              </w:rPr>
              <w:t>MV transformers</w:t>
            </w:r>
          </w:p>
        </w:tc>
        <w:tc>
          <w:tcPr>
            <w:tcW w:w="3080" w:type="dxa"/>
            <w:tcMar>
              <w:top w:w="90" w:type="dxa"/>
              <w:left w:w="110" w:type="dxa"/>
              <w:bottom w:w="90" w:type="dxa"/>
              <w:right w:w="110" w:type="dxa"/>
            </w:tcMar>
            <w:vAlign w:val="center"/>
          </w:tcPr>
          <w:p w14:paraId="16E87DD0"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702F5D51" w14:textId="77777777" w:rsidR="00B04DB1" w:rsidRPr="00AF6819" w:rsidRDefault="00B04DB1" w:rsidP="00FA5778">
            <w:pPr>
              <w:spacing w:line="240" w:lineRule="auto"/>
              <w:rPr>
                <w:rFonts w:ascii="Arial" w:hAnsi="Arial" w:cs="Arial"/>
              </w:rPr>
            </w:pPr>
          </w:p>
        </w:tc>
      </w:tr>
      <w:tr w:rsidR="00B04DB1" w:rsidRPr="00AF6819" w14:paraId="4ADFD82C" w14:textId="77777777" w:rsidTr="00FA5778">
        <w:trPr>
          <w:jc w:val="center"/>
        </w:trPr>
        <w:tc>
          <w:tcPr>
            <w:tcW w:w="3200" w:type="dxa"/>
            <w:shd w:val="clear" w:color="auto" w:fill="F8F9FB"/>
            <w:tcMar>
              <w:top w:w="90" w:type="dxa"/>
              <w:left w:w="110" w:type="dxa"/>
              <w:bottom w:w="90" w:type="dxa"/>
              <w:right w:w="110" w:type="dxa"/>
            </w:tcMar>
            <w:vAlign w:val="center"/>
          </w:tcPr>
          <w:p w14:paraId="1AB6F7D4" w14:textId="77777777" w:rsidR="00B04DB1" w:rsidRPr="00AF6819" w:rsidRDefault="00B04DB1" w:rsidP="00FA5778">
            <w:pPr>
              <w:spacing w:line="240" w:lineRule="auto"/>
              <w:rPr>
                <w:rFonts w:ascii="Arial" w:hAnsi="Arial" w:cs="Arial"/>
              </w:rPr>
            </w:pPr>
            <w:r w:rsidRPr="00AF6819">
              <w:rPr>
                <w:rFonts w:ascii="Arial" w:hAnsi="Arial" w:cs="Arial"/>
              </w:rPr>
              <w:t>Switchgear lineups</w:t>
            </w:r>
          </w:p>
        </w:tc>
        <w:tc>
          <w:tcPr>
            <w:tcW w:w="3080" w:type="dxa"/>
            <w:shd w:val="clear" w:color="auto" w:fill="F8F9FB"/>
            <w:tcMar>
              <w:top w:w="90" w:type="dxa"/>
              <w:left w:w="110" w:type="dxa"/>
              <w:bottom w:w="90" w:type="dxa"/>
              <w:right w:w="110" w:type="dxa"/>
            </w:tcMar>
            <w:vAlign w:val="center"/>
          </w:tcPr>
          <w:p w14:paraId="784E2D1F" w14:textId="77777777" w:rsidR="00B04DB1" w:rsidRPr="00AF6819" w:rsidRDefault="00B04DB1" w:rsidP="00FA5778">
            <w:pPr>
              <w:spacing w:line="240" w:lineRule="auto"/>
              <w:rPr>
                <w:rFonts w:ascii="Arial" w:hAnsi="Arial" w:cs="Arial"/>
              </w:rPr>
            </w:pPr>
          </w:p>
        </w:tc>
        <w:tc>
          <w:tcPr>
            <w:tcW w:w="3080" w:type="dxa"/>
            <w:shd w:val="clear" w:color="auto" w:fill="F8F9FB"/>
            <w:tcMar>
              <w:top w:w="90" w:type="dxa"/>
              <w:left w:w="110" w:type="dxa"/>
              <w:bottom w:w="90" w:type="dxa"/>
              <w:right w:w="110" w:type="dxa"/>
            </w:tcMar>
            <w:vAlign w:val="center"/>
          </w:tcPr>
          <w:p w14:paraId="6A25E570" w14:textId="77777777" w:rsidR="00B04DB1" w:rsidRPr="00AF6819" w:rsidRDefault="00B04DB1" w:rsidP="00FA5778">
            <w:pPr>
              <w:spacing w:line="240" w:lineRule="auto"/>
              <w:rPr>
                <w:rFonts w:ascii="Arial" w:hAnsi="Arial" w:cs="Arial"/>
              </w:rPr>
            </w:pPr>
          </w:p>
        </w:tc>
      </w:tr>
      <w:tr w:rsidR="00B04DB1" w:rsidRPr="00AF6819" w14:paraId="467F79CA" w14:textId="77777777" w:rsidTr="00FA5778">
        <w:trPr>
          <w:jc w:val="center"/>
        </w:trPr>
        <w:tc>
          <w:tcPr>
            <w:tcW w:w="3200" w:type="dxa"/>
            <w:tcMar>
              <w:top w:w="90" w:type="dxa"/>
              <w:left w:w="110" w:type="dxa"/>
              <w:bottom w:w="90" w:type="dxa"/>
              <w:right w:w="110" w:type="dxa"/>
            </w:tcMar>
            <w:vAlign w:val="center"/>
          </w:tcPr>
          <w:p w14:paraId="0874EBB3" w14:textId="77777777" w:rsidR="00B04DB1" w:rsidRPr="00AF6819" w:rsidRDefault="00B04DB1" w:rsidP="00FA5778">
            <w:pPr>
              <w:spacing w:line="240" w:lineRule="auto"/>
              <w:rPr>
                <w:rFonts w:ascii="Arial" w:hAnsi="Arial" w:cs="Arial"/>
              </w:rPr>
            </w:pPr>
            <w:r w:rsidRPr="00AF6819">
              <w:rPr>
                <w:rFonts w:ascii="Arial" w:hAnsi="Arial" w:cs="Arial"/>
              </w:rPr>
              <w:t>Footprint dimensions</w:t>
            </w:r>
          </w:p>
        </w:tc>
        <w:tc>
          <w:tcPr>
            <w:tcW w:w="3080" w:type="dxa"/>
            <w:tcMar>
              <w:top w:w="90" w:type="dxa"/>
              <w:left w:w="110" w:type="dxa"/>
              <w:bottom w:w="90" w:type="dxa"/>
              <w:right w:w="110" w:type="dxa"/>
            </w:tcMar>
            <w:vAlign w:val="center"/>
          </w:tcPr>
          <w:p w14:paraId="0882F218"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228E41CF" w14:textId="77777777" w:rsidR="00B04DB1" w:rsidRPr="00AF6819" w:rsidRDefault="00B04DB1" w:rsidP="00FA5778">
            <w:pPr>
              <w:spacing w:line="240" w:lineRule="auto"/>
              <w:rPr>
                <w:rFonts w:ascii="Arial" w:hAnsi="Arial" w:cs="Arial"/>
              </w:rPr>
            </w:pPr>
          </w:p>
        </w:tc>
      </w:tr>
      <w:tr w:rsidR="00B04DB1" w:rsidRPr="00AF6819" w14:paraId="28B75BCB" w14:textId="77777777" w:rsidTr="00FA5778">
        <w:trPr>
          <w:jc w:val="center"/>
        </w:trPr>
        <w:tc>
          <w:tcPr>
            <w:tcW w:w="3200" w:type="dxa"/>
            <w:shd w:val="clear" w:color="auto" w:fill="F8F9FB"/>
            <w:tcMar>
              <w:top w:w="90" w:type="dxa"/>
              <w:left w:w="110" w:type="dxa"/>
              <w:bottom w:w="90" w:type="dxa"/>
              <w:right w:w="110" w:type="dxa"/>
            </w:tcMar>
            <w:vAlign w:val="center"/>
          </w:tcPr>
          <w:p w14:paraId="23702130" w14:textId="77777777" w:rsidR="00B04DB1" w:rsidRPr="00AF6819" w:rsidRDefault="00B04DB1" w:rsidP="00FA5778">
            <w:pPr>
              <w:spacing w:line="240" w:lineRule="auto"/>
              <w:rPr>
                <w:rFonts w:ascii="Arial" w:hAnsi="Arial" w:cs="Arial"/>
              </w:rPr>
            </w:pPr>
            <w:r w:rsidRPr="00AF6819">
              <w:rPr>
                <w:rFonts w:ascii="Arial" w:hAnsi="Arial" w:cs="Arial"/>
              </w:rPr>
              <w:t xml:space="preserve">Estimated </w:t>
            </w:r>
            <w:r w:rsidR="00B95301">
              <w:rPr>
                <w:rFonts w:ascii="Arial" w:hAnsi="Arial" w:cs="Arial"/>
              </w:rPr>
              <w:t>square footage</w:t>
            </w:r>
          </w:p>
        </w:tc>
        <w:tc>
          <w:tcPr>
            <w:tcW w:w="3080" w:type="dxa"/>
            <w:shd w:val="clear" w:color="auto" w:fill="F8F9FB"/>
            <w:tcMar>
              <w:top w:w="90" w:type="dxa"/>
              <w:left w:w="110" w:type="dxa"/>
              <w:bottom w:w="90" w:type="dxa"/>
              <w:right w:w="110" w:type="dxa"/>
            </w:tcMar>
            <w:vAlign w:val="center"/>
          </w:tcPr>
          <w:p w14:paraId="1FB5EA02" w14:textId="77777777" w:rsidR="00B04DB1" w:rsidRPr="00AF6819" w:rsidRDefault="00B04DB1" w:rsidP="00FA5778">
            <w:pPr>
              <w:spacing w:line="240" w:lineRule="auto"/>
              <w:rPr>
                <w:rFonts w:ascii="Arial" w:hAnsi="Arial" w:cs="Arial"/>
              </w:rPr>
            </w:pPr>
          </w:p>
        </w:tc>
        <w:tc>
          <w:tcPr>
            <w:tcW w:w="3080" w:type="dxa"/>
            <w:shd w:val="clear" w:color="auto" w:fill="F8F9FB"/>
            <w:tcMar>
              <w:top w:w="90" w:type="dxa"/>
              <w:left w:w="110" w:type="dxa"/>
              <w:bottom w:w="90" w:type="dxa"/>
              <w:right w:w="110" w:type="dxa"/>
            </w:tcMar>
            <w:vAlign w:val="center"/>
          </w:tcPr>
          <w:p w14:paraId="20DF11B7" w14:textId="77777777" w:rsidR="00B04DB1" w:rsidRPr="00AF6819" w:rsidRDefault="00B04DB1" w:rsidP="00FA5778">
            <w:pPr>
              <w:spacing w:line="240" w:lineRule="auto"/>
              <w:rPr>
                <w:rFonts w:ascii="Arial" w:hAnsi="Arial" w:cs="Arial"/>
              </w:rPr>
            </w:pPr>
          </w:p>
        </w:tc>
      </w:tr>
      <w:tr w:rsidR="00B04DB1" w:rsidRPr="00AF6819" w14:paraId="4F7748C7" w14:textId="77777777" w:rsidTr="00FA5778">
        <w:trPr>
          <w:jc w:val="center"/>
        </w:trPr>
        <w:tc>
          <w:tcPr>
            <w:tcW w:w="3200" w:type="dxa"/>
            <w:tcMar>
              <w:top w:w="90" w:type="dxa"/>
              <w:left w:w="110" w:type="dxa"/>
              <w:bottom w:w="90" w:type="dxa"/>
              <w:right w:w="110" w:type="dxa"/>
            </w:tcMar>
            <w:vAlign w:val="center"/>
          </w:tcPr>
          <w:p w14:paraId="1D494B12" w14:textId="77777777" w:rsidR="00B04DB1" w:rsidRPr="00AF6819" w:rsidRDefault="00B04DB1" w:rsidP="00FA5778">
            <w:pPr>
              <w:spacing w:line="240" w:lineRule="auto"/>
              <w:rPr>
                <w:rFonts w:ascii="Arial" w:hAnsi="Arial" w:cs="Arial"/>
              </w:rPr>
            </w:pPr>
            <w:r w:rsidRPr="00AF6819">
              <w:rPr>
                <w:rFonts w:ascii="Arial" w:hAnsi="Arial" w:cs="Arial"/>
              </w:rPr>
              <w:t>Weight</w:t>
            </w:r>
          </w:p>
        </w:tc>
        <w:tc>
          <w:tcPr>
            <w:tcW w:w="3080" w:type="dxa"/>
            <w:tcMar>
              <w:top w:w="90" w:type="dxa"/>
              <w:left w:w="110" w:type="dxa"/>
              <w:bottom w:w="90" w:type="dxa"/>
              <w:right w:w="110" w:type="dxa"/>
            </w:tcMar>
            <w:vAlign w:val="center"/>
          </w:tcPr>
          <w:p w14:paraId="1FD1C097"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4CD62C88" w14:textId="77777777" w:rsidR="00B04DB1" w:rsidRPr="00AF6819" w:rsidRDefault="00B04DB1" w:rsidP="00FA5778">
            <w:pPr>
              <w:spacing w:line="240" w:lineRule="auto"/>
              <w:rPr>
                <w:rFonts w:ascii="Arial" w:hAnsi="Arial" w:cs="Arial"/>
              </w:rPr>
            </w:pPr>
          </w:p>
        </w:tc>
      </w:tr>
      <w:tr w:rsidR="00B04DB1" w:rsidRPr="00AF6819" w14:paraId="76479EA0" w14:textId="77777777" w:rsidTr="00FA5778">
        <w:trPr>
          <w:jc w:val="center"/>
        </w:trPr>
        <w:tc>
          <w:tcPr>
            <w:tcW w:w="3200" w:type="dxa"/>
            <w:shd w:val="clear" w:color="auto" w:fill="F8F9FB"/>
            <w:tcMar>
              <w:top w:w="90" w:type="dxa"/>
              <w:left w:w="110" w:type="dxa"/>
              <w:bottom w:w="90" w:type="dxa"/>
              <w:right w:w="110" w:type="dxa"/>
            </w:tcMar>
            <w:vAlign w:val="center"/>
          </w:tcPr>
          <w:p w14:paraId="2E2FDF4C" w14:textId="77777777" w:rsidR="00B04DB1" w:rsidRPr="00AF6819" w:rsidRDefault="00B04DB1" w:rsidP="00FA5778">
            <w:pPr>
              <w:spacing w:line="240" w:lineRule="auto"/>
              <w:rPr>
                <w:rFonts w:ascii="Arial" w:hAnsi="Arial" w:cs="Arial"/>
              </w:rPr>
            </w:pPr>
            <w:r w:rsidRPr="00AF6819">
              <w:rPr>
                <w:rFonts w:ascii="Arial" w:hAnsi="Arial" w:cs="Arial"/>
              </w:rPr>
              <w:t>Road access width</w:t>
            </w:r>
          </w:p>
        </w:tc>
        <w:tc>
          <w:tcPr>
            <w:tcW w:w="3080" w:type="dxa"/>
            <w:shd w:val="clear" w:color="auto" w:fill="F8F9FB"/>
            <w:tcMar>
              <w:top w:w="90" w:type="dxa"/>
              <w:left w:w="110" w:type="dxa"/>
              <w:bottom w:w="90" w:type="dxa"/>
              <w:right w:w="110" w:type="dxa"/>
            </w:tcMar>
            <w:vAlign w:val="center"/>
          </w:tcPr>
          <w:p w14:paraId="7D963AC0" w14:textId="77777777" w:rsidR="00B04DB1" w:rsidRPr="00AF6819" w:rsidRDefault="00B04DB1" w:rsidP="00FA5778">
            <w:pPr>
              <w:spacing w:line="240" w:lineRule="auto"/>
              <w:rPr>
                <w:rFonts w:ascii="Arial" w:hAnsi="Arial" w:cs="Arial"/>
              </w:rPr>
            </w:pPr>
          </w:p>
        </w:tc>
        <w:tc>
          <w:tcPr>
            <w:tcW w:w="3080" w:type="dxa"/>
            <w:shd w:val="clear" w:color="auto" w:fill="F8F9FB"/>
            <w:tcMar>
              <w:top w:w="90" w:type="dxa"/>
              <w:left w:w="110" w:type="dxa"/>
              <w:bottom w:w="90" w:type="dxa"/>
              <w:right w:w="110" w:type="dxa"/>
            </w:tcMar>
            <w:vAlign w:val="center"/>
          </w:tcPr>
          <w:p w14:paraId="0758D748" w14:textId="77777777" w:rsidR="00B04DB1" w:rsidRPr="00AF6819" w:rsidRDefault="00B04DB1" w:rsidP="00FA5778">
            <w:pPr>
              <w:spacing w:line="240" w:lineRule="auto"/>
              <w:rPr>
                <w:rFonts w:ascii="Arial" w:hAnsi="Arial" w:cs="Arial"/>
              </w:rPr>
            </w:pPr>
          </w:p>
        </w:tc>
      </w:tr>
      <w:tr w:rsidR="00B04DB1" w:rsidRPr="00AF6819" w14:paraId="03413A43" w14:textId="77777777" w:rsidTr="00FA5778">
        <w:trPr>
          <w:jc w:val="center"/>
        </w:trPr>
        <w:tc>
          <w:tcPr>
            <w:tcW w:w="3200" w:type="dxa"/>
            <w:tcMar>
              <w:top w:w="90" w:type="dxa"/>
              <w:left w:w="110" w:type="dxa"/>
              <w:bottom w:w="90" w:type="dxa"/>
              <w:right w:w="110" w:type="dxa"/>
            </w:tcMar>
            <w:vAlign w:val="center"/>
          </w:tcPr>
          <w:p w14:paraId="349D462E" w14:textId="77777777" w:rsidR="00B04DB1" w:rsidRPr="00AF6819" w:rsidRDefault="00B04DB1" w:rsidP="00FA5778">
            <w:pPr>
              <w:spacing w:line="240" w:lineRule="auto"/>
              <w:rPr>
                <w:rFonts w:ascii="Arial" w:hAnsi="Arial" w:cs="Arial"/>
              </w:rPr>
            </w:pPr>
            <w:r w:rsidRPr="00AF6819">
              <w:rPr>
                <w:rFonts w:ascii="Arial" w:hAnsi="Arial" w:cs="Arial"/>
              </w:rPr>
              <w:t>Fire and maintenance clearances</w:t>
            </w:r>
          </w:p>
        </w:tc>
        <w:tc>
          <w:tcPr>
            <w:tcW w:w="3080" w:type="dxa"/>
            <w:tcMar>
              <w:top w:w="90" w:type="dxa"/>
              <w:left w:w="110" w:type="dxa"/>
              <w:bottom w:w="90" w:type="dxa"/>
              <w:right w:w="110" w:type="dxa"/>
            </w:tcMar>
            <w:vAlign w:val="center"/>
          </w:tcPr>
          <w:p w14:paraId="109A157A"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023696BB" w14:textId="77777777" w:rsidR="00B04DB1" w:rsidRPr="00AF6819" w:rsidRDefault="00B04DB1" w:rsidP="00FA5778">
            <w:pPr>
              <w:spacing w:line="240" w:lineRule="auto"/>
              <w:rPr>
                <w:rFonts w:ascii="Arial" w:hAnsi="Arial" w:cs="Arial"/>
              </w:rPr>
            </w:pPr>
          </w:p>
        </w:tc>
      </w:tr>
      <w:tr w:rsidR="00B04DB1" w:rsidRPr="00AF6819" w14:paraId="32EF8E06" w14:textId="77777777" w:rsidTr="00FA5778">
        <w:trPr>
          <w:jc w:val="center"/>
        </w:trPr>
        <w:tc>
          <w:tcPr>
            <w:tcW w:w="3200" w:type="dxa"/>
            <w:shd w:val="clear" w:color="auto" w:fill="F8F9FB"/>
            <w:tcMar>
              <w:top w:w="90" w:type="dxa"/>
              <w:left w:w="110" w:type="dxa"/>
              <w:bottom w:w="90" w:type="dxa"/>
              <w:right w:w="110" w:type="dxa"/>
            </w:tcMar>
            <w:vAlign w:val="center"/>
          </w:tcPr>
          <w:p w14:paraId="7864C3E7" w14:textId="77777777" w:rsidR="00B04DB1" w:rsidRPr="00AF6819" w:rsidRDefault="00B04DB1" w:rsidP="00FA5778">
            <w:pPr>
              <w:spacing w:line="240" w:lineRule="auto"/>
              <w:rPr>
                <w:rFonts w:ascii="Arial" w:hAnsi="Arial" w:cs="Arial"/>
              </w:rPr>
            </w:pPr>
            <w:r w:rsidRPr="00AF6819">
              <w:rPr>
                <w:rFonts w:ascii="Arial" w:hAnsi="Arial" w:cs="Arial"/>
              </w:rPr>
              <w:t>Foundation reactions available</w:t>
            </w:r>
          </w:p>
        </w:tc>
        <w:tc>
          <w:tcPr>
            <w:tcW w:w="3080" w:type="dxa"/>
            <w:shd w:val="clear" w:color="auto" w:fill="F8F9FB"/>
            <w:tcMar>
              <w:top w:w="90" w:type="dxa"/>
              <w:left w:w="110" w:type="dxa"/>
              <w:bottom w:w="90" w:type="dxa"/>
              <w:right w:w="110" w:type="dxa"/>
            </w:tcMar>
            <w:vAlign w:val="center"/>
          </w:tcPr>
          <w:p w14:paraId="4CBC6229" w14:textId="77777777" w:rsidR="00B04DB1" w:rsidRPr="00AF6819" w:rsidRDefault="00B04DB1" w:rsidP="00FA5778">
            <w:pPr>
              <w:spacing w:line="240" w:lineRule="auto"/>
              <w:rPr>
                <w:rFonts w:ascii="Arial" w:hAnsi="Arial" w:cs="Arial"/>
              </w:rPr>
            </w:pPr>
          </w:p>
        </w:tc>
        <w:tc>
          <w:tcPr>
            <w:tcW w:w="3080" w:type="dxa"/>
            <w:shd w:val="clear" w:color="auto" w:fill="F8F9FB"/>
            <w:tcMar>
              <w:top w:w="90" w:type="dxa"/>
              <w:left w:w="110" w:type="dxa"/>
              <w:bottom w:w="90" w:type="dxa"/>
              <w:right w:w="110" w:type="dxa"/>
            </w:tcMar>
            <w:vAlign w:val="center"/>
          </w:tcPr>
          <w:p w14:paraId="720E8ACB" w14:textId="77777777" w:rsidR="00B04DB1" w:rsidRPr="00AF6819" w:rsidRDefault="00B04DB1" w:rsidP="00FA5778">
            <w:pPr>
              <w:spacing w:line="240" w:lineRule="auto"/>
              <w:rPr>
                <w:rFonts w:ascii="Arial" w:hAnsi="Arial" w:cs="Arial"/>
              </w:rPr>
            </w:pPr>
          </w:p>
        </w:tc>
      </w:tr>
      <w:tr w:rsidR="00B04DB1" w:rsidRPr="00AF6819" w14:paraId="1E84CE75" w14:textId="77777777" w:rsidTr="00FA5778">
        <w:trPr>
          <w:jc w:val="center"/>
        </w:trPr>
        <w:tc>
          <w:tcPr>
            <w:tcW w:w="3200" w:type="dxa"/>
            <w:tcMar>
              <w:top w:w="90" w:type="dxa"/>
              <w:left w:w="110" w:type="dxa"/>
              <w:bottom w:w="90" w:type="dxa"/>
              <w:right w:w="110" w:type="dxa"/>
            </w:tcMar>
            <w:vAlign w:val="center"/>
          </w:tcPr>
          <w:p w14:paraId="2B2854D2" w14:textId="77777777" w:rsidR="00B04DB1" w:rsidRPr="00AF6819" w:rsidRDefault="00B04DB1" w:rsidP="00FA5778">
            <w:pPr>
              <w:spacing w:line="240" w:lineRule="auto"/>
              <w:rPr>
                <w:rFonts w:ascii="Arial" w:hAnsi="Arial" w:cs="Arial"/>
              </w:rPr>
            </w:pPr>
            <w:r w:rsidRPr="00AF6819">
              <w:rPr>
                <w:rFonts w:ascii="Arial" w:hAnsi="Arial" w:cs="Arial"/>
              </w:rPr>
              <w:t>Net rating confirmed</w:t>
            </w:r>
          </w:p>
        </w:tc>
        <w:tc>
          <w:tcPr>
            <w:tcW w:w="3080" w:type="dxa"/>
            <w:tcMar>
              <w:top w:w="90" w:type="dxa"/>
              <w:left w:w="110" w:type="dxa"/>
              <w:bottom w:w="90" w:type="dxa"/>
              <w:right w:w="110" w:type="dxa"/>
            </w:tcMar>
            <w:vAlign w:val="center"/>
          </w:tcPr>
          <w:p w14:paraId="454AD18F" w14:textId="77777777" w:rsidR="00B04DB1" w:rsidRPr="00AF6819" w:rsidRDefault="00B04DB1" w:rsidP="00FA5778">
            <w:pPr>
              <w:spacing w:line="240" w:lineRule="auto"/>
              <w:rPr>
                <w:rFonts w:ascii="Arial" w:hAnsi="Arial" w:cs="Arial"/>
              </w:rPr>
            </w:pPr>
          </w:p>
        </w:tc>
        <w:tc>
          <w:tcPr>
            <w:tcW w:w="3080" w:type="dxa"/>
            <w:tcMar>
              <w:top w:w="90" w:type="dxa"/>
              <w:left w:w="110" w:type="dxa"/>
              <w:bottom w:w="90" w:type="dxa"/>
              <w:right w:w="110" w:type="dxa"/>
            </w:tcMar>
            <w:vAlign w:val="center"/>
          </w:tcPr>
          <w:p w14:paraId="6256298C" w14:textId="77777777" w:rsidR="00B04DB1" w:rsidRPr="00AF6819" w:rsidRDefault="00B04DB1" w:rsidP="00FA5778">
            <w:pPr>
              <w:spacing w:line="240" w:lineRule="auto"/>
              <w:rPr>
                <w:rFonts w:ascii="Arial" w:hAnsi="Arial" w:cs="Arial"/>
              </w:rPr>
            </w:pPr>
          </w:p>
        </w:tc>
      </w:tr>
    </w:tbl>
    <w:p w14:paraId="67F115E0" w14:textId="77777777" w:rsidR="00B04DB1" w:rsidRDefault="00B04DB1" w:rsidP="00B04DB1">
      <w:pPr>
        <w:spacing w:after="0"/>
      </w:pPr>
    </w:p>
    <w:p w14:paraId="26E11522"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E.5 Safety and Certifications</w:t>
      </w:r>
    </w:p>
    <w:tbl>
      <w:tblPr>
        <w:tblStyle w:val="TableGrid"/>
        <w:tblW w:w="9360" w:type="dxa"/>
        <w:jc w:val="center"/>
        <w:tblLayout w:type="fixed"/>
        <w:tblLook w:val="04A0" w:firstRow="1" w:lastRow="0" w:firstColumn="1" w:lastColumn="0" w:noHBand="0" w:noVBand="1"/>
      </w:tblPr>
      <w:tblGrid>
        <w:gridCol w:w="3000"/>
        <w:gridCol w:w="1600"/>
        <w:gridCol w:w="2200"/>
        <w:gridCol w:w="2560"/>
      </w:tblGrid>
      <w:tr w:rsidR="00B04DB1" w:rsidRPr="00AF6819" w14:paraId="0C9AA1AA" w14:textId="77777777" w:rsidTr="00FA5778">
        <w:trPr>
          <w:tblHeader/>
          <w:jc w:val="center"/>
        </w:trPr>
        <w:tc>
          <w:tcPr>
            <w:tcW w:w="3000" w:type="dxa"/>
            <w:shd w:val="clear" w:color="auto" w:fill="2D2D84"/>
            <w:tcMar>
              <w:top w:w="90" w:type="dxa"/>
              <w:left w:w="110" w:type="dxa"/>
              <w:bottom w:w="90" w:type="dxa"/>
              <w:right w:w="110" w:type="dxa"/>
            </w:tcMar>
            <w:vAlign w:val="center"/>
          </w:tcPr>
          <w:p w14:paraId="23F47C44"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Standard / deliverable</w:t>
            </w:r>
          </w:p>
        </w:tc>
        <w:tc>
          <w:tcPr>
            <w:tcW w:w="1600" w:type="dxa"/>
            <w:shd w:val="clear" w:color="auto" w:fill="2D2D84"/>
            <w:tcMar>
              <w:top w:w="90" w:type="dxa"/>
              <w:left w:w="110" w:type="dxa"/>
              <w:bottom w:w="90" w:type="dxa"/>
              <w:right w:w="110" w:type="dxa"/>
            </w:tcMar>
            <w:vAlign w:val="center"/>
          </w:tcPr>
          <w:p w14:paraId="754FF80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Status</w:t>
            </w:r>
          </w:p>
        </w:tc>
        <w:tc>
          <w:tcPr>
            <w:tcW w:w="2200" w:type="dxa"/>
            <w:shd w:val="clear" w:color="auto" w:fill="2D2D84"/>
            <w:tcMar>
              <w:top w:w="90" w:type="dxa"/>
              <w:left w:w="110" w:type="dxa"/>
              <w:bottom w:w="90" w:type="dxa"/>
              <w:right w:w="110" w:type="dxa"/>
            </w:tcMar>
            <w:vAlign w:val="center"/>
          </w:tcPr>
          <w:p w14:paraId="17EBB8CE"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Body and date</w:t>
            </w:r>
          </w:p>
        </w:tc>
        <w:tc>
          <w:tcPr>
            <w:tcW w:w="2560" w:type="dxa"/>
            <w:shd w:val="clear" w:color="auto" w:fill="2D2D84"/>
            <w:tcMar>
              <w:top w:w="90" w:type="dxa"/>
              <w:left w:w="110" w:type="dxa"/>
              <w:bottom w:w="90" w:type="dxa"/>
              <w:right w:w="110" w:type="dxa"/>
            </w:tcMar>
            <w:vAlign w:val="center"/>
          </w:tcPr>
          <w:p w14:paraId="491D8596"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Attachment</w:t>
            </w:r>
          </w:p>
        </w:tc>
      </w:tr>
      <w:tr w:rsidR="00B04DB1" w:rsidRPr="00AF6819" w14:paraId="3324A248" w14:textId="77777777" w:rsidTr="00FA5778">
        <w:trPr>
          <w:jc w:val="center"/>
        </w:trPr>
        <w:tc>
          <w:tcPr>
            <w:tcW w:w="3000" w:type="dxa"/>
            <w:tcMar>
              <w:top w:w="90" w:type="dxa"/>
              <w:left w:w="110" w:type="dxa"/>
              <w:bottom w:w="90" w:type="dxa"/>
              <w:right w:w="110" w:type="dxa"/>
            </w:tcMar>
            <w:vAlign w:val="center"/>
          </w:tcPr>
          <w:p w14:paraId="2338A5E4" w14:textId="77777777" w:rsidR="00B04DB1" w:rsidRPr="00AF6819" w:rsidRDefault="00B04DB1" w:rsidP="00FA5778">
            <w:pPr>
              <w:spacing w:line="240" w:lineRule="auto"/>
              <w:rPr>
                <w:rFonts w:ascii="Arial" w:hAnsi="Arial" w:cs="Arial"/>
              </w:rPr>
            </w:pPr>
            <w:r w:rsidRPr="00AF6819">
              <w:rPr>
                <w:rFonts w:ascii="Arial" w:hAnsi="Arial" w:cs="Arial"/>
              </w:rPr>
              <w:t>UL 9540</w:t>
            </w:r>
          </w:p>
        </w:tc>
        <w:tc>
          <w:tcPr>
            <w:tcW w:w="1600" w:type="dxa"/>
            <w:tcMar>
              <w:top w:w="90" w:type="dxa"/>
              <w:left w:w="110" w:type="dxa"/>
              <w:bottom w:w="90" w:type="dxa"/>
              <w:right w:w="110" w:type="dxa"/>
            </w:tcMar>
            <w:vAlign w:val="center"/>
          </w:tcPr>
          <w:p w14:paraId="4F40D8F8"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05D08454"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2B714303" w14:textId="77777777" w:rsidR="00B04DB1" w:rsidRPr="00AF6819" w:rsidRDefault="00B04DB1" w:rsidP="00FA5778">
            <w:pPr>
              <w:spacing w:line="240" w:lineRule="auto"/>
              <w:rPr>
                <w:rFonts w:ascii="Arial" w:hAnsi="Arial" w:cs="Arial"/>
              </w:rPr>
            </w:pPr>
          </w:p>
        </w:tc>
      </w:tr>
      <w:tr w:rsidR="00B04DB1" w:rsidRPr="00AF6819" w14:paraId="3FA4C079" w14:textId="77777777" w:rsidTr="00FA5778">
        <w:trPr>
          <w:jc w:val="center"/>
        </w:trPr>
        <w:tc>
          <w:tcPr>
            <w:tcW w:w="3000" w:type="dxa"/>
            <w:shd w:val="clear" w:color="auto" w:fill="F8F9FB"/>
            <w:tcMar>
              <w:top w:w="90" w:type="dxa"/>
              <w:left w:w="110" w:type="dxa"/>
              <w:bottom w:w="90" w:type="dxa"/>
              <w:right w:w="110" w:type="dxa"/>
            </w:tcMar>
            <w:vAlign w:val="center"/>
          </w:tcPr>
          <w:p w14:paraId="1F7275FB" w14:textId="77777777" w:rsidR="00B04DB1" w:rsidRPr="00AF6819" w:rsidRDefault="00B04DB1" w:rsidP="00FA5778">
            <w:pPr>
              <w:spacing w:line="240" w:lineRule="auto"/>
              <w:rPr>
                <w:rFonts w:ascii="Arial" w:hAnsi="Arial" w:cs="Arial"/>
              </w:rPr>
            </w:pPr>
            <w:r w:rsidRPr="00AF6819">
              <w:rPr>
                <w:rFonts w:ascii="Arial" w:hAnsi="Arial" w:cs="Arial"/>
              </w:rPr>
              <w:t>UL 9540A report</w:t>
            </w:r>
          </w:p>
        </w:tc>
        <w:tc>
          <w:tcPr>
            <w:tcW w:w="1600" w:type="dxa"/>
            <w:shd w:val="clear" w:color="auto" w:fill="F8F9FB"/>
            <w:tcMar>
              <w:top w:w="90" w:type="dxa"/>
              <w:left w:w="110" w:type="dxa"/>
              <w:bottom w:w="90" w:type="dxa"/>
              <w:right w:w="110" w:type="dxa"/>
            </w:tcMar>
            <w:vAlign w:val="center"/>
          </w:tcPr>
          <w:p w14:paraId="0524DF26"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72917AC9"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522063E2" w14:textId="77777777" w:rsidR="00B04DB1" w:rsidRPr="00AF6819" w:rsidRDefault="00B04DB1" w:rsidP="00FA5778">
            <w:pPr>
              <w:spacing w:line="240" w:lineRule="auto"/>
              <w:rPr>
                <w:rFonts w:ascii="Arial" w:hAnsi="Arial" w:cs="Arial"/>
              </w:rPr>
            </w:pPr>
          </w:p>
        </w:tc>
      </w:tr>
      <w:tr w:rsidR="00B04DB1" w:rsidRPr="00AF6819" w14:paraId="7F920E39" w14:textId="77777777" w:rsidTr="00FA5778">
        <w:trPr>
          <w:jc w:val="center"/>
        </w:trPr>
        <w:tc>
          <w:tcPr>
            <w:tcW w:w="3000" w:type="dxa"/>
            <w:tcMar>
              <w:top w:w="90" w:type="dxa"/>
              <w:left w:w="110" w:type="dxa"/>
              <w:bottom w:w="90" w:type="dxa"/>
              <w:right w:w="110" w:type="dxa"/>
            </w:tcMar>
            <w:vAlign w:val="center"/>
          </w:tcPr>
          <w:p w14:paraId="2E78C6F6" w14:textId="77777777" w:rsidR="00B04DB1" w:rsidRPr="00AF6819" w:rsidRDefault="00B04DB1" w:rsidP="00FA5778">
            <w:pPr>
              <w:spacing w:line="240" w:lineRule="auto"/>
              <w:rPr>
                <w:rFonts w:ascii="Arial" w:hAnsi="Arial" w:cs="Arial"/>
              </w:rPr>
            </w:pPr>
            <w:r w:rsidRPr="00AF6819">
              <w:rPr>
                <w:rFonts w:ascii="Arial" w:hAnsi="Arial" w:cs="Arial"/>
              </w:rPr>
              <w:t>UL 1741</w:t>
            </w:r>
          </w:p>
        </w:tc>
        <w:tc>
          <w:tcPr>
            <w:tcW w:w="1600" w:type="dxa"/>
            <w:tcMar>
              <w:top w:w="90" w:type="dxa"/>
              <w:left w:w="110" w:type="dxa"/>
              <w:bottom w:w="90" w:type="dxa"/>
              <w:right w:w="110" w:type="dxa"/>
            </w:tcMar>
            <w:vAlign w:val="center"/>
          </w:tcPr>
          <w:p w14:paraId="6A759F82"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3D753DC1"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55CEF4CC" w14:textId="77777777" w:rsidR="00B04DB1" w:rsidRPr="00AF6819" w:rsidRDefault="00B04DB1" w:rsidP="00FA5778">
            <w:pPr>
              <w:spacing w:line="240" w:lineRule="auto"/>
              <w:rPr>
                <w:rFonts w:ascii="Arial" w:hAnsi="Arial" w:cs="Arial"/>
              </w:rPr>
            </w:pPr>
          </w:p>
        </w:tc>
      </w:tr>
      <w:tr w:rsidR="00B04DB1" w:rsidRPr="00AF6819" w14:paraId="47917A53" w14:textId="77777777" w:rsidTr="00FA5778">
        <w:trPr>
          <w:jc w:val="center"/>
        </w:trPr>
        <w:tc>
          <w:tcPr>
            <w:tcW w:w="3000" w:type="dxa"/>
            <w:shd w:val="clear" w:color="auto" w:fill="F8F9FB"/>
            <w:tcMar>
              <w:top w:w="90" w:type="dxa"/>
              <w:left w:w="110" w:type="dxa"/>
              <w:bottom w:w="90" w:type="dxa"/>
              <w:right w:w="110" w:type="dxa"/>
            </w:tcMar>
            <w:vAlign w:val="center"/>
          </w:tcPr>
          <w:p w14:paraId="213891ED" w14:textId="77777777" w:rsidR="00B04DB1" w:rsidRPr="00AF6819" w:rsidRDefault="00B04DB1" w:rsidP="00FA5778">
            <w:pPr>
              <w:spacing w:line="240" w:lineRule="auto"/>
              <w:rPr>
                <w:rFonts w:ascii="Arial" w:hAnsi="Arial" w:cs="Arial"/>
              </w:rPr>
            </w:pPr>
            <w:r w:rsidRPr="00AF6819">
              <w:rPr>
                <w:rFonts w:ascii="Arial" w:hAnsi="Arial" w:cs="Arial"/>
              </w:rPr>
              <w:t>IEEE 1547 and 1547.1</w:t>
            </w:r>
          </w:p>
        </w:tc>
        <w:tc>
          <w:tcPr>
            <w:tcW w:w="1600" w:type="dxa"/>
            <w:shd w:val="clear" w:color="auto" w:fill="F8F9FB"/>
            <w:tcMar>
              <w:top w:w="90" w:type="dxa"/>
              <w:left w:w="110" w:type="dxa"/>
              <w:bottom w:w="90" w:type="dxa"/>
              <w:right w:w="110" w:type="dxa"/>
            </w:tcMar>
            <w:vAlign w:val="center"/>
          </w:tcPr>
          <w:p w14:paraId="1242F642"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2DEE0E8E"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20B1297E" w14:textId="77777777" w:rsidR="00B04DB1" w:rsidRPr="00AF6819" w:rsidRDefault="00B04DB1" w:rsidP="00FA5778">
            <w:pPr>
              <w:spacing w:line="240" w:lineRule="auto"/>
              <w:rPr>
                <w:rFonts w:ascii="Arial" w:hAnsi="Arial" w:cs="Arial"/>
              </w:rPr>
            </w:pPr>
          </w:p>
        </w:tc>
      </w:tr>
      <w:tr w:rsidR="00B04DB1" w:rsidRPr="00AF6819" w14:paraId="14B7652A" w14:textId="77777777" w:rsidTr="00FA5778">
        <w:trPr>
          <w:jc w:val="center"/>
        </w:trPr>
        <w:tc>
          <w:tcPr>
            <w:tcW w:w="3000" w:type="dxa"/>
            <w:tcMar>
              <w:top w:w="90" w:type="dxa"/>
              <w:left w:w="110" w:type="dxa"/>
              <w:bottom w:w="90" w:type="dxa"/>
              <w:right w:w="110" w:type="dxa"/>
            </w:tcMar>
            <w:vAlign w:val="center"/>
          </w:tcPr>
          <w:p w14:paraId="330E9ACB" w14:textId="77777777" w:rsidR="00B04DB1" w:rsidRPr="00AF6819" w:rsidRDefault="00B04DB1" w:rsidP="00FA5778">
            <w:pPr>
              <w:spacing w:line="240" w:lineRule="auto"/>
              <w:rPr>
                <w:rFonts w:ascii="Arial" w:hAnsi="Arial" w:cs="Arial"/>
              </w:rPr>
            </w:pPr>
            <w:r w:rsidRPr="00AF6819">
              <w:rPr>
                <w:rFonts w:ascii="Arial" w:hAnsi="Arial" w:cs="Arial"/>
              </w:rPr>
              <w:t>NFPA 855 code matrix</w:t>
            </w:r>
          </w:p>
        </w:tc>
        <w:tc>
          <w:tcPr>
            <w:tcW w:w="1600" w:type="dxa"/>
            <w:tcMar>
              <w:top w:w="90" w:type="dxa"/>
              <w:left w:w="110" w:type="dxa"/>
              <w:bottom w:w="90" w:type="dxa"/>
              <w:right w:w="110" w:type="dxa"/>
            </w:tcMar>
            <w:vAlign w:val="center"/>
          </w:tcPr>
          <w:p w14:paraId="52553304"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2992EF0E"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04E9B452" w14:textId="77777777" w:rsidR="00B04DB1" w:rsidRPr="00AF6819" w:rsidRDefault="00B04DB1" w:rsidP="00FA5778">
            <w:pPr>
              <w:spacing w:line="240" w:lineRule="auto"/>
              <w:rPr>
                <w:rFonts w:ascii="Arial" w:hAnsi="Arial" w:cs="Arial"/>
              </w:rPr>
            </w:pPr>
          </w:p>
        </w:tc>
      </w:tr>
      <w:tr w:rsidR="00B04DB1" w:rsidRPr="00AF6819" w14:paraId="4B8C8818" w14:textId="77777777" w:rsidTr="00FA5778">
        <w:trPr>
          <w:jc w:val="center"/>
        </w:trPr>
        <w:tc>
          <w:tcPr>
            <w:tcW w:w="3000" w:type="dxa"/>
            <w:shd w:val="clear" w:color="auto" w:fill="F8F9FB"/>
            <w:tcMar>
              <w:top w:w="90" w:type="dxa"/>
              <w:left w:w="110" w:type="dxa"/>
              <w:bottom w:w="90" w:type="dxa"/>
              <w:right w:w="110" w:type="dxa"/>
            </w:tcMar>
            <w:vAlign w:val="center"/>
          </w:tcPr>
          <w:p w14:paraId="5AB0B8A6" w14:textId="77777777" w:rsidR="00B04DB1" w:rsidRPr="00AF6819" w:rsidRDefault="00B04DB1" w:rsidP="00FA5778">
            <w:pPr>
              <w:spacing w:line="240" w:lineRule="auto"/>
              <w:rPr>
                <w:rFonts w:ascii="Arial" w:hAnsi="Arial" w:cs="Arial"/>
              </w:rPr>
            </w:pPr>
            <w:r w:rsidRPr="00AF6819">
              <w:rPr>
                <w:rFonts w:ascii="Arial" w:hAnsi="Arial" w:cs="Arial"/>
              </w:rPr>
              <w:t>Hazard mitigation analysis</w:t>
            </w:r>
          </w:p>
        </w:tc>
        <w:tc>
          <w:tcPr>
            <w:tcW w:w="1600" w:type="dxa"/>
            <w:shd w:val="clear" w:color="auto" w:fill="F8F9FB"/>
            <w:tcMar>
              <w:top w:w="90" w:type="dxa"/>
              <w:left w:w="110" w:type="dxa"/>
              <w:bottom w:w="90" w:type="dxa"/>
              <w:right w:w="110" w:type="dxa"/>
            </w:tcMar>
            <w:vAlign w:val="center"/>
          </w:tcPr>
          <w:p w14:paraId="48A8A194"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084B8C7A"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5558D266" w14:textId="77777777" w:rsidR="00B04DB1" w:rsidRPr="00AF6819" w:rsidRDefault="00B04DB1" w:rsidP="00FA5778">
            <w:pPr>
              <w:spacing w:line="240" w:lineRule="auto"/>
              <w:rPr>
                <w:rFonts w:ascii="Arial" w:hAnsi="Arial" w:cs="Arial"/>
              </w:rPr>
            </w:pPr>
          </w:p>
        </w:tc>
      </w:tr>
      <w:tr w:rsidR="00B04DB1" w:rsidRPr="00AF6819" w14:paraId="3FFBD00C" w14:textId="77777777" w:rsidTr="00FA5778">
        <w:trPr>
          <w:jc w:val="center"/>
        </w:trPr>
        <w:tc>
          <w:tcPr>
            <w:tcW w:w="3000" w:type="dxa"/>
            <w:tcMar>
              <w:top w:w="90" w:type="dxa"/>
              <w:left w:w="110" w:type="dxa"/>
              <w:bottom w:w="90" w:type="dxa"/>
              <w:right w:w="110" w:type="dxa"/>
            </w:tcMar>
            <w:vAlign w:val="center"/>
          </w:tcPr>
          <w:p w14:paraId="694DCFEA" w14:textId="77777777" w:rsidR="00B04DB1" w:rsidRPr="00AF6819" w:rsidRDefault="00B04DB1" w:rsidP="00FA5778">
            <w:pPr>
              <w:spacing w:line="240" w:lineRule="auto"/>
              <w:rPr>
                <w:rFonts w:ascii="Arial" w:hAnsi="Arial" w:cs="Arial"/>
              </w:rPr>
            </w:pPr>
            <w:r w:rsidRPr="00AF6819">
              <w:rPr>
                <w:rFonts w:ascii="Arial" w:hAnsi="Arial" w:cs="Arial"/>
              </w:rPr>
              <w:t>Emergency response plan</w:t>
            </w:r>
          </w:p>
        </w:tc>
        <w:tc>
          <w:tcPr>
            <w:tcW w:w="1600" w:type="dxa"/>
            <w:tcMar>
              <w:top w:w="90" w:type="dxa"/>
              <w:left w:w="110" w:type="dxa"/>
              <w:bottom w:w="90" w:type="dxa"/>
              <w:right w:w="110" w:type="dxa"/>
            </w:tcMar>
            <w:vAlign w:val="center"/>
          </w:tcPr>
          <w:p w14:paraId="692E43FC"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2EF2FDAE"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3AFABB9A" w14:textId="77777777" w:rsidR="00B04DB1" w:rsidRPr="00AF6819" w:rsidRDefault="00B04DB1" w:rsidP="00FA5778">
            <w:pPr>
              <w:spacing w:line="240" w:lineRule="auto"/>
              <w:rPr>
                <w:rFonts w:ascii="Arial" w:hAnsi="Arial" w:cs="Arial"/>
              </w:rPr>
            </w:pPr>
          </w:p>
        </w:tc>
      </w:tr>
    </w:tbl>
    <w:p w14:paraId="3A6932AD" w14:textId="77777777" w:rsidR="00B04DB1" w:rsidRDefault="00B04DB1" w:rsidP="00B04DB1">
      <w:pPr>
        <w:spacing w:after="0"/>
      </w:pPr>
    </w:p>
    <w:p w14:paraId="70C9FA46" w14:textId="77777777" w:rsidR="00FB38A5" w:rsidRDefault="00FB38A5">
      <w:pPr>
        <w:spacing w:line="278" w:lineRule="auto"/>
        <w:rPr>
          <w:rFonts w:ascii="Arial" w:eastAsiaTheme="majorEastAsia" w:hAnsi="Arial" w:cs="Arial"/>
          <w:b/>
          <w:color w:val="78AA65"/>
          <w:sz w:val="28"/>
          <w:szCs w:val="28"/>
        </w:rPr>
      </w:pPr>
      <w:r>
        <w:rPr>
          <w:rFonts w:ascii="Arial" w:hAnsi="Arial" w:cs="Arial"/>
          <w:color w:val="78AA65"/>
          <w:sz w:val="28"/>
          <w:szCs w:val="28"/>
        </w:rPr>
        <w:br w:type="page"/>
      </w:r>
    </w:p>
    <w:p w14:paraId="0F93510F"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lastRenderedPageBreak/>
        <w:t>E.6 Grid Support and Models</w:t>
      </w:r>
    </w:p>
    <w:tbl>
      <w:tblPr>
        <w:tblStyle w:val="TableGrid"/>
        <w:tblW w:w="9360" w:type="dxa"/>
        <w:jc w:val="center"/>
        <w:tblLayout w:type="fixed"/>
        <w:tblLook w:val="04A0" w:firstRow="1" w:lastRow="0" w:firstColumn="1" w:lastColumn="0" w:noHBand="0" w:noVBand="1"/>
      </w:tblPr>
      <w:tblGrid>
        <w:gridCol w:w="3900"/>
        <w:gridCol w:w="1585"/>
        <w:gridCol w:w="3875"/>
      </w:tblGrid>
      <w:tr w:rsidR="00B04DB1" w:rsidRPr="00AF6819" w14:paraId="166B1C60" w14:textId="77777777" w:rsidTr="00B95301">
        <w:trPr>
          <w:tblHeader/>
          <w:jc w:val="center"/>
        </w:trPr>
        <w:tc>
          <w:tcPr>
            <w:tcW w:w="3900" w:type="dxa"/>
            <w:shd w:val="clear" w:color="auto" w:fill="2D2D84"/>
            <w:tcMar>
              <w:top w:w="90" w:type="dxa"/>
              <w:left w:w="110" w:type="dxa"/>
              <w:bottom w:w="90" w:type="dxa"/>
              <w:right w:w="110" w:type="dxa"/>
            </w:tcMar>
            <w:vAlign w:val="center"/>
          </w:tcPr>
          <w:p w14:paraId="2199693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Capability</w:t>
            </w:r>
          </w:p>
        </w:tc>
        <w:tc>
          <w:tcPr>
            <w:tcW w:w="1585" w:type="dxa"/>
            <w:shd w:val="clear" w:color="auto" w:fill="2D2D84"/>
            <w:tcMar>
              <w:top w:w="90" w:type="dxa"/>
              <w:left w:w="110" w:type="dxa"/>
              <w:bottom w:w="90" w:type="dxa"/>
              <w:right w:w="110" w:type="dxa"/>
            </w:tcMar>
            <w:vAlign w:val="center"/>
          </w:tcPr>
          <w:p w14:paraId="156648BC"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Supported</w:t>
            </w:r>
          </w:p>
        </w:tc>
        <w:tc>
          <w:tcPr>
            <w:tcW w:w="3875" w:type="dxa"/>
            <w:shd w:val="clear" w:color="auto" w:fill="2D2D84"/>
            <w:tcMar>
              <w:top w:w="90" w:type="dxa"/>
              <w:left w:w="110" w:type="dxa"/>
              <w:bottom w:w="90" w:type="dxa"/>
              <w:right w:w="110" w:type="dxa"/>
            </w:tcMar>
            <w:vAlign w:val="center"/>
          </w:tcPr>
          <w:p w14:paraId="10012167"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Limits / evidence</w:t>
            </w:r>
          </w:p>
        </w:tc>
      </w:tr>
      <w:tr w:rsidR="00B04DB1" w:rsidRPr="00AF6819" w14:paraId="3736F150" w14:textId="77777777" w:rsidTr="00B95301">
        <w:trPr>
          <w:jc w:val="center"/>
        </w:trPr>
        <w:tc>
          <w:tcPr>
            <w:tcW w:w="3900" w:type="dxa"/>
            <w:tcMar>
              <w:top w:w="90" w:type="dxa"/>
              <w:left w:w="110" w:type="dxa"/>
              <w:bottom w:w="90" w:type="dxa"/>
              <w:right w:w="110" w:type="dxa"/>
            </w:tcMar>
            <w:vAlign w:val="center"/>
          </w:tcPr>
          <w:p w14:paraId="262C4BF2" w14:textId="77777777" w:rsidR="00B04DB1" w:rsidRPr="00AF6819" w:rsidRDefault="00B04DB1" w:rsidP="00FA5778">
            <w:pPr>
              <w:spacing w:line="240" w:lineRule="auto"/>
              <w:rPr>
                <w:rFonts w:ascii="Arial" w:hAnsi="Arial" w:cs="Arial"/>
              </w:rPr>
            </w:pPr>
            <w:r w:rsidRPr="00AF6819">
              <w:rPr>
                <w:rFonts w:ascii="Arial" w:hAnsi="Arial" w:cs="Arial"/>
              </w:rPr>
              <w:t>Reactive power</w:t>
            </w:r>
          </w:p>
        </w:tc>
        <w:tc>
          <w:tcPr>
            <w:tcW w:w="1585" w:type="dxa"/>
            <w:tcMar>
              <w:top w:w="90" w:type="dxa"/>
              <w:left w:w="110" w:type="dxa"/>
              <w:bottom w:w="90" w:type="dxa"/>
              <w:right w:w="110" w:type="dxa"/>
            </w:tcMar>
            <w:vAlign w:val="center"/>
          </w:tcPr>
          <w:p w14:paraId="0C6A37D1"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61EC098B" w14:textId="77777777" w:rsidR="00B04DB1" w:rsidRPr="00AF6819" w:rsidRDefault="00B04DB1" w:rsidP="00FA5778">
            <w:pPr>
              <w:spacing w:line="240" w:lineRule="auto"/>
              <w:rPr>
                <w:rFonts w:ascii="Arial" w:hAnsi="Arial" w:cs="Arial"/>
              </w:rPr>
            </w:pPr>
          </w:p>
        </w:tc>
      </w:tr>
      <w:tr w:rsidR="00B04DB1" w:rsidRPr="00AF6819" w14:paraId="42E1DAF2" w14:textId="77777777" w:rsidTr="00B95301">
        <w:trPr>
          <w:jc w:val="center"/>
        </w:trPr>
        <w:tc>
          <w:tcPr>
            <w:tcW w:w="3900" w:type="dxa"/>
            <w:shd w:val="clear" w:color="auto" w:fill="F8F9FB"/>
            <w:tcMar>
              <w:top w:w="90" w:type="dxa"/>
              <w:left w:w="110" w:type="dxa"/>
              <w:bottom w:w="90" w:type="dxa"/>
              <w:right w:w="110" w:type="dxa"/>
            </w:tcMar>
            <w:vAlign w:val="center"/>
          </w:tcPr>
          <w:p w14:paraId="51D45F68" w14:textId="77777777" w:rsidR="00B04DB1" w:rsidRPr="00AF6819" w:rsidRDefault="00B04DB1" w:rsidP="00FA5778">
            <w:pPr>
              <w:spacing w:line="240" w:lineRule="auto"/>
              <w:rPr>
                <w:rFonts w:ascii="Arial" w:hAnsi="Arial" w:cs="Arial"/>
              </w:rPr>
            </w:pPr>
            <w:r w:rsidRPr="00AF6819">
              <w:rPr>
                <w:rFonts w:ascii="Arial" w:hAnsi="Arial" w:cs="Arial"/>
              </w:rPr>
              <w:t>Fixed power factor</w:t>
            </w:r>
          </w:p>
        </w:tc>
        <w:tc>
          <w:tcPr>
            <w:tcW w:w="1585" w:type="dxa"/>
            <w:shd w:val="clear" w:color="auto" w:fill="F8F9FB"/>
            <w:tcMar>
              <w:top w:w="90" w:type="dxa"/>
              <w:left w:w="110" w:type="dxa"/>
              <w:bottom w:w="90" w:type="dxa"/>
              <w:right w:w="110" w:type="dxa"/>
            </w:tcMar>
            <w:vAlign w:val="center"/>
          </w:tcPr>
          <w:p w14:paraId="5B5CEE59"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1730B6CF" w14:textId="77777777" w:rsidR="00B04DB1" w:rsidRPr="00AF6819" w:rsidRDefault="00B04DB1" w:rsidP="00FA5778">
            <w:pPr>
              <w:spacing w:line="240" w:lineRule="auto"/>
              <w:rPr>
                <w:rFonts w:ascii="Arial" w:hAnsi="Arial" w:cs="Arial"/>
              </w:rPr>
            </w:pPr>
          </w:p>
        </w:tc>
      </w:tr>
      <w:tr w:rsidR="00B04DB1" w:rsidRPr="00AF6819" w14:paraId="7609E0B5" w14:textId="77777777" w:rsidTr="00B95301">
        <w:trPr>
          <w:jc w:val="center"/>
        </w:trPr>
        <w:tc>
          <w:tcPr>
            <w:tcW w:w="3900" w:type="dxa"/>
            <w:tcMar>
              <w:top w:w="90" w:type="dxa"/>
              <w:left w:w="110" w:type="dxa"/>
              <w:bottom w:w="90" w:type="dxa"/>
              <w:right w:w="110" w:type="dxa"/>
            </w:tcMar>
            <w:vAlign w:val="center"/>
          </w:tcPr>
          <w:p w14:paraId="6D995525" w14:textId="77777777" w:rsidR="00B04DB1" w:rsidRPr="00AF6819" w:rsidRDefault="00B04DB1" w:rsidP="00FA5778">
            <w:pPr>
              <w:spacing w:line="240" w:lineRule="auto"/>
              <w:rPr>
                <w:rFonts w:ascii="Arial" w:hAnsi="Arial" w:cs="Arial"/>
              </w:rPr>
            </w:pPr>
            <w:r w:rsidRPr="00AF6819">
              <w:rPr>
                <w:rFonts w:ascii="Arial" w:hAnsi="Arial" w:cs="Arial"/>
              </w:rPr>
              <w:t>Volt VAR</w:t>
            </w:r>
          </w:p>
        </w:tc>
        <w:tc>
          <w:tcPr>
            <w:tcW w:w="1585" w:type="dxa"/>
            <w:tcMar>
              <w:top w:w="90" w:type="dxa"/>
              <w:left w:w="110" w:type="dxa"/>
              <w:bottom w:w="90" w:type="dxa"/>
              <w:right w:w="110" w:type="dxa"/>
            </w:tcMar>
            <w:vAlign w:val="center"/>
          </w:tcPr>
          <w:p w14:paraId="2E64677A"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5CE270AF" w14:textId="77777777" w:rsidR="00B04DB1" w:rsidRPr="00AF6819" w:rsidRDefault="00B04DB1" w:rsidP="00FA5778">
            <w:pPr>
              <w:spacing w:line="240" w:lineRule="auto"/>
              <w:rPr>
                <w:rFonts w:ascii="Arial" w:hAnsi="Arial" w:cs="Arial"/>
              </w:rPr>
            </w:pPr>
          </w:p>
        </w:tc>
      </w:tr>
      <w:tr w:rsidR="00B04DB1" w:rsidRPr="00AF6819" w14:paraId="0C1EB947" w14:textId="77777777" w:rsidTr="00B95301">
        <w:trPr>
          <w:jc w:val="center"/>
        </w:trPr>
        <w:tc>
          <w:tcPr>
            <w:tcW w:w="3900" w:type="dxa"/>
            <w:shd w:val="clear" w:color="auto" w:fill="F8F9FB"/>
            <w:tcMar>
              <w:top w:w="90" w:type="dxa"/>
              <w:left w:w="110" w:type="dxa"/>
              <w:bottom w:w="90" w:type="dxa"/>
              <w:right w:w="110" w:type="dxa"/>
            </w:tcMar>
            <w:vAlign w:val="center"/>
          </w:tcPr>
          <w:p w14:paraId="73FE789C" w14:textId="77777777" w:rsidR="00B04DB1" w:rsidRPr="00AF6819" w:rsidRDefault="00B04DB1" w:rsidP="00FA5778">
            <w:pPr>
              <w:spacing w:line="240" w:lineRule="auto"/>
              <w:rPr>
                <w:rFonts w:ascii="Arial" w:hAnsi="Arial" w:cs="Arial"/>
              </w:rPr>
            </w:pPr>
            <w:r w:rsidRPr="00AF6819">
              <w:rPr>
                <w:rFonts w:ascii="Arial" w:hAnsi="Arial" w:cs="Arial"/>
              </w:rPr>
              <w:t>Volt Watt</w:t>
            </w:r>
          </w:p>
        </w:tc>
        <w:tc>
          <w:tcPr>
            <w:tcW w:w="1585" w:type="dxa"/>
            <w:shd w:val="clear" w:color="auto" w:fill="F8F9FB"/>
            <w:tcMar>
              <w:top w:w="90" w:type="dxa"/>
              <w:left w:w="110" w:type="dxa"/>
              <w:bottom w:w="90" w:type="dxa"/>
              <w:right w:w="110" w:type="dxa"/>
            </w:tcMar>
            <w:vAlign w:val="center"/>
          </w:tcPr>
          <w:p w14:paraId="0465F86E"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56F83BE6" w14:textId="77777777" w:rsidR="00B04DB1" w:rsidRPr="00AF6819" w:rsidRDefault="00B04DB1" w:rsidP="00FA5778">
            <w:pPr>
              <w:spacing w:line="240" w:lineRule="auto"/>
              <w:rPr>
                <w:rFonts w:ascii="Arial" w:hAnsi="Arial" w:cs="Arial"/>
              </w:rPr>
            </w:pPr>
          </w:p>
        </w:tc>
      </w:tr>
      <w:tr w:rsidR="00B04DB1" w:rsidRPr="00AF6819" w14:paraId="2648181A" w14:textId="77777777" w:rsidTr="00B95301">
        <w:trPr>
          <w:jc w:val="center"/>
        </w:trPr>
        <w:tc>
          <w:tcPr>
            <w:tcW w:w="3900" w:type="dxa"/>
            <w:tcMar>
              <w:top w:w="90" w:type="dxa"/>
              <w:left w:w="110" w:type="dxa"/>
              <w:bottom w:w="90" w:type="dxa"/>
              <w:right w:w="110" w:type="dxa"/>
            </w:tcMar>
            <w:vAlign w:val="center"/>
          </w:tcPr>
          <w:p w14:paraId="11B6A0A7" w14:textId="77777777" w:rsidR="00B04DB1" w:rsidRPr="00AF6819" w:rsidRDefault="00B04DB1" w:rsidP="00FA5778">
            <w:pPr>
              <w:spacing w:line="240" w:lineRule="auto"/>
              <w:rPr>
                <w:rFonts w:ascii="Arial" w:hAnsi="Arial" w:cs="Arial"/>
              </w:rPr>
            </w:pPr>
            <w:r w:rsidRPr="00AF6819">
              <w:rPr>
                <w:rFonts w:ascii="Arial" w:hAnsi="Arial" w:cs="Arial"/>
              </w:rPr>
              <w:t>Frequency Watt</w:t>
            </w:r>
          </w:p>
        </w:tc>
        <w:tc>
          <w:tcPr>
            <w:tcW w:w="1585" w:type="dxa"/>
            <w:tcMar>
              <w:top w:w="90" w:type="dxa"/>
              <w:left w:w="110" w:type="dxa"/>
              <w:bottom w:w="90" w:type="dxa"/>
              <w:right w:w="110" w:type="dxa"/>
            </w:tcMar>
            <w:vAlign w:val="center"/>
          </w:tcPr>
          <w:p w14:paraId="263DE190"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2F032250" w14:textId="77777777" w:rsidR="00B04DB1" w:rsidRPr="00AF6819" w:rsidRDefault="00B04DB1" w:rsidP="00FA5778">
            <w:pPr>
              <w:spacing w:line="240" w:lineRule="auto"/>
              <w:rPr>
                <w:rFonts w:ascii="Arial" w:hAnsi="Arial" w:cs="Arial"/>
              </w:rPr>
            </w:pPr>
          </w:p>
        </w:tc>
      </w:tr>
      <w:tr w:rsidR="00B04DB1" w:rsidRPr="00AF6819" w14:paraId="135AB527" w14:textId="77777777" w:rsidTr="00B95301">
        <w:trPr>
          <w:jc w:val="center"/>
        </w:trPr>
        <w:tc>
          <w:tcPr>
            <w:tcW w:w="3900" w:type="dxa"/>
            <w:shd w:val="clear" w:color="auto" w:fill="F8F9FB"/>
            <w:tcMar>
              <w:top w:w="90" w:type="dxa"/>
              <w:left w:w="110" w:type="dxa"/>
              <w:bottom w:w="90" w:type="dxa"/>
              <w:right w:w="110" w:type="dxa"/>
            </w:tcMar>
            <w:vAlign w:val="center"/>
          </w:tcPr>
          <w:p w14:paraId="36D16A66" w14:textId="77777777" w:rsidR="00B04DB1" w:rsidRPr="00AF6819" w:rsidRDefault="00B04DB1" w:rsidP="00FA5778">
            <w:pPr>
              <w:spacing w:line="240" w:lineRule="auto"/>
              <w:rPr>
                <w:rFonts w:ascii="Arial" w:hAnsi="Arial" w:cs="Arial"/>
              </w:rPr>
            </w:pPr>
            <w:r w:rsidRPr="00AF6819">
              <w:rPr>
                <w:rFonts w:ascii="Arial" w:hAnsi="Arial" w:cs="Arial"/>
              </w:rPr>
              <w:t>Voltage ride through</w:t>
            </w:r>
          </w:p>
        </w:tc>
        <w:tc>
          <w:tcPr>
            <w:tcW w:w="1585" w:type="dxa"/>
            <w:shd w:val="clear" w:color="auto" w:fill="F8F9FB"/>
            <w:tcMar>
              <w:top w:w="90" w:type="dxa"/>
              <w:left w:w="110" w:type="dxa"/>
              <w:bottom w:w="90" w:type="dxa"/>
              <w:right w:w="110" w:type="dxa"/>
            </w:tcMar>
            <w:vAlign w:val="center"/>
          </w:tcPr>
          <w:p w14:paraId="1AEB9370"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5A83F4FF" w14:textId="77777777" w:rsidR="00B04DB1" w:rsidRPr="00AF6819" w:rsidRDefault="00B04DB1" w:rsidP="00FA5778">
            <w:pPr>
              <w:spacing w:line="240" w:lineRule="auto"/>
              <w:rPr>
                <w:rFonts w:ascii="Arial" w:hAnsi="Arial" w:cs="Arial"/>
              </w:rPr>
            </w:pPr>
          </w:p>
        </w:tc>
      </w:tr>
      <w:tr w:rsidR="00B04DB1" w:rsidRPr="00AF6819" w14:paraId="63E64E9E" w14:textId="77777777" w:rsidTr="00B95301">
        <w:trPr>
          <w:jc w:val="center"/>
        </w:trPr>
        <w:tc>
          <w:tcPr>
            <w:tcW w:w="3900" w:type="dxa"/>
            <w:tcMar>
              <w:top w:w="90" w:type="dxa"/>
              <w:left w:w="110" w:type="dxa"/>
              <w:bottom w:w="90" w:type="dxa"/>
              <w:right w:w="110" w:type="dxa"/>
            </w:tcMar>
            <w:vAlign w:val="center"/>
          </w:tcPr>
          <w:p w14:paraId="19E45CD5" w14:textId="77777777" w:rsidR="00B04DB1" w:rsidRPr="00AF6819" w:rsidRDefault="00B04DB1" w:rsidP="00FA5778">
            <w:pPr>
              <w:spacing w:line="240" w:lineRule="auto"/>
              <w:rPr>
                <w:rFonts w:ascii="Arial" w:hAnsi="Arial" w:cs="Arial"/>
              </w:rPr>
            </w:pPr>
            <w:r w:rsidRPr="00AF6819">
              <w:rPr>
                <w:rFonts w:ascii="Arial" w:hAnsi="Arial" w:cs="Arial"/>
              </w:rPr>
              <w:t>Frequency ride through</w:t>
            </w:r>
          </w:p>
        </w:tc>
        <w:tc>
          <w:tcPr>
            <w:tcW w:w="1585" w:type="dxa"/>
            <w:tcMar>
              <w:top w:w="90" w:type="dxa"/>
              <w:left w:w="110" w:type="dxa"/>
              <w:bottom w:w="90" w:type="dxa"/>
              <w:right w:w="110" w:type="dxa"/>
            </w:tcMar>
            <w:vAlign w:val="center"/>
          </w:tcPr>
          <w:p w14:paraId="68CA0BAD"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2A2EE3CF" w14:textId="77777777" w:rsidR="00B04DB1" w:rsidRPr="00AF6819" w:rsidRDefault="00B04DB1" w:rsidP="00FA5778">
            <w:pPr>
              <w:spacing w:line="240" w:lineRule="auto"/>
              <w:rPr>
                <w:rFonts w:ascii="Arial" w:hAnsi="Arial" w:cs="Arial"/>
              </w:rPr>
            </w:pPr>
          </w:p>
        </w:tc>
      </w:tr>
      <w:tr w:rsidR="00B04DB1" w:rsidRPr="00AF6819" w14:paraId="020B4956" w14:textId="77777777" w:rsidTr="00B95301">
        <w:trPr>
          <w:jc w:val="center"/>
        </w:trPr>
        <w:tc>
          <w:tcPr>
            <w:tcW w:w="3900" w:type="dxa"/>
            <w:shd w:val="clear" w:color="auto" w:fill="F8F9FB"/>
            <w:tcMar>
              <w:top w:w="90" w:type="dxa"/>
              <w:left w:w="110" w:type="dxa"/>
              <w:bottom w:w="90" w:type="dxa"/>
              <w:right w:w="110" w:type="dxa"/>
            </w:tcMar>
            <w:vAlign w:val="center"/>
          </w:tcPr>
          <w:p w14:paraId="1562FC1C" w14:textId="77777777" w:rsidR="00B04DB1" w:rsidRPr="00AF6819" w:rsidRDefault="00B04DB1" w:rsidP="00FA5778">
            <w:pPr>
              <w:spacing w:line="240" w:lineRule="auto"/>
              <w:rPr>
                <w:rFonts w:ascii="Arial" w:hAnsi="Arial" w:cs="Arial"/>
              </w:rPr>
            </w:pPr>
            <w:r w:rsidRPr="00AF6819">
              <w:rPr>
                <w:rFonts w:ascii="Arial" w:hAnsi="Arial" w:cs="Arial"/>
              </w:rPr>
              <w:t>Ramp rates</w:t>
            </w:r>
          </w:p>
        </w:tc>
        <w:tc>
          <w:tcPr>
            <w:tcW w:w="1585" w:type="dxa"/>
            <w:shd w:val="clear" w:color="auto" w:fill="F8F9FB"/>
            <w:tcMar>
              <w:top w:w="90" w:type="dxa"/>
              <w:left w:w="110" w:type="dxa"/>
              <w:bottom w:w="90" w:type="dxa"/>
              <w:right w:w="110" w:type="dxa"/>
            </w:tcMar>
            <w:vAlign w:val="center"/>
          </w:tcPr>
          <w:p w14:paraId="116E898E"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589FB5B8" w14:textId="77777777" w:rsidR="00B04DB1" w:rsidRPr="00AF6819" w:rsidRDefault="00B04DB1" w:rsidP="00FA5778">
            <w:pPr>
              <w:spacing w:line="240" w:lineRule="auto"/>
              <w:rPr>
                <w:rFonts w:ascii="Arial" w:hAnsi="Arial" w:cs="Arial"/>
              </w:rPr>
            </w:pPr>
          </w:p>
        </w:tc>
      </w:tr>
      <w:tr w:rsidR="00B04DB1" w:rsidRPr="00AF6819" w14:paraId="517E8F0D" w14:textId="77777777" w:rsidTr="00B95301">
        <w:trPr>
          <w:jc w:val="center"/>
        </w:trPr>
        <w:tc>
          <w:tcPr>
            <w:tcW w:w="3900" w:type="dxa"/>
            <w:tcMar>
              <w:top w:w="90" w:type="dxa"/>
              <w:left w:w="110" w:type="dxa"/>
              <w:bottom w:w="90" w:type="dxa"/>
              <w:right w:w="110" w:type="dxa"/>
            </w:tcMar>
            <w:vAlign w:val="center"/>
          </w:tcPr>
          <w:p w14:paraId="06091487" w14:textId="77777777" w:rsidR="00B04DB1" w:rsidRPr="00AF6819" w:rsidRDefault="00B04DB1" w:rsidP="00FA5778">
            <w:pPr>
              <w:spacing w:line="240" w:lineRule="auto"/>
              <w:rPr>
                <w:rFonts w:ascii="Arial" w:hAnsi="Arial" w:cs="Arial"/>
              </w:rPr>
            </w:pPr>
            <w:r w:rsidRPr="00AF6819">
              <w:rPr>
                <w:rFonts w:ascii="Arial" w:hAnsi="Arial" w:cs="Arial"/>
              </w:rPr>
              <w:t>Remote P and Q command</w:t>
            </w:r>
          </w:p>
        </w:tc>
        <w:tc>
          <w:tcPr>
            <w:tcW w:w="1585" w:type="dxa"/>
            <w:tcMar>
              <w:top w:w="90" w:type="dxa"/>
              <w:left w:w="110" w:type="dxa"/>
              <w:bottom w:w="90" w:type="dxa"/>
              <w:right w:w="110" w:type="dxa"/>
            </w:tcMar>
            <w:vAlign w:val="center"/>
          </w:tcPr>
          <w:p w14:paraId="25653FEF"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385289D5" w14:textId="77777777" w:rsidR="00B04DB1" w:rsidRPr="00AF6819" w:rsidRDefault="00B04DB1" w:rsidP="00FA5778">
            <w:pPr>
              <w:spacing w:line="240" w:lineRule="auto"/>
              <w:rPr>
                <w:rFonts w:ascii="Arial" w:hAnsi="Arial" w:cs="Arial"/>
              </w:rPr>
            </w:pPr>
          </w:p>
        </w:tc>
      </w:tr>
      <w:tr w:rsidR="00B04DB1" w:rsidRPr="00AF6819" w14:paraId="1F22A97D" w14:textId="77777777" w:rsidTr="00B95301">
        <w:trPr>
          <w:jc w:val="center"/>
        </w:trPr>
        <w:tc>
          <w:tcPr>
            <w:tcW w:w="3900" w:type="dxa"/>
            <w:shd w:val="clear" w:color="auto" w:fill="F8F9FB"/>
            <w:tcMar>
              <w:top w:w="90" w:type="dxa"/>
              <w:left w:w="110" w:type="dxa"/>
              <w:bottom w:w="90" w:type="dxa"/>
              <w:right w:w="110" w:type="dxa"/>
            </w:tcMar>
            <w:vAlign w:val="center"/>
          </w:tcPr>
          <w:p w14:paraId="7F42BFA2" w14:textId="77777777" w:rsidR="00B04DB1" w:rsidRPr="00AF6819" w:rsidRDefault="00B04DB1" w:rsidP="00FA5778">
            <w:pPr>
              <w:spacing w:line="240" w:lineRule="auto"/>
              <w:rPr>
                <w:rFonts w:ascii="Arial" w:hAnsi="Arial" w:cs="Arial"/>
              </w:rPr>
            </w:pPr>
            <w:r>
              <w:rPr>
                <w:rFonts w:ascii="Arial" w:hAnsi="Arial" w:cs="Arial"/>
              </w:rPr>
              <w:t>Anti-islanding</w:t>
            </w:r>
          </w:p>
        </w:tc>
        <w:tc>
          <w:tcPr>
            <w:tcW w:w="1585" w:type="dxa"/>
            <w:shd w:val="clear" w:color="auto" w:fill="F8F9FB"/>
            <w:tcMar>
              <w:top w:w="90" w:type="dxa"/>
              <w:left w:w="110" w:type="dxa"/>
              <w:bottom w:w="90" w:type="dxa"/>
              <w:right w:w="110" w:type="dxa"/>
            </w:tcMar>
            <w:vAlign w:val="center"/>
          </w:tcPr>
          <w:p w14:paraId="3EBEA8DB"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3360AEE7" w14:textId="77777777" w:rsidR="00B04DB1" w:rsidRPr="00AF6819" w:rsidRDefault="00B04DB1" w:rsidP="00FA5778">
            <w:pPr>
              <w:spacing w:line="240" w:lineRule="auto"/>
              <w:rPr>
                <w:rFonts w:ascii="Arial" w:hAnsi="Arial" w:cs="Arial"/>
              </w:rPr>
            </w:pPr>
          </w:p>
        </w:tc>
      </w:tr>
      <w:tr w:rsidR="00B04DB1" w:rsidRPr="00AF6819" w14:paraId="4EFD440C" w14:textId="77777777" w:rsidTr="00B95301">
        <w:trPr>
          <w:jc w:val="center"/>
        </w:trPr>
        <w:tc>
          <w:tcPr>
            <w:tcW w:w="3900" w:type="dxa"/>
            <w:tcMar>
              <w:top w:w="90" w:type="dxa"/>
              <w:left w:w="110" w:type="dxa"/>
              <w:bottom w:w="90" w:type="dxa"/>
              <w:right w:w="110" w:type="dxa"/>
            </w:tcMar>
            <w:vAlign w:val="center"/>
          </w:tcPr>
          <w:p w14:paraId="0FCCE486" w14:textId="77777777" w:rsidR="00B04DB1" w:rsidRPr="00AF6819" w:rsidRDefault="00B04DB1" w:rsidP="00FA5778">
            <w:pPr>
              <w:spacing w:line="240" w:lineRule="auto"/>
              <w:rPr>
                <w:rFonts w:ascii="Arial" w:hAnsi="Arial" w:cs="Arial"/>
              </w:rPr>
            </w:pPr>
            <w:r w:rsidRPr="00AF6819">
              <w:rPr>
                <w:rFonts w:ascii="Arial" w:hAnsi="Arial" w:cs="Arial"/>
              </w:rPr>
              <w:t>IEEE 519 harmonic compliance</w:t>
            </w:r>
          </w:p>
        </w:tc>
        <w:tc>
          <w:tcPr>
            <w:tcW w:w="1585" w:type="dxa"/>
            <w:tcMar>
              <w:top w:w="90" w:type="dxa"/>
              <w:left w:w="110" w:type="dxa"/>
              <w:bottom w:w="90" w:type="dxa"/>
              <w:right w:w="110" w:type="dxa"/>
            </w:tcMar>
            <w:vAlign w:val="center"/>
          </w:tcPr>
          <w:p w14:paraId="4267A06D"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1C8254D6" w14:textId="77777777" w:rsidR="00B04DB1" w:rsidRPr="00AF6819" w:rsidRDefault="00B04DB1" w:rsidP="00FA5778">
            <w:pPr>
              <w:spacing w:line="240" w:lineRule="auto"/>
              <w:rPr>
                <w:rFonts w:ascii="Arial" w:hAnsi="Arial" w:cs="Arial"/>
              </w:rPr>
            </w:pPr>
          </w:p>
        </w:tc>
      </w:tr>
      <w:tr w:rsidR="00B04DB1" w:rsidRPr="00AF6819" w14:paraId="3F3890F5" w14:textId="77777777" w:rsidTr="00B95301">
        <w:trPr>
          <w:jc w:val="center"/>
        </w:trPr>
        <w:tc>
          <w:tcPr>
            <w:tcW w:w="3900" w:type="dxa"/>
            <w:shd w:val="clear" w:color="auto" w:fill="F8F9FB"/>
            <w:tcMar>
              <w:top w:w="90" w:type="dxa"/>
              <w:left w:w="110" w:type="dxa"/>
              <w:bottom w:w="90" w:type="dxa"/>
              <w:right w:w="110" w:type="dxa"/>
            </w:tcMar>
            <w:vAlign w:val="center"/>
          </w:tcPr>
          <w:p w14:paraId="652863F0" w14:textId="77777777" w:rsidR="00B04DB1" w:rsidRPr="00AF6819" w:rsidRDefault="00B04DB1" w:rsidP="00FA5778">
            <w:pPr>
              <w:spacing w:line="240" w:lineRule="auto"/>
              <w:rPr>
                <w:rFonts w:ascii="Arial" w:hAnsi="Arial" w:cs="Arial"/>
              </w:rPr>
            </w:pPr>
            <w:r w:rsidRPr="00AF6819">
              <w:rPr>
                <w:rFonts w:ascii="Arial" w:hAnsi="Arial" w:cs="Arial"/>
              </w:rPr>
              <w:t>Dynamic model</w:t>
            </w:r>
          </w:p>
        </w:tc>
        <w:tc>
          <w:tcPr>
            <w:tcW w:w="1585" w:type="dxa"/>
            <w:shd w:val="clear" w:color="auto" w:fill="F8F9FB"/>
            <w:tcMar>
              <w:top w:w="90" w:type="dxa"/>
              <w:left w:w="110" w:type="dxa"/>
              <w:bottom w:w="90" w:type="dxa"/>
              <w:right w:w="110" w:type="dxa"/>
            </w:tcMar>
            <w:vAlign w:val="center"/>
          </w:tcPr>
          <w:p w14:paraId="598ED763"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57E9CBB4" w14:textId="77777777" w:rsidR="00B04DB1" w:rsidRPr="00AF6819" w:rsidRDefault="00B04DB1" w:rsidP="00FA5778">
            <w:pPr>
              <w:spacing w:line="240" w:lineRule="auto"/>
              <w:rPr>
                <w:rFonts w:ascii="Arial" w:hAnsi="Arial" w:cs="Arial"/>
              </w:rPr>
            </w:pPr>
          </w:p>
        </w:tc>
      </w:tr>
      <w:tr w:rsidR="00B04DB1" w:rsidRPr="00AF6819" w14:paraId="7C8B2097" w14:textId="77777777" w:rsidTr="00B95301">
        <w:trPr>
          <w:jc w:val="center"/>
        </w:trPr>
        <w:tc>
          <w:tcPr>
            <w:tcW w:w="3900" w:type="dxa"/>
            <w:tcMar>
              <w:top w:w="90" w:type="dxa"/>
              <w:left w:w="110" w:type="dxa"/>
              <w:bottom w:w="90" w:type="dxa"/>
              <w:right w:w="110" w:type="dxa"/>
            </w:tcMar>
            <w:vAlign w:val="center"/>
          </w:tcPr>
          <w:p w14:paraId="781DD54D" w14:textId="77777777" w:rsidR="00B04DB1" w:rsidRPr="00AF6819" w:rsidRDefault="00B04DB1" w:rsidP="00FA5778">
            <w:pPr>
              <w:spacing w:line="240" w:lineRule="auto"/>
              <w:rPr>
                <w:rFonts w:ascii="Arial" w:hAnsi="Arial" w:cs="Arial"/>
              </w:rPr>
            </w:pPr>
            <w:r w:rsidRPr="00AF6819">
              <w:rPr>
                <w:rFonts w:ascii="Arial" w:hAnsi="Arial" w:cs="Arial"/>
              </w:rPr>
              <w:t>Short circuit model</w:t>
            </w:r>
          </w:p>
        </w:tc>
        <w:tc>
          <w:tcPr>
            <w:tcW w:w="1585" w:type="dxa"/>
            <w:tcMar>
              <w:top w:w="90" w:type="dxa"/>
              <w:left w:w="110" w:type="dxa"/>
              <w:bottom w:w="90" w:type="dxa"/>
              <w:right w:w="110" w:type="dxa"/>
            </w:tcMar>
            <w:vAlign w:val="center"/>
          </w:tcPr>
          <w:p w14:paraId="2B8CE40F"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5715DB4E" w14:textId="77777777" w:rsidR="00B04DB1" w:rsidRPr="00AF6819" w:rsidRDefault="00B04DB1" w:rsidP="00FA5778">
            <w:pPr>
              <w:spacing w:line="240" w:lineRule="auto"/>
              <w:rPr>
                <w:rFonts w:ascii="Arial" w:hAnsi="Arial" w:cs="Arial"/>
              </w:rPr>
            </w:pPr>
          </w:p>
        </w:tc>
      </w:tr>
      <w:tr w:rsidR="00B04DB1" w:rsidRPr="00AF6819" w14:paraId="379EB65C" w14:textId="77777777" w:rsidTr="00B95301">
        <w:trPr>
          <w:jc w:val="center"/>
        </w:trPr>
        <w:tc>
          <w:tcPr>
            <w:tcW w:w="3900" w:type="dxa"/>
            <w:shd w:val="clear" w:color="auto" w:fill="F8F9FB"/>
            <w:tcMar>
              <w:top w:w="90" w:type="dxa"/>
              <w:left w:w="110" w:type="dxa"/>
              <w:bottom w:w="90" w:type="dxa"/>
              <w:right w:w="110" w:type="dxa"/>
            </w:tcMar>
            <w:vAlign w:val="center"/>
          </w:tcPr>
          <w:p w14:paraId="006E3838" w14:textId="77777777" w:rsidR="00B04DB1" w:rsidRPr="00AF6819" w:rsidRDefault="00B04DB1" w:rsidP="00FA5778">
            <w:pPr>
              <w:spacing w:line="240" w:lineRule="auto"/>
              <w:rPr>
                <w:rFonts w:ascii="Arial" w:hAnsi="Arial" w:cs="Arial"/>
              </w:rPr>
            </w:pPr>
            <w:r w:rsidRPr="00AF6819">
              <w:rPr>
                <w:rFonts w:ascii="Arial" w:hAnsi="Arial" w:cs="Arial"/>
              </w:rPr>
              <w:t>Harmonic model</w:t>
            </w:r>
          </w:p>
        </w:tc>
        <w:tc>
          <w:tcPr>
            <w:tcW w:w="1585" w:type="dxa"/>
            <w:shd w:val="clear" w:color="auto" w:fill="F8F9FB"/>
            <w:tcMar>
              <w:top w:w="90" w:type="dxa"/>
              <w:left w:w="110" w:type="dxa"/>
              <w:bottom w:w="90" w:type="dxa"/>
              <w:right w:w="110" w:type="dxa"/>
            </w:tcMar>
            <w:vAlign w:val="center"/>
          </w:tcPr>
          <w:p w14:paraId="1F6F7D75" w14:textId="77777777" w:rsidR="00B04DB1" w:rsidRPr="00AF6819" w:rsidRDefault="00B04DB1" w:rsidP="00FA5778">
            <w:pPr>
              <w:spacing w:line="240" w:lineRule="auto"/>
              <w:rPr>
                <w:rFonts w:ascii="Arial" w:hAnsi="Arial" w:cs="Arial"/>
              </w:rPr>
            </w:pPr>
          </w:p>
        </w:tc>
        <w:tc>
          <w:tcPr>
            <w:tcW w:w="3875" w:type="dxa"/>
            <w:shd w:val="clear" w:color="auto" w:fill="F8F9FB"/>
            <w:tcMar>
              <w:top w:w="90" w:type="dxa"/>
              <w:left w:w="110" w:type="dxa"/>
              <w:bottom w:w="90" w:type="dxa"/>
              <w:right w:w="110" w:type="dxa"/>
            </w:tcMar>
            <w:vAlign w:val="center"/>
          </w:tcPr>
          <w:p w14:paraId="132CC56E" w14:textId="77777777" w:rsidR="00B04DB1" w:rsidRPr="00AF6819" w:rsidRDefault="00B04DB1" w:rsidP="00FA5778">
            <w:pPr>
              <w:spacing w:line="240" w:lineRule="auto"/>
              <w:rPr>
                <w:rFonts w:ascii="Arial" w:hAnsi="Arial" w:cs="Arial"/>
              </w:rPr>
            </w:pPr>
          </w:p>
        </w:tc>
      </w:tr>
      <w:tr w:rsidR="00B04DB1" w:rsidRPr="00AF6819" w14:paraId="7BB81E0F" w14:textId="77777777" w:rsidTr="00B95301">
        <w:trPr>
          <w:jc w:val="center"/>
        </w:trPr>
        <w:tc>
          <w:tcPr>
            <w:tcW w:w="3900" w:type="dxa"/>
            <w:tcMar>
              <w:top w:w="90" w:type="dxa"/>
              <w:left w:w="110" w:type="dxa"/>
              <w:bottom w:w="90" w:type="dxa"/>
              <w:right w:w="110" w:type="dxa"/>
            </w:tcMar>
            <w:vAlign w:val="center"/>
          </w:tcPr>
          <w:p w14:paraId="5EC6BBC1" w14:textId="77777777" w:rsidR="00B04DB1" w:rsidRPr="00AF6819" w:rsidRDefault="00B04DB1" w:rsidP="00FA5778">
            <w:pPr>
              <w:spacing w:line="240" w:lineRule="auto"/>
              <w:rPr>
                <w:rFonts w:ascii="Arial" w:hAnsi="Arial" w:cs="Arial"/>
              </w:rPr>
            </w:pPr>
            <w:r>
              <w:rPr>
                <w:rFonts w:ascii="Arial" w:hAnsi="Arial" w:cs="Arial"/>
              </w:rPr>
              <w:t>Preferred grid-forming add-on and Pricing Workbook reference</w:t>
            </w:r>
          </w:p>
        </w:tc>
        <w:tc>
          <w:tcPr>
            <w:tcW w:w="1585" w:type="dxa"/>
            <w:tcMar>
              <w:top w:w="90" w:type="dxa"/>
              <w:left w:w="110" w:type="dxa"/>
              <w:bottom w:w="90" w:type="dxa"/>
              <w:right w:w="110" w:type="dxa"/>
            </w:tcMar>
            <w:vAlign w:val="center"/>
          </w:tcPr>
          <w:p w14:paraId="091DB27C" w14:textId="77777777" w:rsidR="00B04DB1" w:rsidRPr="00AF6819" w:rsidRDefault="00B04DB1" w:rsidP="00FA5778">
            <w:pPr>
              <w:spacing w:line="240" w:lineRule="auto"/>
              <w:rPr>
                <w:rFonts w:ascii="Arial" w:hAnsi="Arial" w:cs="Arial"/>
              </w:rPr>
            </w:pPr>
          </w:p>
        </w:tc>
        <w:tc>
          <w:tcPr>
            <w:tcW w:w="3875" w:type="dxa"/>
            <w:tcMar>
              <w:top w:w="90" w:type="dxa"/>
              <w:left w:w="110" w:type="dxa"/>
              <w:bottom w:w="90" w:type="dxa"/>
              <w:right w:w="110" w:type="dxa"/>
            </w:tcMar>
            <w:vAlign w:val="center"/>
          </w:tcPr>
          <w:p w14:paraId="5354EA94" w14:textId="77777777" w:rsidR="00B04DB1" w:rsidRPr="00AF6819" w:rsidRDefault="00B04DB1" w:rsidP="00FA5778">
            <w:pPr>
              <w:spacing w:line="240" w:lineRule="auto"/>
              <w:rPr>
                <w:rFonts w:ascii="Arial" w:hAnsi="Arial" w:cs="Arial"/>
              </w:rPr>
            </w:pPr>
          </w:p>
        </w:tc>
      </w:tr>
    </w:tbl>
    <w:p w14:paraId="61660DAC" w14:textId="77777777" w:rsidR="00B04DB1" w:rsidRDefault="00B04DB1" w:rsidP="00B04DB1">
      <w:pPr>
        <w:spacing w:after="0"/>
      </w:pPr>
    </w:p>
    <w:p w14:paraId="232772C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E.7 Controls, Data, and Cybersecurity</w:t>
      </w:r>
    </w:p>
    <w:tbl>
      <w:tblPr>
        <w:tblStyle w:val="TableGrid"/>
        <w:tblW w:w="9360" w:type="dxa"/>
        <w:jc w:val="center"/>
        <w:tblLayout w:type="fixed"/>
        <w:tblLook w:val="04A0" w:firstRow="1" w:lastRow="0" w:firstColumn="1" w:lastColumn="0" w:noHBand="0" w:noVBand="1"/>
      </w:tblPr>
      <w:tblGrid>
        <w:gridCol w:w="4100"/>
        <w:gridCol w:w="5260"/>
      </w:tblGrid>
      <w:tr w:rsidR="00B04DB1" w:rsidRPr="00AF6819" w14:paraId="287E572A" w14:textId="77777777" w:rsidTr="00FA5778">
        <w:trPr>
          <w:tblHeader/>
          <w:jc w:val="center"/>
        </w:trPr>
        <w:tc>
          <w:tcPr>
            <w:tcW w:w="4100" w:type="dxa"/>
            <w:shd w:val="clear" w:color="auto" w:fill="2D2D84"/>
            <w:tcMar>
              <w:top w:w="90" w:type="dxa"/>
              <w:left w:w="110" w:type="dxa"/>
              <w:bottom w:w="90" w:type="dxa"/>
              <w:right w:w="110" w:type="dxa"/>
            </w:tcMar>
            <w:vAlign w:val="center"/>
          </w:tcPr>
          <w:p w14:paraId="3B6BEAD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Requirement</w:t>
            </w:r>
          </w:p>
        </w:tc>
        <w:tc>
          <w:tcPr>
            <w:tcW w:w="5260" w:type="dxa"/>
            <w:shd w:val="clear" w:color="auto" w:fill="2D2D84"/>
            <w:tcMar>
              <w:top w:w="90" w:type="dxa"/>
              <w:left w:w="110" w:type="dxa"/>
              <w:bottom w:w="90" w:type="dxa"/>
              <w:right w:w="110" w:type="dxa"/>
            </w:tcMar>
            <w:vAlign w:val="center"/>
          </w:tcPr>
          <w:p w14:paraId="361D98DE"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 / evidence</w:t>
            </w:r>
          </w:p>
        </w:tc>
      </w:tr>
      <w:tr w:rsidR="00B04DB1" w:rsidRPr="00AF6819" w14:paraId="16EC65DF" w14:textId="77777777" w:rsidTr="00FA5778">
        <w:trPr>
          <w:jc w:val="center"/>
        </w:trPr>
        <w:tc>
          <w:tcPr>
            <w:tcW w:w="4100" w:type="dxa"/>
            <w:tcMar>
              <w:top w:w="90" w:type="dxa"/>
              <w:left w:w="110" w:type="dxa"/>
              <w:bottom w:w="90" w:type="dxa"/>
              <w:right w:w="110" w:type="dxa"/>
            </w:tcMar>
            <w:vAlign w:val="center"/>
          </w:tcPr>
          <w:p w14:paraId="11E2A9EC" w14:textId="77777777" w:rsidR="00B04DB1" w:rsidRPr="00AF6819" w:rsidRDefault="00B04DB1" w:rsidP="00FA5778">
            <w:pPr>
              <w:spacing w:line="240" w:lineRule="auto"/>
              <w:rPr>
                <w:rFonts w:ascii="Arial" w:hAnsi="Arial" w:cs="Arial"/>
              </w:rPr>
            </w:pPr>
            <w:r w:rsidRPr="00AF6819">
              <w:rPr>
                <w:rFonts w:ascii="Arial" w:hAnsi="Arial" w:cs="Arial"/>
              </w:rPr>
              <w:t>DNP3</w:t>
            </w:r>
          </w:p>
        </w:tc>
        <w:tc>
          <w:tcPr>
            <w:tcW w:w="5260" w:type="dxa"/>
            <w:tcMar>
              <w:top w:w="90" w:type="dxa"/>
              <w:left w:w="110" w:type="dxa"/>
              <w:bottom w:w="90" w:type="dxa"/>
              <w:right w:w="110" w:type="dxa"/>
            </w:tcMar>
            <w:vAlign w:val="center"/>
          </w:tcPr>
          <w:p w14:paraId="3F9D7709" w14:textId="77777777" w:rsidR="00B04DB1" w:rsidRPr="00AF6819" w:rsidRDefault="00B04DB1" w:rsidP="00FA5778">
            <w:pPr>
              <w:spacing w:line="240" w:lineRule="auto"/>
              <w:rPr>
                <w:rFonts w:ascii="Arial" w:hAnsi="Arial" w:cs="Arial"/>
              </w:rPr>
            </w:pPr>
          </w:p>
        </w:tc>
      </w:tr>
      <w:tr w:rsidR="00B04DB1" w:rsidRPr="00AF6819" w14:paraId="251ACBD8" w14:textId="77777777" w:rsidTr="00FA5778">
        <w:trPr>
          <w:jc w:val="center"/>
        </w:trPr>
        <w:tc>
          <w:tcPr>
            <w:tcW w:w="4100" w:type="dxa"/>
            <w:shd w:val="clear" w:color="auto" w:fill="F8F9FB"/>
            <w:tcMar>
              <w:top w:w="90" w:type="dxa"/>
              <w:left w:w="110" w:type="dxa"/>
              <w:bottom w:w="90" w:type="dxa"/>
              <w:right w:w="110" w:type="dxa"/>
            </w:tcMar>
            <w:vAlign w:val="center"/>
          </w:tcPr>
          <w:p w14:paraId="060CC813" w14:textId="77777777" w:rsidR="00B04DB1" w:rsidRPr="00AF6819" w:rsidRDefault="00B04DB1" w:rsidP="00FA5778">
            <w:pPr>
              <w:spacing w:line="240" w:lineRule="auto"/>
              <w:rPr>
                <w:rFonts w:ascii="Arial" w:hAnsi="Arial" w:cs="Arial"/>
              </w:rPr>
            </w:pPr>
            <w:r w:rsidRPr="00AF6819">
              <w:rPr>
                <w:rFonts w:ascii="Arial" w:hAnsi="Arial" w:cs="Arial"/>
              </w:rPr>
              <w:t>Modbus TCP</w:t>
            </w:r>
          </w:p>
        </w:tc>
        <w:tc>
          <w:tcPr>
            <w:tcW w:w="5260" w:type="dxa"/>
            <w:shd w:val="clear" w:color="auto" w:fill="F8F9FB"/>
            <w:tcMar>
              <w:top w:w="90" w:type="dxa"/>
              <w:left w:w="110" w:type="dxa"/>
              <w:bottom w:w="90" w:type="dxa"/>
              <w:right w:w="110" w:type="dxa"/>
            </w:tcMar>
            <w:vAlign w:val="center"/>
          </w:tcPr>
          <w:p w14:paraId="33642CE3" w14:textId="77777777" w:rsidR="00B04DB1" w:rsidRPr="00AF6819" w:rsidRDefault="00B04DB1" w:rsidP="00FA5778">
            <w:pPr>
              <w:spacing w:line="240" w:lineRule="auto"/>
              <w:rPr>
                <w:rFonts w:ascii="Arial" w:hAnsi="Arial" w:cs="Arial"/>
              </w:rPr>
            </w:pPr>
          </w:p>
        </w:tc>
      </w:tr>
      <w:tr w:rsidR="00B04DB1" w:rsidRPr="00AF6819" w14:paraId="2401F7FE" w14:textId="77777777" w:rsidTr="00FA5778">
        <w:trPr>
          <w:jc w:val="center"/>
        </w:trPr>
        <w:tc>
          <w:tcPr>
            <w:tcW w:w="4100" w:type="dxa"/>
            <w:tcMar>
              <w:top w:w="90" w:type="dxa"/>
              <w:left w:w="110" w:type="dxa"/>
              <w:bottom w:w="90" w:type="dxa"/>
              <w:right w:w="110" w:type="dxa"/>
            </w:tcMar>
            <w:vAlign w:val="center"/>
          </w:tcPr>
          <w:p w14:paraId="100AECF9" w14:textId="77777777" w:rsidR="00B04DB1" w:rsidRPr="00AF6819" w:rsidRDefault="00B04DB1" w:rsidP="00FA5778">
            <w:pPr>
              <w:spacing w:line="240" w:lineRule="auto"/>
              <w:rPr>
                <w:rFonts w:ascii="Arial" w:hAnsi="Arial" w:cs="Arial"/>
              </w:rPr>
            </w:pPr>
            <w:r w:rsidRPr="00AF6819">
              <w:rPr>
                <w:rFonts w:ascii="Arial" w:hAnsi="Arial" w:cs="Arial"/>
              </w:rPr>
              <w:t>Local operation without cloud</w:t>
            </w:r>
          </w:p>
        </w:tc>
        <w:tc>
          <w:tcPr>
            <w:tcW w:w="5260" w:type="dxa"/>
            <w:tcMar>
              <w:top w:w="90" w:type="dxa"/>
              <w:left w:w="110" w:type="dxa"/>
              <w:bottom w:w="90" w:type="dxa"/>
              <w:right w:w="110" w:type="dxa"/>
            </w:tcMar>
            <w:vAlign w:val="center"/>
          </w:tcPr>
          <w:p w14:paraId="0E31B539" w14:textId="77777777" w:rsidR="00B04DB1" w:rsidRPr="00AF6819" w:rsidRDefault="00B04DB1" w:rsidP="00FA5778">
            <w:pPr>
              <w:spacing w:line="240" w:lineRule="auto"/>
              <w:rPr>
                <w:rFonts w:ascii="Arial" w:hAnsi="Arial" w:cs="Arial"/>
              </w:rPr>
            </w:pPr>
          </w:p>
        </w:tc>
      </w:tr>
      <w:tr w:rsidR="00B04DB1" w:rsidRPr="00AF6819" w14:paraId="64B2DC20" w14:textId="77777777" w:rsidTr="00FA5778">
        <w:trPr>
          <w:jc w:val="center"/>
        </w:trPr>
        <w:tc>
          <w:tcPr>
            <w:tcW w:w="4100" w:type="dxa"/>
            <w:shd w:val="clear" w:color="auto" w:fill="F8F9FB"/>
            <w:tcMar>
              <w:top w:w="90" w:type="dxa"/>
              <w:left w:w="110" w:type="dxa"/>
              <w:bottom w:w="90" w:type="dxa"/>
              <w:right w:w="110" w:type="dxa"/>
            </w:tcMar>
            <w:vAlign w:val="center"/>
          </w:tcPr>
          <w:p w14:paraId="7A938C28" w14:textId="77777777" w:rsidR="00B04DB1" w:rsidRPr="00AF6819" w:rsidRDefault="00B04DB1" w:rsidP="00FA5778">
            <w:pPr>
              <w:spacing w:line="240" w:lineRule="auto"/>
              <w:rPr>
                <w:rFonts w:ascii="Arial" w:hAnsi="Arial" w:cs="Arial"/>
              </w:rPr>
            </w:pPr>
            <w:r w:rsidRPr="00AF6819">
              <w:rPr>
                <w:rFonts w:ascii="Arial" w:hAnsi="Arial" w:cs="Arial"/>
              </w:rPr>
              <w:t>Local HMI functions</w:t>
            </w:r>
          </w:p>
        </w:tc>
        <w:tc>
          <w:tcPr>
            <w:tcW w:w="5260" w:type="dxa"/>
            <w:shd w:val="clear" w:color="auto" w:fill="F8F9FB"/>
            <w:tcMar>
              <w:top w:w="90" w:type="dxa"/>
              <w:left w:w="110" w:type="dxa"/>
              <w:bottom w:w="90" w:type="dxa"/>
              <w:right w:w="110" w:type="dxa"/>
            </w:tcMar>
            <w:vAlign w:val="center"/>
          </w:tcPr>
          <w:p w14:paraId="0974E647" w14:textId="77777777" w:rsidR="00B04DB1" w:rsidRPr="00AF6819" w:rsidRDefault="00B04DB1" w:rsidP="00FA5778">
            <w:pPr>
              <w:spacing w:line="240" w:lineRule="auto"/>
              <w:rPr>
                <w:rFonts w:ascii="Arial" w:hAnsi="Arial" w:cs="Arial"/>
              </w:rPr>
            </w:pPr>
          </w:p>
        </w:tc>
      </w:tr>
      <w:tr w:rsidR="00B04DB1" w:rsidRPr="00AF6819" w14:paraId="324A6536" w14:textId="77777777" w:rsidTr="00FA5778">
        <w:trPr>
          <w:jc w:val="center"/>
        </w:trPr>
        <w:tc>
          <w:tcPr>
            <w:tcW w:w="4100" w:type="dxa"/>
            <w:tcMar>
              <w:top w:w="90" w:type="dxa"/>
              <w:left w:w="110" w:type="dxa"/>
              <w:bottom w:w="90" w:type="dxa"/>
              <w:right w:w="110" w:type="dxa"/>
            </w:tcMar>
            <w:vAlign w:val="center"/>
          </w:tcPr>
          <w:p w14:paraId="3CB3A984" w14:textId="77777777" w:rsidR="00B04DB1" w:rsidRPr="00AF6819" w:rsidRDefault="00B04DB1" w:rsidP="00FA5778">
            <w:pPr>
              <w:spacing w:line="240" w:lineRule="auto"/>
              <w:rPr>
                <w:rFonts w:ascii="Arial" w:hAnsi="Arial" w:cs="Arial"/>
              </w:rPr>
            </w:pPr>
            <w:r w:rsidRPr="00AF6819">
              <w:rPr>
                <w:rFonts w:ascii="Arial" w:hAnsi="Arial" w:cs="Arial"/>
              </w:rPr>
              <w:t>Data buffering and synchronization</w:t>
            </w:r>
          </w:p>
        </w:tc>
        <w:tc>
          <w:tcPr>
            <w:tcW w:w="5260" w:type="dxa"/>
            <w:tcMar>
              <w:top w:w="90" w:type="dxa"/>
              <w:left w:w="110" w:type="dxa"/>
              <w:bottom w:w="90" w:type="dxa"/>
              <w:right w:w="110" w:type="dxa"/>
            </w:tcMar>
            <w:vAlign w:val="center"/>
          </w:tcPr>
          <w:p w14:paraId="537B0A63" w14:textId="77777777" w:rsidR="00B04DB1" w:rsidRPr="00AF6819" w:rsidRDefault="00B04DB1" w:rsidP="00FA5778">
            <w:pPr>
              <w:spacing w:line="240" w:lineRule="auto"/>
              <w:rPr>
                <w:rFonts w:ascii="Arial" w:hAnsi="Arial" w:cs="Arial"/>
              </w:rPr>
            </w:pPr>
          </w:p>
        </w:tc>
      </w:tr>
      <w:tr w:rsidR="00B04DB1" w:rsidRPr="00AF6819" w14:paraId="4C88E924" w14:textId="77777777" w:rsidTr="00FA5778">
        <w:trPr>
          <w:jc w:val="center"/>
        </w:trPr>
        <w:tc>
          <w:tcPr>
            <w:tcW w:w="4100" w:type="dxa"/>
            <w:shd w:val="clear" w:color="auto" w:fill="F8F9FB"/>
            <w:tcMar>
              <w:top w:w="90" w:type="dxa"/>
              <w:left w:w="110" w:type="dxa"/>
              <w:bottom w:w="90" w:type="dxa"/>
              <w:right w:w="110" w:type="dxa"/>
            </w:tcMar>
            <w:vAlign w:val="center"/>
          </w:tcPr>
          <w:p w14:paraId="6B199C03" w14:textId="77777777" w:rsidR="00B04DB1" w:rsidRPr="00AF6819" w:rsidRDefault="00B04DB1" w:rsidP="00FA5778">
            <w:pPr>
              <w:spacing w:line="240" w:lineRule="auto"/>
              <w:rPr>
                <w:rFonts w:ascii="Arial" w:hAnsi="Arial" w:cs="Arial"/>
              </w:rPr>
            </w:pPr>
            <w:r w:rsidRPr="00AF6819">
              <w:rPr>
                <w:rFonts w:ascii="Arial" w:hAnsi="Arial" w:cs="Arial"/>
              </w:rPr>
              <w:t>20</w:t>
            </w:r>
            <w:r w:rsidR="00004B80">
              <w:rPr>
                <w:rFonts w:ascii="Arial" w:hAnsi="Arial" w:cs="Arial"/>
              </w:rPr>
              <w:t>-</w:t>
            </w:r>
            <w:r w:rsidRPr="00AF6819">
              <w:rPr>
                <w:rFonts w:ascii="Arial" w:hAnsi="Arial" w:cs="Arial"/>
              </w:rPr>
              <w:t>year retention architecture</w:t>
            </w:r>
          </w:p>
        </w:tc>
        <w:tc>
          <w:tcPr>
            <w:tcW w:w="5260" w:type="dxa"/>
            <w:shd w:val="clear" w:color="auto" w:fill="F8F9FB"/>
            <w:tcMar>
              <w:top w:w="90" w:type="dxa"/>
              <w:left w:w="110" w:type="dxa"/>
              <w:bottom w:w="90" w:type="dxa"/>
              <w:right w:w="110" w:type="dxa"/>
            </w:tcMar>
            <w:vAlign w:val="center"/>
          </w:tcPr>
          <w:p w14:paraId="5082FF4C" w14:textId="77777777" w:rsidR="00B04DB1" w:rsidRPr="00AF6819" w:rsidRDefault="00B04DB1" w:rsidP="00FA5778">
            <w:pPr>
              <w:spacing w:line="240" w:lineRule="auto"/>
              <w:rPr>
                <w:rFonts w:ascii="Arial" w:hAnsi="Arial" w:cs="Arial"/>
              </w:rPr>
            </w:pPr>
          </w:p>
        </w:tc>
      </w:tr>
      <w:tr w:rsidR="00B04DB1" w:rsidRPr="00AF6819" w14:paraId="2590CD5E" w14:textId="77777777" w:rsidTr="00FA5778">
        <w:trPr>
          <w:jc w:val="center"/>
        </w:trPr>
        <w:tc>
          <w:tcPr>
            <w:tcW w:w="4100" w:type="dxa"/>
            <w:tcMar>
              <w:top w:w="90" w:type="dxa"/>
              <w:left w:w="110" w:type="dxa"/>
              <w:bottom w:w="90" w:type="dxa"/>
              <w:right w:w="110" w:type="dxa"/>
            </w:tcMar>
            <w:vAlign w:val="center"/>
          </w:tcPr>
          <w:p w14:paraId="3B64DE73" w14:textId="77777777" w:rsidR="00B04DB1" w:rsidRPr="00AF6819" w:rsidRDefault="00B04DB1" w:rsidP="00FA5778">
            <w:pPr>
              <w:spacing w:line="240" w:lineRule="auto"/>
              <w:rPr>
                <w:rFonts w:ascii="Arial" w:hAnsi="Arial" w:cs="Arial"/>
              </w:rPr>
            </w:pPr>
            <w:r w:rsidRPr="00AF6819">
              <w:rPr>
                <w:rFonts w:ascii="Arial" w:hAnsi="Arial" w:cs="Arial"/>
              </w:rPr>
              <w:t>Unrestricted data export</w:t>
            </w:r>
          </w:p>
        </w:tc>
        <w:tc>
          <w:tcPr>
            <w:tcW w:w="5260" w:type="dxa"/>
            <w:tcMar>
              <w:top w:w="90" w:type="dxa"/>
              <w:left w:w="110" w:type="dxa"/>
              <w:bottom w:w="90" w:type="dxa"/>
              <w:right w:w="110" w:type="dxa"/>
            </w:tcMar>
            <w:vAlign w:val="center"/>
          </w:tcPr>
          <w:p w14:paraId="27B6A97C" w14:textId="77777777" w:rsidR="00B04DB1" w:rsidRPr="00AF6819" w:rsidRDefault="00B04DB1" w:rsidP="00FA5778">
            <w:pPr>
              <w:spacing w:line="240" w:lineRule="auto"/>
              <w:rPr>
                <w:rFonts w:ascii="Arial" w:hAnsi="Arial" w:cs="Arial"/>
              </w:rPr>
            </w:pPr>
          </w:p>
        </w:tc>
      </w:tr>
      <w:tr w:rsidR="00B04DB1" w:rsidRPr="00AF6819" w14:paraId="60B47564" w14:textId="77777777" w:rsidTr="00FA5778">
        <w:trPr>
          <w:jc w:val="center"/>
        </w:trPr>
        <w:tc>
          <w:tcPr>
            <w:tcW w:w="4100" w:type="dxa"/>
            <w:shd w:val="clear" w:color="auto" w:fill="F8F9FB"/>
            <w:tcMar>
              <w:top w:w="90" w:type="dxa"/>
              <w:left w:w="110" w:type="dxa"/>
              <w:bottom w:w="90" w:type="dxa"/>
              <w:right w:w="110" w:type="dxa"/>
            </w:tcMar>
            <w:vAlign w:val="center"/>
          </w:tcPr>
          <w:p w14:paraId="3F236863" w14:textId="77777777" w:rsidR="00B04DB1" w:rsidRPr="00AF6819" w:rsidRDefault="00B04DB1" w:rsidP="00FA5778">
            <w:pPr>
              <w:spacing w:line="240" w:lineRule="auto"/>
              <w:rPr>
                <w:rFonts w:ascii="Arial" w:hAnsi="Arial" w:cs="Arial"/>
              </w:rPr>
            </w:pPr>
            <w:r w:rsidRPr="00AF6819">
              <w:rPr>
                <w:rFonts w:ascii="Arial" w:hAnsi="Arial" w:cs="Arial"/>
              </w:rPr>
              <w:t>NIST CSF 2.0 alignment</w:t>
            </w:r>
          </w:p>
        </w:tc>
        <w:tc>
          <w:tcPr>
            <w:tcW w:w="5260" w:type="dxa"/>
            <w:shd w:val="clear" w:color="auto" w:fill="F8F9FB"/>
            <w:tcMar>
              <w:top w:w="90" w:type="dxa"/>
              <w:left w:w="110" w:type="dxa"/>
              <w:bottom w:w="90" w:type="dxa"/>
              <w:right w:w="110" w:type="dxa"/>
            </w:tcMar>
            <w:vAlign w:val="center"/>
          </w:tcPr>
          <w:p w14:paraId="4C68849E" w14:textId="77777777" w:rsidR="00B04DB1" w:rsidRPr="00AF6819" w:rsidRDefault="00B04DB1" w:rsidP="00FA5778">
            <w:pPr>
              <w:spacing w:line="240" w:lineRule="auto"/>
              <w:rPr>
                <w:rFonts w:ascii="Arial" w:hAnsi="Arial" w:cs="Arial"/>
              </w:rPr>
            </w:pPr>
          </w:p>
        </w:tc>
      </w:tr>
      <w:tr w:rsidR="00B04DB1" w:rsidRPr="00AF6819" w14:paraId="2801DBFA" w14:textId="77777777" w:rsidTr="00FA5778">
        <w:trPr>
          <w:jc w:val="center"/>
        </w:trPr>
        <w:tc>
          <w:tcPr>
            <w:tcW w:w="4100" w:type="dxa"/>
            <w:tcMar>
              <w:top w:w="90" w:type="dxa"/>
              <w:left w:w="110" w:type="dxa"/>
              <w:bottom w:w="90" w:type="dxa"/>
              <w:right w:w="110" w:type="dxa"/>
            </w:tcMar>
            <w:vAlign w:val="center"/>
          </w:tcPr>
          <w:p w14:paraId="06086EEC" w14:textId="77777777" w:rsidR="00B04DB1" w:rsidRPr="00AF6819" w:rsidRDefault="00B04DB1" w:rsidP="00FA5778">
            <w:pPr>
              <w:spacing w:line="240" w:lineRule="auto"/>
              <w:rPr>
                <w:rFonts w:ascii="Arial" w:hAnsi="Arial" w:cs="Arial"/>
              </w:rPr>
            </w:pPr>
            <w:r w:rsidRPr="00AF6819">
              <w:rPr>
                <w:rFonts w:ascii="Arial" w:hAnsi="Arial" w:cs="Arial"/>
              </w:rPr>
              <w:lastRenderedPageBreak/>
              <w:t>NIST SP 800-82 Rev. 3 alignment</w:t>
            </w:r>
          </w:p>
        </w:tc>
        <w:tc>
          <w:tcPr>
            <w:tcW w:w="5260" w:type="dxa"/>
            <w:tcMar>
              <w:top w:w="90" w:type="dxa"/>
              <w:left w:w="110" w:type="dxa"/>
              <w:bottom w:w="90" w:type="dxa"/>
              <w:right w:w="110" w:type="dxa"/>
            </w:tcMar>
            <w:vAlign w:val="center"/>
          </w:tcPr>
          <w:p w14:paraId="0C94154D" w14:textId="77777777" w:rsidR="00B04DB1" w:rsidRPr="00AF6819" w:rsidRDefault="00B04DB1" w:rsidP="00FA5778">
            <w:pPr>
              <w:spacing w:line="240" w:lineRule="auto"/>
              <w:rPr>
                <w:rFonts w:ascii="Arial" w:hAnsi="Arial" w:cs="Arial"/>
              </w:rPr>
            </w:pPr>
          </w:p>
        </w:tc>
      </w:tr>
      <w:tr w:rsidR="00B04DB1" w:rsidRPr="00AF6819" w14:paraId="63F31527" w14:textId="77777777" w:rsidTr="00FA5778">
        <w:trPr>
          <w:jc w:val="center"/>
        </w:trPr>
        <w:tc>
          <w:tcPr>
            <w:tcW w:w="4100" w:type="dxa"/>
            <w:shd w:val="clear" w:color="auto" w:fill="F8F9FB"/>
            <w:tcMar>
              <w:top w:w="90" w:type="dxa"/>
              <w:left w:w="110" w:type="dxa"/>
              <w:bottom w:w="90" w:type="dxa"/>
              <w:right w:w="110" w:type="dxa"/>
            </w:tcMar>
            <w:vAlign w:val="center"/>
          </w:tcPr>
          <w:p w14:paraId="6A60D7B7" w14:textId="77777777" w:rsidR="00B04DB1" w:rsidRPr="00AF6819" w:rsidRDefault="00B04DB1" w:rsidP="00FA5778">
            <w:pPr>
              <w:spacing w:line="240" w:lineRule="auto"/>
              <w:rPr>
                <w:rFonts w:ascii="Arial" w:hAnsi="Arial" w:cs="Arial"/>
              </w:rPr>
            </w:pPr>
            <w:r w:rsidRPr="00AF6819">
              <w:rPr>
                <w:rFonts w:ascii="Arial" w:hAnsi="Arial" w:cs="Arial"/>
              </w:rPr>
              <w:t>SBOM</w:t>
            </w:r>
          </w:p>
        </w:tc>
        <w:tc>
          <w:tcPr>
            <w:tcW w:w="5260" w:type="dxa"/>
            <w:shd w:val="clear" w:color="auto" w:fill="F8F9FB"/>
            <w:tcMar>
              <w:top w:w="90" w:type="dxa"/>
              <w:left w:w="110" w:type="dxa"/>
              <w:bottom w:w="90" w:type="dxa"/>
              <w:right w:w="110" w:type="dxa"/>
            </w:tcMar>
            <w:vAlign w:val="center"/>
          </w:tcPr>
          <w:p w14:paraId="204075C7" w14:textId="77777777" w:rsidR="00B04DB1" w:rsidRPr="00AF6819" w:rsidRDefault="00B04DB1" w:rsidP="00FA5778">
            <w:pPr>
              <w:spacing w:line="240" w:lineRule="auto"/>
              <w:rPr>
                <w:rFonts w:ascii="Arial" w:hAnsi="Arial" w:cs="Arial"/>
              </w:rPr>
            </w:pPr>
          </w:p>
        </w:tc>
      </w:tr>
      <w:tr w:rsidR="00B04DB1" w:rsidRPr="00AF6819" w14:paraId="70D16C74" w14:textId="77777777" w:rsidTr="00FA5778">
        <w:trPr>
          <w:jc w:val="center"/>
        </w:trPr>
        <w:tc>
          <w:tcPr>
            <w:tcW w:w="4100" w:type="dxa"/>
            <w:tcMar>
              <w:top w:w="90" w:type="dxa"/>
              <w:left w:w="110" w:type="dxa"/>
              <w:bottom w:w="90" w:type="dxa"/>
              <w:right w:w="110" w:type="dxa"/>
            </w:tcMar>
            <w:vAlign w:val="center"/>
          </w:tcPr>
          <w:p w14:paraId="7F7F6C67" w14:textId="77777777" w:rsidR="00B04DB1" w:rsidRPr="00AF6819" w:rsidRDefault="00B04DB1" w:rsidP="00FA5778">
            <w:pPr>
              <w:spacing w:line="240" w:lineRule="auto"/>
              <w:rPr>
                <w:rFonts w:ascii="Arial" w:hAnsi="Arial" w:cs="Arial"/>
              </w:rPr>
            </w:pPr>
            <w:r w:rsidRPr="00AF6819">
              <w:rPr>
                <w:rFonts w:ascii="Arial" w:hAnsi="Arial" w:cs="Arial"/>
              </w:rPr>
              <w:t>MFA and remote access</w:t>
            </w:r>
          </w:p>
        </w:tc>
        <w:tc>
          <w:tcPr>
            <w:tcW w:w="5260" w:type="dxa"/>
            <w:tcMar>
              <w:top w:w="90" w:type="dxa"/>
              <w:left w:w="110" w:type="dxa"/>
              <w:bottom w:w="90" w:type="dxa"/>
              <w:right w:w="110" w:type="dxa"/>
            </w:tcMar>
            <w:vAlign w:val="center"/>
          </w:tcPr>
          <w:p w14:paraId="566EB98E" w14:textId="77777777" w:rsidR="00B04DB1" w:rsidRPr="00AF6819" w:rsidRDefault="00B04DB1" w:rsidP="00FA5778">
            <w:pPr>
              <w:spacing w:line="240" w:lineRule="auto"/>
              <w:rPr>
                <w:rFonts w:ascii="Arial" w:hAnsi="Arial" w:cs="Arial"/>
              </w:rPr>
            </w:pPr>
          </w:p>
        </w:tc>
      </w:tr>
      <w:tr w:rsidR="00B04DB1" w:rsidRPr="00AF6819" w14:paraId="37442F58" w14:textId="77777777" w:rsidTr="00FA5778">
        <w:trPr>
          <w:jc w:val="center"/>
        </w:trPr>
        <w:tc>
          <w:tcPr>
            <w:tcW w:w="4100" w:type="dxa"/>
            <w:shd w:val="clear" w:color="auto" w:fill="F8F9FB"/>
            <w:tcMar>
              <w:top w:w="90" w:type="dxa"/>
              <w:left w:w="110" w:type="dxa"/>
              <w:bottom w:w="90" w:type="dxa"/>
              <w:right w:w="110" w:type="dxa"/>
            </w:tcMar>
            <w:vAlign w:val="center"/>
          </w:tcPr>
          <w:p w14:paraId="2D3A7F40" w14:textId="77777777" w:rsidR="00B04DB1" w:rsidRPr="00AF6819" w:rsidRDefault="00B04DB1" w:rsidP="00FA5778">
            <w:pPr>
              <w:spacing w:line="240" w:lineRule="auto"/>
              <w:rPr>
                <w:rFonts w:ascii="Arial" w:hAnsi="Arial" w:cs="Arial"/>
              </w:rPr>
            </w:pPr>
            <w:r w:rsidRPr="00AF6819">
              <w:rPr>
                <w:rFonts w:ascii="Arial" w:hAnsi="Arial" w:cs="Arial"/>
              </w:rPr>
              <w:t>Secure updates and rollback</w:t>
            </w:r>
          </w:p>
        </w:tc>
        <w:tc>
          <w:tcPr>
            <w:tcW w:w="5260" w:type="dxa"/>
            <w:shd w:val="clear" w:color="auto" w:fill="F8F9FB"/>
            <w:tcMar>
              <w:top w:w="90" w:type="dxa"/>
              <w:left w:w="110" w:type="dxa"/>
              <w:bottom w:w="90" w:type="dxa"/>
              <w:right w:w="110" w:type="dxa"/>
            </w:tcMar>
            <w:vAlign w:val="center"/>
          </w:tcPr>
          <w:p w14:paraId="38307D50" w14:textId="77777777" w:rsidR="00B04DB1" w:rsidRPr="00AF6819" w:rsidRDefault="00B04DB1" w:rsidP="00FA5778">
            <w:pPr>
              <w:spacing w:line="240" w:lineRule="auto"/>
              <w:rPr>
                <w:rFonts w:ascii="Arial" w:hAnsi="Arial" w:cs="Arial"/>
              </w:rPr>
            </w:pPr>
          </w:p>
        </w:tc>
      </w:tr>
      <w:tr w:rsidR="00B04DB1" w:rsidRPr="00AF6819" w14:paraId="62F2B64C" w14:textId="77777777" w:rsidTr="00FA5778">
        <w:trPr>
          <w:jc w:val="center"/>
        </w:trPr>
        <w:tc>
          <w:tcPr>
            <w:tcW w:w="4100" w:type="dxa"/>
            <w:tcMar>
              <w:top w:w="90" w:type="dxa"/>
              <w:left w:w="110" w:type="dxa"/>
              <w:bottom w:w="90" w:type="dxa"/>
              <w:right w:w="110" w:type="dxa"/>
            </w:tcMar>
            <w:vAlign w:val="center"/>
          </w:tcPr>
          <w:p w14:paraId="4DD90F2C" w14:textId="77777777" w:rsidR="00B04DB1" w:rsidRPr="00AF6819" w:rsidRDefault="00B04DB1" w:rsidP="00FA5778">
            <w:pPr>
              <w:spacing w:line="240" w:lineRule="auto"/>
              <w:rPr>
                <w:rFonts w:ascii="Arial" w:hAnsi="Arial" w:cs="Arial"/>
              </w:rPr>
            </w:pPr>
            <w:r w:rsidRPr="00AF6819">
              <w:rPr>
                <w:rFonts w:ascii="Arial" w:hAnsi="Arial" w:cs="Arial"/>
              </w:rPr>
              <w:t>Vulnerability and incident response</w:t>
            </w:r>
          </w:p>
        </w:tc>
        <w:tc>
          <w:tcPr>
            <w:tcW w:w="5260" w:type="dxa"/>
            <w:tcMar>
              <w:top w:w="90" w:type="dxa"/>
              <w:left w:w="110" w:type="dxa"/>
              <w:bottom w:w="90" w:type="dxa"/>
              <w:right w:w="110" w:type="dxa"/>
            </w:tcMar>
            <w:vAlign w:val="center"/>
          </w:tcPr>
          <w:p w14:paraId="1B27DA69" w14:textId="77777777" w:rsidR="00B04DB1" w:rsidRPr="00AF6819" w:rsidRDefault="00B04DB1" w:rsidP="00FA5778">
            <w:pPr>
              <w:spacing w:line="240" w:lineRule="auto"/>
              <w:rPr>
                <w:rFonts w:ascii="Arial" w:hAnsi="Arial" w:cs="Arial"/>
              </w:rPr>
            </w:pPr>
          </w:p>
        </w:tc>
      </w:tr>
      <w:tr w:rsidR="00B04DB1" w:rsidRPr="00AF6819" w14:paraId="0B8213AC" w14:textId="77777777" w:rsidTr="00FA5778">
        <w:trPr>
          <w:jc w:val="center"/>
        </w:trPr>
        <w:tc>
          <w:tcPr>
            <w:tcW w:w="4100" w:type="dxa"/>
            <w:shd w:val="clear" w:color="auto" w:fill="F8F9FB"/>
            <w:tcMar>
              <w:top w:w="90" w:type="dxa"/>
              <w:left w:w="110" w:type="dxa"/>
              <w:bottom w:w="90" w:type="dxa"/>
              <w:right w:w="110" w:type="dxa"/>
            </w:tcMar>
            <w:vAlign w:val="center"/>
          </w:tcPr>
          <w:p w14:paraId="14487EBE" w14:textId="77777777" w:rsidR="00B04DB1" w:rsidRPr="00AF6819" w:rsidRDefault="00B04DB1" w:rsidP="00FA5778">
            <w:pPr>
              <w:spacing w:line="240" w:lineRule="auto"/>
              <w:rPr>
                <w:rFonts w:ascii="Arial" w:hAnsi="Arial" w:cs="Arial"/>
              </w:rPr>
            </w:pPr>
            <w:r w:rsidRPr="00AF6819">
              <w:rPr>
                <w:rFonts w:ascii="Arial" w:hAnsi="Arial" w:cs="Arial"/>
              </w:rPr>
              <w:t>Hosting and data residency</w:t>
            </w:r>
          </w:p>
        </w:tc>
        <w:tc>
          <w:tcPr>
            <w:tcW w:w="5260" w:type="dxa"/>
            <w:shd w:val="clear" w:color="auto" w:fill="F8F9FB"/>
            <w:tcMar>
              <w:top w:w="90" w:type="dxa"/>
              <w:left w:w="110" w:type="dxa"/>
              <w:bottom w:w="90" w:type="dxa"/>
              <w:right w:w="110" w:type="dxa"/>
            </w:tcMar>
            <w:vAlign w:val="center"/>
          </w:tcPr>
          <w:p w14:paraId="3C32FF8A" w14:textId="77777777" w:rsidR="00B04DB1" w:rsidRPr="00AF6819" w:rsidRDefault="00B04DB1" w:rsidP="00FA5778">
            <w:pPr>
              <w:spacing w:line="240" w:lineRule="auto"/>
              <w:rPr>
                <w:rFonts w:ascii="Arial" w:hAnsi="Arial" w:cs="Arial"/>
              </w:rPr>
            </w:pPr>
          </w:p>
        </w:tc>
      </w:tr>
      <w:tr w:rsidR="00B04DB1" w:rsidRPr="00AF6819" w14:paraId="56D02B67" w14:textId="77777777" w:rsidTr="00FA5778">
        <w:trPr>
          <w:jc w:val="center"/>
        </w:trPr>
        <w:tc>
          <w:tcPr>
            <w:tcW w:w="4100" w:type="dxa"/>
            <w:tcMar>
              <w:top w:w="90" w:type="dxa"/>
              <w:left w:w="110" w:type="dxa"/>
              <w:bottom w:w="90" w:type="dxa"/>
              <w:right w:w="110" w:type="dxa"/>
            </w:tcMar>
            <w:vAlign w:val="center"/>
          </w:tcPr>
          <w:p w14:paraId="18396C5A" w14:textId="77777777" w:rsidR="00B04DB1" w:rsidRPr="00AF6819" w:rsidRDefault="00B04DB1" w:rsidP="00FA5778">
            <w:pPr>
              <w:spacing w:line="240" w:lineRule="auto"/>
              <w:rPr>
                <w:rFonts w:ascii="Arial" w:hAnsi="Arial" w:cs="Arial"/>
              </w:rPr>
            </w:pPr>
            <w:r w:rsidRPr="00AF6819">
              <w:rPr>
                <w:rFonts w:ascii="Arial" w:hAnsi="Arial" w:cs="Arial"/>
              </w:rPr>
              <w:t>IEC 62443 alignment</w:t>
            </w:r>
          </w:p>
        </w:tc>
        <w:tc>
          <w:tcPr>
            <w:tcW w:w="5260" w:type="dxa"/>
            <w:tcMar>
              <w:top w:w="90" w:type="dxa"/>
              <w:left w:w="110" w:type="dxa"/>
              <w:bottom w:w="90" w:type="dxa"/>
              <w:right w:w="110" w:type="dxa"/>
            </w:tcMar>
            <w:vAlign w:val="center"/>
          </w:tcPr>
          <w:p w14:paraId="6DFE7B61" w14:textId="77777777" w:rsidR="00B04DB1" w:rsidRPr="00AF6819" w:rsidRDefault="00B04DB1" w:rsidP="00FA5778">
            <w:pPr>
              <w:spacing w:line="240" w:lineRule="auto"/>
              <w:rPr>
                <w:rFonts w:ascii="Arial" w:hAnsi="Arial" w:cs="Arial"/>
              </w:rPr>
            </w:pPr>
          </w:p>
        </w:tc>
      </w:tr>
    </w:tbl>
    <w:p w14:paraId="0B1DEF4E" w14:textId="77777777" w:rsidR="00B04DB1" w:rsidRDefault="00B04DB1" w:rsidP="00B04DB1">
      <w:pPr>
        <w:spacing w:after="0"/>
      </w:pPr>
    </w:p>
    <w:p w14:paraId="1672317F"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E.8 Environmental and Acoustic Performance</w:t>
      </w:r>
    </w:p>
    <w:tbl>
      <w:tblPr>
        <w:tblStyle w:val="TableGrid"/>
        <w:tblW w:w="9360" w:type="dxa"/>
        <w:jc w:val="center"/>
        <w:tblLayout w:type="fixed"/>
        <w:tblLook w:val="04A0" w:firstRow="1" w:lastRow="0" w:firstColumn="1" w:lastColumn="0" w:noHBand="0" w:noVBand="1"/>
      </w:tblPr>
      <w:tblGrid>
        <w:gridCol w:w="4100"/>
        <w:gridCol w:w="5260"/>
      </w:tblGrid>
      <w:tr w:rsidR="00B04DB1" w:rsidRPr="00AF6819" w14:paraId="04808F45" w14:textId="77777777" w:rsidTr="00FA5778">
        <w:trPr>
          <w:tblHeader/>
          <w:jc w:val="center"/>
        </w:trPr>
        <w:tc>
          <w:tcPr>
            <w:tcW w:w="4100" w:type="dxa"/>
            <w:shd w:val="clear" w:color="auto" w:fill="2D2D84"/>
            <w:tcMar>
              <w:top w:w="90" w:type="dxa"/>
              <w:left w:w="110" w:type="dxa"/>
              <w:bottom w:w="90" w:type="dxa"/>
              <w:right w:w="110" w:type="dxa"/>
            </w:tcMar>
            <w:vAlign w:val="center"/>
          </w:tcPr>
          <w:p w14:paraId="35E1846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5260" w:type="dxa"/>
            <w:shd w:val="clear" w:color="auto" w:fill="2D2D84"/>
            <w:tcMar>
              <w:top w:w="90" w:type="dxa"/>
              <w:left w:w="110" w:type="dxa"/>
              <w:bottom w:w="90" w:type="dxa"/>
              <w:right w:w="110" w:type="dxa"/>
            </w:tcMar>
            <w:vAlign w:val="center"/>
          </w:tcPr>
          <w:p w14:paraId="27A1C7F3"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45 dBA property line reference response / attachment</w:t>
            </w:r>
          </w:p>
        </w:tc>
      </w:tr>
      <w:tr w:rsidR="00B04DB1" w:rsidRPr="00AF6819" w14:paraId="40D21798" w14:textId="77777777" w:rsidTr="00FA5778">
        <w:trPr>
          <w:jc w:val="center"/>
        </w:trPr>
        <w:tc>
          <w:tcPr>
            <w:tcW w:w="4100" w:type="dxa"/>
            <w:tcMar>
              <w:top w:w="90" w:type="dxa"/>
              <w:left w:w="110" w:type="dxa"/>
              <w:bottom w:w="90" w:type="dxa"/>
              <w:right w:w="110" w:type="dxa"/>
            </w:tcMar>
            <w:vAlign w:val="center"/>
          </w:tcPr>
          <w:p w14:paraId="53050350" w14:textId="77777777" w:rsidR="00B04DB1" w:rsidRPr="00AF6819" w:rsidRDefault="00B04DB1" w:rsidP="00FA5778">
            <w:pPr>
              <w:spacing w:line="240" w:lineRule="auto"/>
              <w:rPr>
                <w:rFonts w:ascii="Arial" w:hAnsi="Arial" w:cs="Arial"/>
              </w:rPr>
            </w:pPr>
            <w:r w:rsidRPr="00AF6819">
              <w:rPr>
                <w:rFonts w:ascii="Arial" w:hAnsi="Arial" w:cs="Arial"/>
              </w:rPr>
              <w:t>Sound power by equipment</w:t>
            </w:r>
          </w:p>
        </w:tc>
        <w:tc>
          <w:tcPr>
            <w:tcW w:w="5260" w:type="dxa"/>
            <w:tcMar>
              <w:top w:w="90" w:type="dxa"/>
              <w:left w:w="110" w:type="dxa"/>
              <w:bottom w:w="90" w:type="dxa"/>
              <w:right w:w="110" w:type="dxa"/>
            </w:tcMar>
            <w:vAlign w:val="center"/>
          </w:tcPr>
          <w:p w14:paraId="025CE537" w14:textId="77777777" w:rsidR="00B04DB1" w:rsidRPr="00AF6819" w:rsidRDefault="00B04DB1" w:rsidP="00FA5778">
            <w:pPr>
              <w:spacing w:line="240" w:lineRule="auto"/>
              <w:rPr>
                <w:rFonts w:ascii="Arial" w:hAnsi="Arial" w:cs="Arial"/>
              </w:rPr>
            </w:pPr>
          </w:p>
        </w:tc>
      </w:tr>
      <w:tr w:rsidR="00B04DB1" w:rsidRPr="00AF6819" w14:paraId="4CDB5AC8" w14:textId="77777777" w:rsidTr="00FA5778">
        <w:trPr>
          <w:jc w:val="center"/>
        </w:trPr>
        <w:tc>
          <w:tcPr>
            <w:tcW w:w="4100" w:type="dxa"/>
            <w:shd w:val="clear" w:color="auto" w:fill="F8F9FB"/>
            <w:tcMar>
              <w:top w:w="90" w:type="dxa"/>
              <w:left w:w="110" w:type="dxa"/>
              <w:bottom w:w="90" w:type="dxa"/>
              <w:right w:w="110" w:type="dxa"/>
            </w:tcMar>
            <w:vAlign w:val="center"/>
          </w:tcPr>
          <w:p w14:paraId="56DFE6EE" w14:textId="77777777" w:rsidR="00B04DB1" w:rsidRPr="00AF6819" w:rsidRDefault="00B04DB1" w:rsidP="00FA5778">
            <w:pPr>
              <w:spacing w:line="240" w:lineRule="auto"/>
              <w:rPr>
                <w:rFonts w:ascii="Arial" w:hAnsi="Arial" w:cs="Arial"/>
              </w:rPr>
            </w:pPr>
            <w:r w:rsidRPr="00AF6819">
              <w:rPr>
                <w:rFonts w:ascii="Arial" w:hAnsi="Arial" w:cs="Arial"/>
              </w:rPr>
              <w:t>Tonal content</w:t>
            </w:r>
          </w:p>
        </w:tc>
        <w:tc>
          <w:tcPr>
            <w:tcW w:w="5260" w:type="dxa"/>
            <w:shd w:val="clear" w:color="auto" w:fill="F8F9FB"/>
            <w:tcMar>
              <w:top w:w="90" w:type="dxa"/>
              <w:left w:w="110" w:type="dxa"/>
              <w:bottom w:w="90" w:type="dxa"/>
              <w:right w:w="110" w:type="dxa"/>
            </w:tcMar>
            <w:vAlign w:val="center"/>
          </w:tcPr>
          <w:p w14:paraId="66AB1898" w14:textId="77777777" w:rsidR="00B04DB1" w:rsidRPr="00AF6819" w:rsidRDefault="00B04DB1" w:rsidP="00FA5778">
            <w:pPr>
              <w:spacing w:line="240" w:lineRule="auto"/>
              <w:rPr>
                <w:rFonts w:ascii="Arial" w:hAnsi="Arial" w:cs="Arial"/>
              </w:rPr>
            </w:pPr>
          </w:p>
        </w:tc>
      </w:tr>
      <w:tr w:rsidR="00B04DB1" w:rsidRPr="00AF6819" w14:paraId="1B41E58F" w14:textId="77777777" w:rsidTr="00FA5778">
        <w:trPr>
          <w:jc w:val="center"/>
        </w:trPr>
        <w:tc>
          <w:tcPr>
            <w:tcW w:w="4100" w:type="dxa"/>
            <w:tcMar>
              <w:top w:w="90" w:type="dxa"/>
              <w:left w:w="110" w:type="dxa"/>
              <w:bottom w:w="90" w:type="dxa"/>
              <w:right w:w="110" w:type="dxa"/>
            </w:tcMar>
            <w:vAlign w:val="center"/>
          </w:tcPr>
          <w:p w14:paraId="16368326" w14:textId="77777777" w:rsidR="00B04DB1" w:rsidRPr="00AF6819" w:rsidRDefault="00B04DB1" w:rsidP="00FA5778">
            <w:pPr>
              <w:spacing w:line="240" w:lineRule="auto"/>
              <w:rPr>
                <w:rFonts w:ascii="Arial" w:hAnsi="Arial" w:cs="Arial"/>
              </w:rPr>
            </w:pPr>
            <w:r w:rsidRPr="00AF6819">
              <w:rPr>
                <w:rFonts w:ascii="Arial" w:hAnsi="Arial" w:cs="Arial"/>
              </w:rPr>
              <w:t>HVAC modes</w:t>
            </w:r>
          </w:p>
        </w:tc>
        <w:tc>
          <w:tcPr>
            <w:tcW w:w="5260" w:type="dxa"/>
            <w:tcMar>
              <w:top w:w="90" w:type="dxa"/>
              <w:left w:w="110" w:type="dxa"/>
              <w:bottom w:w="90" w:type="dxa"/>
              <w:right w:w="110" w:type="dxa"/>
            </w:tcMar>
            <w:vAlign w:val="center"/>
          </w:tcPr>
          <w:p w14:paraId="44521023" w14:textId="77777777" w:rsidR="00B04DB1" w:rsidRPr="00AF6819" w:rsidRDefault="00B04DB1" w:rsidP="00FA5778">
            <w:pPr>
              <w:spacing w:line="240" w:lineRule="auto"/>
              <w:rPr>
                <w:rFonts w:ascii="Arial" w:hAnsi="Arial" w:cs="Arial"/>
              </w:rPr>
            </w:pPr>
          </w:p>
        </w:tc>
      </w:tr>
      <w:tr w:rsidR="00B04DB1" w:rsidRPr="00AF6819" w14:paraId="2D432E44" w14:textId="77777777" w:rsidTr="00FA5778">
        <w:trPr>
          <w:jc w:val="center"/>
        </w:trPr>
        <w:tc>
          <w:tcPr>
            <w:tcW w:w="4100" w:type="dxa"/>
            <w:shd w:val="clear" w:color="auto" w:fill="F8F9FB"/>
            <w:tcMar>
              <w:top w:w="90" w:type="dxa"/>
              <w:left w:w="110" w:type="dxa"/>
              <w:bottom w:w="90" w:type="dxa"/>
              <w:right w:w="110" w:type="dxa"/>
            </w:tcMar>
            <w:vAlign w:val="center"/>
          </w:tcPr>
          <w:p w14:paraId="4A10666E" w14:textId="77777777" w:rsidR="00B04DB1" w:rsidRPr="00AF6819" w:rsidRDefault="00B04DB1" w:rsidP="00FA5778">
            <w:pPr>
              <w:spacing w:line="240" w:lineRule="auto"/>
              <w:rPr>
                <w:rFonts w:ascii="Arial" w:hAnsi="Arial" w:cs="Arial"/>
              </w:rPr>
            </w:pPr>
            <w:r w:rsidRPr="00AF6819">
              <w:rPr>
                <w:rFonts w:ascii="Arial" w:hAnsi="Arial" w:cs="Arial"/>
              </w:rPr>
              <w:t>Transformer noise</w:t>
            </w:r>
          </w:p>
        </w:tc>
        <w:tc>
          <w:tcPr>
            <w:tcW w:w="5260" w:type="dxa"/>
            <w:shd w:val="clear" w:color="auto" w:fill="F8F9FB"/>
            <w:tcMar>
              <w:top w:w="90" w:type="dxa"/>
              <w:left w:w="110" w:type="dxa"/>
              <w:bottom w:w="90" w:type="dxa"/>
              <w:right w:w="110" w:type="dxa"/>
            </w:tcMar>
            <w:vAlign w:val="center"/>
          </w:tcPr>
          <w:p w14:paraId="72366EBD" w14:textId="77777777" w:rsidR="00B04DB1" w:rsidRPr="00AF6819" w:rsidRDefault="00B04DB1" w:rsidP="00FA5778">
            <w:pPr>
              <w:spacing w:line="240" w:lineRule="auto"/>
              <w:rPr>
                <w:rFonts w:ascii="Arial" w:hAnsi="Arial" w:cs="Arial"/>
              </w:rPr>
            </w:pPr>
          </w:p>
        </w:tc>
      </w:tr>
      <w:tr w:rsidR="00B04DB1" w:rsidRPr="00AF6819" w14:paraId="20BE17F0" w14:textId="77777777" w:rsidTr="00FA5778">
        <w:trPr>
          <w:jc w:val="center"/>
        </w:trPr>
        <w:tc>
          <w:tcPr>
            <w:tcW w:w="4100" w:type="dxa"/>
            <w:tcMar>
              <w:top w:w="90" w:type="dxa"/>
              <w:left w:w="110" w:type="dxa"/>
              <w:bottom w:w="90" w:type="dxa"/>
              <w:right w:w="110" w:type="dxa"/>
            </w:tcMar>
            <w:vAlign w:val="center"/>
          </w:tcPr>
          <w:p w14:paraId="0552A5DF" w14:textId="77777777" w:rsidR="00B04DB1" w:rsidRPr="00AF6819" w:rsidRDefault="00B04DB1" w:rsidP="00FA5778">
            <w:pPr>
              <w:spacing w:line="240" w:lineRule="auto"/>
              <w:rPr>
                <w:rFonts w:ascii="Arial" w:hAnsi="Arial" w:cs="Arial"/>
              </w:rPr>
            </w:pPr>
            <w:r w:rsidRPr="00AF6819">
              <w:rPr>
                <w:rFonts w:ascii="Arial" w:hAnsi="Arial" w:cs="Arial"/>
              </w:rPr>
              <w:t>Modeling assumptions</w:t>
            </w:r>
          </w:p>
        </w:tc>
        <w:tc>
          <w:tcPr>
            <w:tcW w:w="5260" w:type="dxa"/>
            <w:tcMar>
              <w:top w:w="90" w:type="dxa"/>
              <w:left w:w="110" w:type="dxa"/>
              <w:bottom w:w="90" w:type="dxa"/>
              <w:right w:w="110" w:type="dxa"/>
            </w:tcMar>
            <w:vAlign w:val="center"/>
          </w:tcPr>
          <w:p w14:paraId="4EB21435" w14:textId="77777777" w:rsidR="00B04DB1" w:rsidRPr="00AF6819" w:rsidRDefault="00B04DB1" w:rsidP="00FA5778">
            <w:pPr>
              <w:spacing w:line="240" w:lineRule="auto"/>
              <w:rPr>
                <w:rFonts w:ascii="Arial" w:hAnsi="Arial" w:cs="Arial"/>
              </w:rPr>
            </w:pPr>
          </w:p>
        </w:tc>
      </w:tr>
      <w:tr w:rsidR="00B04DB1" w:rsidRPr="00AF6819" w14:paraId="0BA33F00" w14:textId="77777777" w:rsidTr="00FA5778">
        <w:trPr>
          <w:jc w:val="center"/>
        </w:trPr>
        <w:tc>
          <w:tcPr>
            <w:tcW w:w="4100" w:type="dxa"/>
            <w:shd w:val="clear" w:color="auto" w:fill="F8F9FB"/>
            <w:tcMar>
              <w:top w:w="90" w:type="dxa"/>
              <w:left w:w="110" w:type="dxa"/>
              <w:bottom w:w="90" w:type="dxa"/>
              <w:right w:w="110" w:type="dxa"/>
            </w:tcMar>
            <w:vAlign w:val="center"/>
          </w:tcPr>
          <w:p w14:paraId="37A90E22" w14:textId="77777777" w:rsidR="00B04DB1" w:rsidRPr="00AF6819" w:rsidRDefault="00B04DB1" w:rsidP="00FA5778">
            <w:pPr>
              <w:spacing w:line="240" w:lineRule="auto"/>
              <w:rPr>
                <w:rFonts w:ascii="Arial" w:hAnsi="Arial" w:cs="Arial"/>
              </w:rPr>
            </w:pPr>
            <w:r w:rsidRPr="00AF6819">
              <w:rPr>
                <w:rFonts w:ascii="Arial" w:hAnsi="Arial" w:cs="Arial"/>
              </w:rPr>
              <w:t>Mitigation included</w:t>
            </w:r>
          </w:p>
        </w:tc>
        <w:tc>
          <w:tcPr>
            <w:tcW w:w="5260" w:type="dxa"/>
            <w:shd w:val="clear" w:color="auto" w:fill="F8F9FB"/>
            <w:tcMar>
              <w:top w:w="90" w:type="dxa"/>
              <w:left w:w="110" w:type="dxa"/>
              <w:bottom w:w="90" w:type="dxa"/>
              <w:right w:w="110" w:type="dxa"/>
            </w:tcMar>
            <w:vAlign w:val="center"/>
          </w:tcPr>
          <w:p w14:paraId="6B8FEDD0" w14:textId="77777777" w:rsidR="00B04DB1" w:rsidRPr="00AF6819" w:rsidRDefault="00B04DB1" w:rsidP="00FA5778">
            <w:pPr>
              <w:spacing w:line="240" w:lineRule="auto"/>
              <w:rPr>
                <w:rFonts w:ascii="Arial" w:hAnsi="Arial" w:cs="Arial"/>
              </w:rPr>
            </w:pPr>
          </w:p>
        </w:tc>
      </w:tr>
      <w:tr w:rsidR="00B04DB1" w:rsidRPr="00AF6819" w14:paraId="5A3B6798" w14:textId="77777777" w:rsidTr="00FA5778">
        <w:trPr>
          <w:jc w:val="center"/>
        </w:trPr>
        <w:tc>
          <w:tcPr>
            <w:tcW w:w="4100" w:type="dxa"/>
            <w:tcMar>
              <w:top w:w="90" w:type="dxa"/>
              <w:left w:w="110" w:type="dxa"/>
              <w:bottom w:w="90" w:type="dxa"/>
              <w:right w:w="110" w:type="dxa"/>
            </w:tcMar>
            <w:vAlign w:val="center"/>
          </w:tcPr>
          <w:p w14:paraId="10B48EFC" w14:textId="77777777" w:rsidR="00B04DB1" w:rsidRPr="00AF6819" w:rsidRDefault="00B04DB1" w:rsidP="00FA5778">
            <w:pPr>
              <w:spacing w:line="240" w:lineRule="auto"/>
              <w:rPr>
                <w:rFonts w:ascii="Arial" w:hAnsi="Arial" w:cs="Arial"/>
              </w:rPr>
            </w:pPr>
            <w:r w:rsidRPr="00AF6819">
              <w:rPr>
                <w:rFonts w:ascii="Arial" w:hAnsi="Arial" w:cs="Arial"/>
              </w:rPr>
              <w:t>Exceptions</w:t>
            </w:r>
          </w:p>
        </w:tc>
        <w:tc>
          <w:tcPr>
            <w:tcW w:w="5260" w:type="dxa"/>
            <w:tcMar>
              <w:top w:w="90" w:type="dxa"/>
              <w:left w:w="110" w:type="dxa"/>
              <w:bottom w:w="90" w:type="dxa"/>
              <w:right w:w="110" w:type="dxa"/>
            </w:tcMar>
            <w:vAlign w:val="center"/>
          </w:tcPr>
          <w:p w14:paraId="79DE24EC" w14:textId="77777777" w:rsidR="00B04DB1" w:rsidRPr="00AF6819" w:rsidRDefault="00B04DB1" w:rsidP="00FA5778">
            <w:pPr>
              <w:spacing w:line="240" w:lineRule="auto"/>
              <w:rPr>
                <w:rFonts w:ascii="Arial" w:hAnsi="Arial" w:cs="Arial"/>
              </w:rPr>
            </w:pPr>
          </w:p>
        </w:tc>
      </w:tr>
      <w:tr w:rsidR="00B04DB1" w:rsidRPr="00AF6819" w14:paraId="5A4D2332" w14:textId="77777777" w:rsidTr="00FA5778">
        <w:trPr>
          <w:jc w:val="center"/>
        </w:trPr>
        <w:tc>
          <w:tcPr>
            <w:tcW w:w="4100" w:type="dxa"/>
            <w:tcMar>
              <w:top w:w="90" w:type="dxa"/>
              <w:left w:w="110" w:type="dxa"/>
              <w:bottom w:w="90" w:type="dxa"/>
              <w:right w:w="110" w:type="dxa"/>
            </w:tcMar>
            <w:vAlign w:val="center"/>
          </w:tcPr>
          <w:p w14:paraId="340227C8" w14:textId="77777777" w:rsidR="00B04DB1" w:rsidRPr="00AF6819" w:rsidRDefault="00B04DB1" w:rsidP="00FA5778">
            <w:pPr>
              <w:spacing w:line="240" w:lineRule="auto"/>
              <w:rPr>
                <w:rFonts w:ascii="Arial" w:hAnsi="Arial" w:cs="Arial"/>
              </w:rPr>
            </w:pPr>
            <w:r w:rsidRPr="00AF6819">
              <w:rPr>
                <w:rFonts w:ascii="Arial" w:hAnsi="Arial" w:cs="Arial"/>
              </w:rPr>
              <w:t>Operating and storage temperature range</w:t>
            </w:r>
          </w:p>
        </w:tc>
        <w:tc>
          <w:tcPr>
            <w:tcW w:w="5260" w:type="dxa"/>
            <w:tcMar>
              <w:top w:w="90" w:type="dxa"/>
              <w:left w:w="110" w:type="dxa"/>
              <w:bottom w:w="90" w:type="dxa"/>
              <w:right w:w="110" w:type="dxa"/>
            </w:tcMar>
            <w:vAlign w:val="center"/>
          </w:tcPr>
          <w:p w14:paraId="51BCFD45" w14:textId="77777777" w:rsidR="00B04DB1" w:rsidRPr="00AF6819" w:rsidRDefault="00B04DB1" w:rsidP="00FA5778">
            <w:pPr>
              <w:spacing w:line="240" w:lineRule="auto"/>
              <w:rPr>
                <w:rFonts w:ascii="Arial" w:hAnsi="Arial" w:cs="Arial"/>
              </w:rPr>
            </w:pPr>
          </w:p>
        </w:tc>
      </w:tr>
      <w:tr w:rsidR="00B04DB1" w:rsidRPr="00AF6819" w14:paraId="291AD647" w14:textId="77777777" w:rsidTr="00FA5778">
        <w:trPr>
          <w:jc w:val="center"/>
        </w:trPr>
        <w:tc>
          <w:tcPr>
            <w:tcW w:w="4100" w:type="dxa"/>
            <w:tcMar>
              <w:top w:w="90" w:type="dxa"/>
              <w:left w:w="110" w:type="dxa"/>
              <w:bottom w:w="90" w:type="dxa"/>
              <w:right w:w="110" w:type="dxa"/>
            </w:tcMar>
            <w:vAlign w:val="center"/>
          </w:tcPr>
          <w:p w14:paraId="5C4C1AEA" w14:textId="77777777" w:rsidR="00B04DB1" w:rsidRPr="00AF6819" w:rsidRDefault="00B04DB1" w:rsidP="00FA5778">
            <w:pPr>
              <w:spacing w:line="240" w:lineRule="auto"/>
              <w:rPr>
                <w:rFonts w:ascii="Arial" w:hAnsi="Arial" w:cs="Arial"/>
              </w:rPr>
            </w:pPr>
            <w:r>
              <w:rPr>
                <w:rFonts w:ascii="Arial" w:hAnsi="Arial" w:cs="Arial"/>
              </w:rPr>
              <w:t>Temperature-based power and energy derating curve</w:t>
            </w:r>
          </w:p>
        </w:tc>
        <w:tc>
          <w:tcPr>
            <w:tcW w:w="5260" w:type="dxa"/>
            <w:tcMar>
              <w:top w:w="90" w:type="dxa"/>
              <w:left w:w="110" w:type="dxa"/>
              <w:bottom w:w="90" w:type="dxa"/>
              <w:right w:w="110" w:type="dxa"/>
            </w:tcMar>
            <w:vAlign w:val="center"/>
          </w:tcPr>
          <w:p w14:paraId="6EB17678" w14:textId="77777777" w:rsidR="00B04DB1" w:rsidRPr="00AF6819" w:rsidRDefault="00B04DB1" w:rsidP="00FA5778">
            <w:pPr>
              <w:spacing w:line="240" w:lineRule="auto"/>
              <w:rPr>
                <w:rFonts w:ascii="Arial" w:hAnsi="Arial" w:cs="Arial"/>
              </w:rPr>
            </w:pPr>
          </w:p>
        </w:tc>
      </w:tr>
      <w:tr w:rsidR="00B04DB1" w:rsidRPr="00AF6819" w14:paraId="15FC230F" w14:textId="77777777" w:rsidTr="00FA5778">
        <w:trPr>
          <w:jc w:val="center"/>
        </w:trPr>
        <w:tc>
          <w:tcPr>
            <w:tcW w:w="4100" w:type="dxa"/>
            <w:tcMar>
              <w:top w:w="90" w:type="dxa"/>
              <w:left w:w="110" w:type="dxa"/>
              <w:bottom w:w="90" w:type="dxa"/>
              <w:right w:w="110" w:type="dxa"/>
            </w:tcMar>
            <w:vAlign w:val="center"/>
          </w:tcPr>
          <w:p w14:paraId="059B1EDD" w14:textId="77777777" w:rsidR="00B04DB1" w:rsidRPr="00AF6819" w:rsidRDefault="00B04DB1" w:rsidP="00FA5778">
            <w:pPr>
              <w:spacing w:line="240" w:lineRule="auto"/>
              <w:rPr>
                <w:rFonts w:ascii="Arial" w:hAnsi="Arial" w:cs="Arial"/>
              </w:rPr>
            </w:pPr>
            <w:r w:rsidRPr="00AF6819">
              <w:rPr>
                <w:rFonts w:ascii="Arial" w:hAnsi="Arial" w:cs="Arial"/>
              </w:rPr>
              <w:t>Humidity and altitude limits</w:t>
            </w:r>
          </w:p>
        </w:tc>
        <w:tc>
          <w:tcPr>
            <w:tcW w:w="5260" w:type="dxa"/>
            <w:tcMar>
              <w:top w:w="90" w:type="dxa"/>
              <w:left w:w="110" w:type="dxa"/>
              <w:bottom w:w="90" w:type="dxa"/>
              <w:right w:w="110" w:type="dxa"/>
            </w:tcMar>
            <w:vAlign w:val="center"/>
          </w:tcPr>
          <w:p w14:paraId="2AFBB930" w14:textId="77777777" w:rsidR="00B04DB1" w:rsidRPr="00AF6819" w:rsidRDefault="00B04DB1" w:rsidP="00FA5778">
            <w:pPr>
              <w:spacing w:line="240" w:lineRule="auto"/>
              <w:rPr>
                <w:rFonts w:ascii="Arial" w:hAnsi="Arial" w:cs="Arial"/>
              </w:rPr>
            </w:pPr>
          </w:p>
        </w:tc>
      </w:tr>
      <w:tr w:rsidR="00B04DB1" w:rsidRPr="00AF6819" w14:paraId="1E94C5E9" w14:textId="77777777" w:rsidTr="00FA5778">
        <w:trPr>
          <w:jc w:val="center"/>
        </w:trPr>
        <w:tc>
          <w:tcPr>
            <w:tcW w:w="4100" w:type="dxa"/>
            <w:tcMar>
              <w:top w:w="90" w:type="dxa"/>
              <w:left w:w="110" w:type="dxa"/>
              <w:bottom w:w="90" w:type="dxa"/>
              <w:right w:w="110" w:type="dxa"/>
            </w:tcMar>
            <w:vAlign w:val="center"/>
          </w:tcPr>
          <w:p w14:paraId="04D9A7E8" w14:textId="77777777" w:rsidR="00B04DB1" w:rsidRPr="00AF6819" w:rsidRDefault="00B04DB1" w:rsidP="00FA5778">
            <w:pPr>
              <w:spacing w:line="240" w:lineRule="auto"/>
              <w:rPr>
                <w:rFonts w:ascii="Arial" w:hAnsi="Arial" w:cs="Arial"/>
              </w:rPr>
            </w:pPr>
            <w:r w:rsidRPr="00AF6819">
              <w:rPr>
                <w:rFonts w:ascii="Arial" w:hAnsi="Arial" w:cs="Arial"/>
              </w:rPr>
              <w:t>Enclosure and ingress protection rating</w:t>
            </w:r>
          </w:p>
        </w:tc>
        <w:tc>
          <w:tcPr>
            <w:tcW w:w="5260" w:type="dxa"/>
            <w:tcMar>
              <w:top w:w="90" w:type="dxa"/>
              <w:left w:w="110" w:type="dxa"/>
              <w:bottom w:w="90" w:type="dxa"/>
              <w:right w:w="110" w:type="dxa"/>
            </w:tcMar>
            <w:vAlign w:val="center"/>
          </w:tcPr>
          <w:p w14:paraId="2D0B1E43" w14:textId="77777777" w:rsidR="00B04DB1" w:rsidRPr="00AF6819" w:rsidRDefault="00B04DB1" w:rsidP="00FA5778">
            <w:pPr>
              <w:spacing w:line="240" w:lineRule="auto"/>
              <w:rPr>
                <w:rFonts w:ascii="Arial" w:hAnsi="Arial" w:cs="Arial"/>
              </w:rPr>
            </w:pPr>
          </w:p>
        </w:tc>
      </w:tr>
      <w:tr w:rsidR="00B04DB1" w:rsidRPr="00AF6819" w14:paraId="3CF542F1" w14:textId="77777777" w:rsidTr="00FA5778">
        <w:trPr>
          <w:jc w:val="center"/>
        </w:trPr>
        <w:tc>
          <w:tcPr>
            <w:tcW w:w="4100" w:type="dxa"/>
            <w:tcMar>
              <w:top w:w="90" w:type="dxa"/>
              <w:left w:w="110" w:type="dxa"/>
              <w:bottom w:w="90" w:type="dxa"/>
              <w:right w:w="110" w:type="dxa"/>
            </w:tcMar>
            <w:vAlign w:val="center"/>
          </w:tcPr>
          <w:p w14:paraId="4C793FC1" w14:textId="77777777" w:rsidR="00B04DB1" w:rsidRPr="00AF6819" w:rsidRDefault="00B04DB1" w:rsidP="00FA5778">
            <w:pPr>
              <w:spacing w:line="240" w:lineRule="auto"/>
              <w:rPr>
                <w:rFonts w:ascii="Arial" w:hAnsi="Arial" w:cs="Arial"/>
              </w:rPr>
            </w:pPr>
            <w:r w:rsidRPr="00AF6819">
              <w:rPr>
                <w:rFonts w:ascii="Arial" w:hAnsi="Arial" w:cs="Arial"/>
              </w:rPr>
              <w:t>Seismic rating</w:t>
            </w:r>
          </w:p>
        </w:tc>
        <w:tc>
          <w:tcPr>
            <w:tcW w:w="5260" w:type="dxa"/>
            <w:tcMar>
              <w:top w:w="90" w:type="dxa"/>
              <w:left w:w="110" w:type="dxa"/>
              <w:bottom w:w="90" w:type="dxa"/>
              <w:right w:w="110" w:type="dxa"/>
            </w:tcMar>
            <w:vAlign w:val="center"/>
          </w:tcPr>
          <w:p w14:paraId="628FAD39" w14:textId="77777777" w:rsidR="00B04DB1" w:rsidRPr="00AF6819" w:rsidRDefault="00B04DB1" w:rsidP="00FA5778">
            <w:pPr>
              <w:spacing w:line="240" w:lineRule="auto"/>
              <w:rPr>
                <w:rFonts w:ascii="Arial" w:hAnsi="Arial" w:cs="Arial"/>
              </w:rPr>
            </w:pPr>
          </w:p>
        </w:tc>
      </w:tr>
      <w:tr w:rsidR="00B04DB1" w:rsidRPr="00AF6819" w14:paraId="56E75DEF" w14:textId="77777777" w:rsidTr="00FA5778">
        <w:trPr>
          <w:jc w:val="center"/>
        </w:trPr>
        <w:tc>
          <w:tcPr>
            <w:tcW w:w="4100" w:type="dxa"/>
            <w:tcMar>
              <w:top w:w="90" w:type="dxa"/>
              <w:left w:w="110" w:type="dxa"/>
              <w:bottom w:w="90" w:type="dxa"/>
              <w:right w:w="110" w:type="dxa"/>
            </w:tcMar>
            <w:vAlign w:val="center"/>
          </w:tcPr>
          <w:p w14:paraId="2815EC39" w14:textId="77777777" w:rsidR="00B04DB1" w:rsidRPr="00AF6819" w:rsidRDefault="00B04DB1" w:rsidP="00FA5778">
            <w:pPr>
              <w:spacing w:line="240" w:lineRule="auto"/>
              <w:rPr>
                <w:rFonts w:ascii="Arial" w:hAnsi="Arial" w:cs="Arial"/>
              </w:rPr>
            </w:pPr>
            <w:r w:rsidRPr="00AF6819">
              <w:rPr>
                <w:rFonts w:ascii="Arial" w:hAnsi="Arial" w:cs="Arial"/>
              </w:rPr>
              <w:t>Wind rating</w:t>
            </w:r>
          </w:p>
        </w:tc>
        <w:tc>
          <w:tcPr>
            <w:tcW w:w="5260" w:type="dxa"/>
            <w:tcMar>
              <w:top w:w="90" w:type="dxa"/>
              <w:left w:w="110" w:type="dxa"/>
              <w:bottom w:w="90" w:type="dxa"/>
              <w:right w:w="110" w:type="dxa"/>
            </w:tcMar>
            <w:vAlign w:val="center"/>
          </w:tcPr>
          <w:p w14:paraId="6C1403EC" w14:textId="77777777" w:rsidR="00B04DB1" w:rsidRPr="00AF6819" w:rsidRDefault="00B04DB1" w:rsidP="00FA5778">
            <w:pPr>
              <w:spacing w:line="240" w:lineRule="auto"/>
              <w:rPr>
                <w:rFonts w:ascii="Arial" w:hAnsi="Arial" w:cs="Arial"/>
              </w:rPr>
            </w:pPr>
          </w:p>
        </w:tc>
      </w:tr>
      <w:tr w:rsidR="00B04DB1" w:rsidRPr="00AF6819" w14:paraId="0959D60B" w14:textId="77777777" w:rsidTr="00FA5778">
        <w:trPr>
          <w:jc w:val="center"/>
        </w:trPr>
        <w:tc>
          <w:tcPr>
            <w:tcW w:w="4100" w:type="dxa"/>
            <w:tcMar>
              <w:top w:w="90" w:type="dxa"/>
              <w:left w:w="110" w:type="dxa"/>
              <w:bottom w:w="90" w:type="dxa"/>
              <w:right w:w="110" w:type="dxa"/>
            </w:tcMar>
            <w:vAlign w:val="center"/>
          </w:tcPr>
          <w:p w14:paraId="050B7491" w14:textId="77777777" w:rsidR="00B04DB1" w:rsidRPr="00AF6819" w:rsidRDefault="00B04DB1" w:rsidP="00FA5778">
            <w:pPr>
              <w:spacing w:line="240" w:lineRule="auto"/>
              <w:rPr>
                <w:rFonts w:ascii="Arial" w:hAnsi="Arial" w:cs="Arial"/>
              </w:rPr>
            </w:pPr>
            <w:r w:rsidRPr="00AF6819">
              <w:rPr>
                <w:rFonts w:ascii="Arial" w:hAnsi="Arial" w:cs="Arial"/>
              </w:rPr>
              <w:t>Sound pressure rating, distance, and operating condition</w:t>
            </w:r>
          </w:p>
        </w:tc>
        <w:tc>
          <w:tcPr>
            <w:tcW w:w="5260" w:type="dxa"/>
            <w:tcMar>
              <w:top w:w="90" w:type="dxa"/>
              <w:left w:w="110" w:type="dxa"/>
              <w:bottom w:w="90" w:type="dxa"/>
              <w:right w:w="110" w:type="dxa"/>
            </w:tcMar>
            <w:vAlign w:val="center"/>
          </w:tcPr>
          <w:p w14:paraId="238390E1" w14:textId="77777777" w:rsidR="00B04DB1" w:rsidRPr="00AF6819" w:rsidRDefault="00B04DB1" w:rsidP="00FA5778">
            <w:pPr>
              <w:spacing w:line="240" w:lineRule="auto"/>
              <w:rPr>
                <w:rFonts w:ascii="Arial" w:hAnsi="Arial" w:cs="Arial"/>
              </w:rPr>
            </w:pPr>
          </w:p>
        </w:tc>
      </w:tr>
    </w:tbl>
    <w:p w14:paraId="5675105A" w14:textId="77777777" w:rsidR="00B04DB1" w:rsidRDefault="00B04DB1" w:rsidP="00B04DB1">
      <w:pPr>
        <w:spacing w:after="0"/>
      </w:pPr>
    </w:p>
    <w:p w14:paraId="64013AEA"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lastRenderedPageBreak/>
        <w:t>E.9 Delivery, FAT, Commissioning, and Training</w:t>
      </w:r>
    </w:p>
    <w:tbl>
      <w:tblPr>
        <w:tblStyle w:val="TableGrid"/>
        <w:tblW w:w="9360" w:type="dxa"/>
        <w:jc w:val="center"/>
        <w:tblLayout w:type="fixed"/>
        <w:tblLook w:val="04A0" w:firstRow="1" w:lastRow="0" w:firstColumn="1" w:lastColumn="0" w:noHBand="0" w:noVBand="1"/>
      </w:tblPr>
      <w:tblGrid>
        <w:gridCol w:w="4200"/>
        <w:gridCol w:w="5160"/>
      </w:tblGrid>
      <w:tr w:rsidR="00B04DB1" w:rsidRPr="00AF6819" w14:paraId="604E3B6D" w14:textId="77777777" w:rsidTr="00FA5778">
        <w:trPr>
          <w:tblHeader/>
          <w:jc w:val="center"/>
        </w:trPr>
        <w:tc>
          <w:tcPr>
            <w:tcW w:w="4200" w:type="dxa"/>
            <w:shd w:val="clear" w:color="auto" w:fill="2D2D84"/>
            <w:tcMar>
              <w:top w:w="90" w:type="dxa"/>
              <w:left w:w="110" w:type="dxa"/>
              <w:bottom w:w="90" w:type="dxa"/>
              <w:right w:w="110" w:type="dxa"/>
            </w:tcMar>
            <w:vAlign w:val="center"/>
          </w:tcPr>
          <w:p w14:paraId="1E3E0444"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5160" w:type="dxa"/>
            <w:shd w:val="clear" w:color="auto" w:fill="2D2D84"/>
            <w:tcMar>
              <w:top w:w="90" w:type="dxa"/>
              <w:left w:w="110" w:type="dxa"/>
              <w:bottom w:w="90" w:type="dxa"/>
              <w:right w:w="110" w:type="dxa"/>
            </w:tcMar>
            <w:vAlign w:val="center"/>
          </w:tcPr>
          <w:p w14:paraId="4C3675B3"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w:t>
            </w:r>
          </w:p>
        </w:tc>
      </w:tr>
      <w:tr w:rsidR="00B04DB1" w:rsidRPr="00AF6819" w14:paraId="567845A3" w14:textId="77777777" w:rsidTr="00FA5778">
        <w:trPr>
          <w:jc w:val="center"/>
        </w:trPr>
        <w:tc>
          <w:tcPr>
            <w:tcW w:w="4200" w:type="dxa"/>
            <w:tcMar>
              <w:top w:w="90" w:type="dxa"/>
              <w:left w:w="110" w:type="dxa"/>
              <w:bottom w:w="90" w:type="dxa"/>
              <w:right w:w="110" w:type="dxa"/>
            </w:tcMar>
            <w:vAlign w:val="center"/>
          </w:tcPr>
          <w:p w14:paraId="344AB7EA" w14:textId="77777777" w:rsidR="00B04DB1" w:rsidRPr="00AF6819" w:rsidRDefault="00B04DB1" w:rsidP="00FA5778">
            <w:pPr>
              <w:spacing w:line="240" w:lineRule="auto"/>
              <w:rPr>
                <w:rFonts w:ascii="Arial" w:hAnsi="Arial" w:cs="Arial"/>
              </w:rPr>
            </w:pPr>
            <w:r w:rsidRPr="00AF6819">
              <w:rPr>
                <w:rFonts w:ascii="Arial" w:hAnsi="Arial" w:cs="Arial"/>
              </w:rPr>
              <w:t>Maximum sites per month</w:t>
            </w:r>
          </w:p>
        </w:tc>
        <w:tc>
          <w:tcPr>
            <w:tcW w:w="5160" w:type="dxa"/>
            <w:tcMar>
              <w:top w:w="90" w:type="dxa"/>
              <w:left w:w="110" w:type="dxa"/>
              <w:bottom w:w="90" w:type="dxa"/>
              <w:right w:w="110" w:type="dxa"/>
            </w:tcMar>
            <w:vAlign w:val="center"/>
          </w:tcPr>
          <w:p w14:paraId="317E5464" w14:textId="77777777" w:rsidR="00B04DB1" w:rsidRPr="00AF6819" w:rsidRDefault="00B04DB1" w:rsidP="00FA5778">
            <w:pPr>
              <w:spacing w:line="240" w:lineRule="auto"/>
              <w:rPr>
                <w:rFonts w:ascii="Arial" w:hAnsi="Arial" w:cs="Arial"/>
              </w:rPr>
            </w:pPr>
          </w:p>
        </w:tc>
      </w:tr>
      <w:tr w:rsidR="00B04DB1" w:rsidRPr="00AF6819" w14:paraId="5ABBBEE1" w14:textId="77777777" w:rsidTr="00FA5778">
        <w:trPr>
          <w:jc w:val="center"/>
        </w:trPr>
        <w:tc>
          <w:tcPr>
            <w:tcW w:w="4200" w:type="dxa"/>
            <w:shd w:val="clear" w:color="auto" w:fill="F8F9FB"/>
            <w:tcMar>
              <w:top w:w="90" w:type="dxa"/>
              <w:left w:w="110" w:type="dxa"/>
              <w:bottom w:w="90" w:type="dxa"/>
              <w:right w:w="110" w:type="dxa"/>
            </w:tcMar>
            <w:vAlign w:val="center"/>
          </w:tcPr>
          <w:p w14:paraId="5F1458BA" w14:textId="77777777" w:rsidR="00B04DB1" w:rsidRPr="00AF6819" w:rsidRDefault="00B04DB1" w:rsidP="00FA5778">
            <w:pPr>
              <w:spacing w:line="240" w:lineRule="auto"/>
              <w:rPr>
                <w:rFonts w:ascii="Arial" w:hAnsi="Arial" w:cs="Arial"/>
              </w:rPr>
            </w:pPr>
            <w:r w:rsidRPr="00AF6819">
              <w:rPr>
                <w:rFonts w:ascii="Arial" w:hAnsi="Arial" w:cs="Arial"/>
              </w:rPr>
              <w:t>Minimum site spacing</w:t>
            </w:r>
          </w:p>
        </w:tc>
        <w:tc>
          <w:tcPr>
            <w:tcW w:w="5160" w:type="dxa"/>
            <w:shd w:val="clear" w:color="auto" w:fill="F8F9FB"/>
            <w:tcMar>
              <w:top w:w="90" w:type="dxa"/>
              <w:left w:w="110" w:type="dxa"/>
              <w:bottom w:w="90" w:type="dxa"/>
              <w:right w:w="110" w:type="dxa"/>
            </w:tcMar>
            <w:vAlign w:val="center"/>
          </w:tcPr>
          <w:p w14:paraId="2A9CC198" w14:textId="77777777" w:rsidR="00B04DB1" w:rsidRPr="00AF6819" w:rsidRDefault="00B04DB1" w:rsidP="00FA5778">
            <w:pPr>
              <w:spacing w:line="240" w:lineRule="auto"/>
              <w:rPr>
                <w:rFonts w:ascii="Arial" w:hAnsi="Arial" w:cs="Arial"/>
              </w:rPr>
            </w:pPr>
          </w:p>
        </w:tc>
      </w:tr>
      <w:tr w:rsidR="00B04DB1" w:rsidRPr="00AF6819" w14:paraId="46F81C20" w14:textId="77777777" w:rsidTr="00FA5778">
        <w:trPr>
          <w:jc w:val="center"/>
        </w:trPr>
        <w:tc>
          <w:tcPr>
            <w:tcW w:w="4200" w:type="dxa"/>
            <w:tcMar>
              <w:top w:w="90" w:type="dxa"/>
              <w:left w:w="110" w:type="dxa"/>
              <w:bottom w:w="90" w:type="dxa"/>
              <w:right w:w="110" w:type="dxa"/>
            </w:tcMar>
            <w:vAlign w:val="center"/>
          </w:tcPr>
          <w:p w14:paraId="6F96B5B2" w14:textId="77777777" w:rsidR="00B04DB1" w:rsidRPr="00AF6819" w:rsidRDefault="00B04DB1" w:rsidP="00FA5778">
            <w:pPr>
              <w:spacing w:line="240" w:lineRule="auto"/>
              <w:rPr>
                <w:rFonts w:ascii="Arial" w:hAnsi="Arial" w:cs="Arial"/>
              </w:rPr>
            </w:pPr>
            <w:r w:rsidRPr="00AF6819">
              <w:rPr>
                <w:rFonts w:ascii="Arial" w:hAnsi="Arial" w:cs="Arial"/>
              </w:rPr>
              <w:t>Manufacturing capacity reservation</w:t>
            </w:r>
          </w:p>
        </w:tc>
        <w:tc>
          <w:tcPr>
            <w:tcW w:w="5160" w:type="dxa"/>
            <w:tcMar>
              <w:top w:w="90" w:type="dxa"/>
              <w:left w:w="110" w:type="dxa"/>
              <w:bottom w:w="90" w:type="dxa"/>
              <w:right w:w="110" w:type="dxa"/>
            </w:tcMar>
            <w:vAlign w:val="center"/>
          </w:tcPr>
          <w:p w14:paraId="03C56674" w14:textId="77777777" w:rsidR="00B04DB1" w:rsidRPr="00AF6819" w:rsidRDefault="00B04DB1" w:rsidP="00FA5778">
            <w:pPr>
              <w:spacing w:line="240" w:lineRule="auto"/>
              <w:rPr>
                <w:rFonts w:ascii="Arial" w:hAnsi="Arial" w:cs="Arial"/>
              </w:rPr>
            </w:pPr>
          </w:p>
        </w:tc>
      </w:tr>
      <w:tr w:rsidR="00B04DB1" w:rsidRPr="00AF6819" w14:paraId="0E44096A" w14:textId="77777777" w:rsidTr="00FA5778">
        <w:trPr>
          <w:jc w:val="center"/>
        </w:trPr>
        <w:tc>
          <w:tcPr>
            <w:tcW w:w="4200" w:type="dxa"/>
            <w:shd w:val="clear" w:color="auto" w:fill="F8F9FB"/>
            <w:tcMar>
              <w:top w:w="90" w:type="dxa"/>
              <w:left w:w="110" w:type="dxa"/>
              <w:bottom w:w="90" w:type="dxa"/>
              <w:right w:w="110" w:type="dxa"/>
            </w:tcMar>
            <w:vAlign w:val="center"/>
          </w:tcPr>
          <w:p w14:paraId="375BC301" w14:textId="77777777" w:rsidR="00B04DB1" w:rsidRPr="00AF6819" w:rsidRDefault="00B04DB1" w:rsidP="00FA5778">
            <w:pPr>
              <w:spacing w:line="240" w:lineRule="auto"/>
              <w:rPr>
                <w:rFonts w:ascii="Arial" w:hAnsi="Arial" w:cs="Arial"/>
              </w:rPr>
            </w:pPr>
            <w:r w:rsidRPr="00AF6819">
              <w:rPr>
                <w:rFonts w:ascii="Arial" w:hAnsi="Arial" w:cs="Arial"/>
              </w:rPr>
              <w:t>Long lead items</w:t>
            </w:r>
          </w:p>
        </w:tc>
        <w:tc>
          <w:tcPr>
            <w:tcW w:w="5160" w:type="dxa"/>
            <w:shd w:val="clear" w:color="auto" w:fill="F8F9FB"/>
            <w:tcMar>
              <w:top w:w="90" w:type="dxa"/>
              <w:left w:w="110" w:type="dxa"/>
              <w:bottom w:w="90" w:type="dxa"/>
              <w:right w:w="110" w:type="dxa"/>
            </w:tcMar>
            <w:vAlign w:val="center"/>
          </w:tcPr>
          <w:p w14:paraId="5654CCDC" w14:textId="77777777" w:rsidR="00B04DB1" w:rsidRPr="00AF6819" w:rsidRDefault="00B04DB1" w:rsidP="00FA5778">
            <w:pPr>
              <w:spacing w:line="240" w:lineRule="auto"/>
              <w:rPr>
                <w:rFonts w:ascii="Arial" w:hAnsi="Arial" w:cs="Arial"/>
              </w:rPr>
            </w:pPr>
          </w:p>
        </w:tc>
      </w:tr>
      <w:tr w:rsidR="00B04DB1" w:rsidRPr="00AF6819" w14:paraId="0BF9D33C" w14:textId="77777777" w:rsidTr="00FA5778">
        <w:trPr>
          <w:jc w:val="center"/>
        </w:trPr>
        <w:tc>
          <w:tcPr>
            <w:tcW w:w="4200" w:type="dxa"/>
            <w:tcMar>
              <w:top w:w="90" w:type="dxa"/>
              <w:left w:w="110" w:type="dxa"/>
              <w:bottom w:w="90" w:type="dxa"/>
              <w:right w:w="110" w:type="dxa"/>
            </w:tcMar>
            <w:vAlign w:val="center"/>
          </w:tcPr>
          <w:p w14:paraId="6329D3CA" w14:textId="77777777" w:rsidR="00B04DB1" w:rsidRPr="00AF6819" w:rsidRDefault="00B04DB1" w:rsidP="00FA5778">
            <w:pPr>
              <w:spacing w:line="240" w:lineRule="auto"/>
              <w:rPr>
                <w:rFonts w:ascii="Arial" w:hAnsi="Arial" w:cs="Arial"/>
              </w:rPr>
            </w:pPr>
            <w:r w:rsidRPr="00AF6819">
              <w:rPr>
                <w:rFonts w:ascii="Arial" w:hAnsi="Arial" w:cs="Arial"/>
              </w:rPr>
              <w:t>April to December 2028 capability</w:t>
            </w:r>
          </w:p>
        </w:tc>
        <w:tc>
          <w:tcPr>
            <w:tcW w:w="5160" w:type="dxa"/>
            <w:tcMar>
              <w:top w:w="90" w:type="dxa"/>
              <w:left w:w="110" w:type="dxa"/>
              <w:bottom w:w="90" w:type="dxa"/>
              <w:right w:w="110" w:type="dxa"/>
            </w:tcMar>
            <w:vAlign w:val="center"/>
          </w:tcPr>
          <w:p w14:paraId="56AED3A2" w14:textId="77777777" w:rsidR="00B04DB1" w:rsidRPr="00AF6819" w:rsidRDefault="00B04DB1" w:rsidP="00FA5778">
            <w:pPr>
              <w:spacing w:line="240" w:lineRule="auto"/>
              <w:rPr>
                <w:rFonts w:ascii="Arial" w:hAnsi="Arial" w:cs="Arial"/>
              </w:rPr>
            </w:pPr>
          </w:p>
        </w:tc>
      </w:tr>
      <w:tr w:rsidR="00B04DB1" w:rsidRPr="00AF6819" w14:paraId="14DBA949" w14:textId="77777777" w:rsidTr="00FA5778">
        <w:trPr>
          <w:jc w:val="center"/>
        </w:trPr>
        <w:tc>
          <w:tcPr>
            <w:tcW w:w="4200" w:type="dxa"/>
            <w:shd w:val="clear" w:color="auto" w:fill="F8F9FB"/>
            <w:tcMar>
              <w:top w:w="90" w:type="dxa"/>
              <w:left w:w="110" w:type="dxa"/>
              <w:bottom w:w="90" w:type="dxa"/>
              <w:right w:w="110" w:type="dxa"/>
            </w:tcMar>
            <w:vAlign w:val="center"/>
          </w:tcPr>
          <w:p w14:paraId="0A294F0F" w14:textId="77777777" w:rsidR="00B04DB1" w:rsidRPr="00AF6819" w:rsidRDefault="00B04DB1" w:rsidP="00FA5778">
            <w:pPr>
              <w:spacing w:line="240" w:lineRule="auto"/>
              <w:rPr>
                <w:rFonts w:ascii="Arial" w:hAnsi="Arial" w:cs="Arial"/>
              </w:rPr>
            </w:pPr>
            <w:r w:rsidRPr="00AF6819">
              <w:rPr>
                <w:rFonts w:ascii="Arial" w:hAnsi="Arial" w:cs="Arial"/>
              </w:rPr>
              <w:t>Maximum three</w:t>
            </w:r>
            <w:r w:rsidR="00004B80">
              <w:rPr>
                <w:rFonts w:ascii="Arial" w:hAnsi="Arial" w:cs="Arial"/>
              </w:rPr>
              <w:t>-</w:t>
            </w:r>
            <w:r w:rsidRPr="00AF6819">
              <w:rPr>
                <w:rFonts w:ascii="Arial" w:hAnsi="Arial" w:cs="Arial"/>
              </w:rPr>
              <w:t>month shift price impact</w:t>
            </w:r>
          </w:p>
        </w:tc>
        <w:tc>
          <w:tcPr>
            <w:tcW w:w="5160" w:type="dxa"/>
            <w:shd w:val="clear" w:color="auto" w:fill="F8F9FB"/>
            <w:tcMar>
              <w:top w:w="90" w:type="dxa"/>
              <w:left w:w="110" w:type="dxa"/>
              <w:bottom w:w="90" w:type="dxa"/>
              <w:right w:w="110" w:type="dxa"/>
            </w:tcMar>
            <w:vAlign w:val="center"/>
          </w:tcPr>
          <w:p w14:paraId="6DCAB702" w14:textId="77777777" w:rsidR="00B04DB1" w:rsidRPr="00AF6819" w:rsidRDefault="00B04DB1" w:rsidP="00FA5778">
            <w:pPr>
              <w:spacing w:line="240" w:lineRule="auto"/>
              <w:rPr>
                <w:rFonts w:ascii="Arial" w:hAnsi="Arial" w:cs="Arial"/>
              </w:rPr>
            </w:pPr>
          </w:p>
        </w:tc>
      </w:tr>
      <w:tr w:rsidR="00B04DB1" w:rsidRPr="00AF6819" w14:paraId="7B74C418" w14:textId="77777777" w:rsidTr="00FA5778">
        <w:trPr>
          <w:jc w:val="center"/>
        </w:trPr>
        <w:tc>
          <w:tcPr>
            <w:tcW w:w="4200" w:type="dxa"/>
            <w:tcMar>
              <w:top w:w="90" w:type="dxa"/>
              <w:left w:w="110" w:type="dxa"/>
              <w:bottom w:w="90" w:type="dxa"/>
              <w:right w:w="110" w:type="dxa"/>
            </w:tcMar>
            <w:vAlign w:val="center"/>
          </w:tcPr>
          <w:p w14:paraId="49FA1C2D" w14:textId="77777777" w:rsidR="00B04DB1" w:rsidRPr="00AF6819" w:rsidRDefault="00B04DB1" w:rsidP="00FA5778">
            <w:pPr>
              <w:spacing w:line="240" w:lineRule="auto"/>
              <w:rPr>
                <w:rFonts w:ascii="Arial" w:hAnsi="Arial" w:cs="Arial"/>
              </w:rPr>
            </w:pPr>
            <w:r w:rsidRPr="00AF6819">
              <w:rPr>
                <w:rFonts w:ascii="Arial" w:hAnsi="Arial" w:cs="Arial"/>
              </w:rPr>
              <w:t>FAT procedure and witness rights</w:t>
            </w:r>
          </w:p>
        </w:tc>
        <w:tc>
          <w:tcPr>
            <w:tcW w:w="5160" w:type="dxa"/>
            <w:tcMar>
              <w:top w:w="90" w:type="dxa"/>
              <w:left w:w="110" w:type="dxa"/>
              <w:bottom w:w="90" w:type="dxa"/>
              <w:right w:w="110" w:type="dxa"/>
            </w:tcMar>
            <w:vAlign w:val="center"/>
          </w:tcPr>
          <w:p w14:paraId="1B17CF34" w14:textId="77777777" w:rsidR="00B04DB1" w:rsidRPr="00AF6819" w:rsidRDefault="00B04DB1" w:rsidP="00FA5778">
            <w:pPr>
              <w:spacing w:line="240" w:lineRule="auto"/>
              <w:rPr>
                <w:rFonts w:ascii="Arial" w:hAnsi="Arial" w:cs="Arial"/>
              </w:rPr>
            </w:pPr>
          </w:p>
        </w:tc>
      </w:tr>
      <w:tr w:rsidR="00B04DB1" w:rsidRPr="00AF6819" w14:paraId="3B067521" w14:textId="77777777" w:rsidTr="00FA5778">
        <w:trPr>
          <w:jc w:val="center"/>
        </w:trPr>
        <w:tc>
          <w:tcPr>
            <w:tcW w:w="4200" w:type="dxa"/>
            <w:shd w:val="clear" w:color="auto" w:fill="F8F9FB"/>
            <w:tcMar>
              <w:top w:w="90" w:type="dxa"/>
              <w:left w:w="110" w:type="dxa"/>
              <w:bottom w:w="90" w:type="dxa"/>
              <w:right w:w="110" w:type="dxa"/>
            </w:tcMar>
            <w:vAlign w:val="center"/>
          </w:tcPr>
          <w:p w14:paraId="4993D47D" w14:textId="77777777" w:rsidR="00B04DB1" w:rsidRPr="00AF6819" w:rsidRDefault="00B04DB1" w:rsidP="00FA5778">
            <w:pPr>
              <w:spacing w:line="240" w:lineRule="auto"/>
              <w:rPr>
                <w:rFonts w:ascii="Arial" w:hAnsi="Arial" w:cs="Arial"/>
              </w:rPr>
            </w:pPr>
            <w:r w:rsidRPr="00AF6819">
              <w:rPr>
                <w:rFonts w:ascii="Arial" w:hAnsi="Arial" w:cs="Arial"/>
              </w:rPr>
              <w:t>Failed FAT correction and retest</w:t>
            </w:r>
          </w:p>
        </w:tc>
        <w:tc>
          <w:tcPr>
            <w:tcW w:w="5160" w:type="dxa"/>
            <w:shd w:val="clear" w:color="auto" w:fill="F8F9FB"/>
            <w:tcMar>
              <w:top w:w="90" w:type="dxa"/>
              <w:left w:w="110" w:type="dxa"/>
              <w:bottom w:w="90" w:type="dxa"/>
              <w:right w:w="110" w:type="dxa"/>
            </w:tcMar>
            <w:vAlign w:val="center"/>
          </w:tcPr>
          <w:p w14:paraId="474B9E58" w14:textId="77777777" w:rsidR="00B04DB1" w:rsidRPr="00AF6819" w:rsidRDefault="00B04DB1" w:rsidP="00FA5778">
            <w:pPr>
              <w:spacing w:line="240" w:lineRule="auto"/>
              <w:rPr>
                <w:rFonts w:ascii="Arial" w:hAnsi="Arial" w:cs="Arial"/>
              </w:rPr>
            </w:pPr>
          </w:p>
        </w:tc>
      </w:tr>
      <w:tr w:rsidR="00B04DB1" w:rsidRPr="00AF6819" w14:paraId="4A6E610B" w14:textId="77777777" w:rsidTr="00FA5778">
        <w:trPr>
          <w:jc w:val="center"/>
        </w:trPr>
        <w:tc>
          <w:tcPr>
            <w:tcW w:w="4200" w:type="dxa"/>
            <w:tcMar>
              <w:top w:w="90" w:type="dxa"/>
              <w:left w:w="110" w:type="dxa"/>
              <w:bottom w:w="90" w:type="dxa"/>
              <w:right w:w="110" w:type="dxa"/>
            </w:tcMar>
            <w:vAlign w:val="center"/>
          </w:tcPr>
          <w:p w14:paraId="01C840B1" w14:textId="77777777" w:rsidR="00B04DB1" w:rsidRPr="00AF6819" w:rsidRDefault="00B04DB1" w:rsidP="00FA5778">
            <w:pPr>
              <w:spacing w:line="240" w:lineRule="auto"/>
              <w:rPr>
                <w:rFonts w:ascii="Arial" w:hAnsi="Arial" w:cs="Arial"/>
              </w:rPr>
            </w:pPr>
            <w:r w:rsidRPr="00AF6819">
              <w:rPr>
                <w:rFonts w:ascii="Arial" w:hAnsi="Arial" w:cs="Arial"/>
              </w:rPr>
              <w:t>Commissioning staffing and included days</w:t>
            </w:r>
          </w:p>
        </w:tc>
        <w:tc>
          <w:tcPr>
            <w:tcW w:w="5160" w:type="dxa"/>
            <w:tcMar>
              <w:top w:w="90" w:type="dxa"/>
              <w:left w:w="110" w:type="dxa"/>
              <w:bottom w:w="90" w:type="dxa"/>
              <w:right w:w="110" w:type="dxa"/>
            </w:tcMar>
            <w:vAlign w:val="center"/>
          </w:tcPr>
          <w:p w14:paraId="7A6687A3" w14:textId="77777777" w:rsidR="00B04DB1" w:rsidRPr="00AF6819" w:rsidRDefault="00B04DB1" w:rsidP="00FA5778">
            <w:pPr>
              <w:spacing w:line="240" w:lineRule="auto"/>
              <w:rPr>
                <w:rFonts w:ascii="Arial" w:hAnsi="Arial" w:cs="Arial"/>
              </w:rPr>
            </w:pPr>
          </w:p>
        </w:tc>
      </w:tr>
      <w:tr w:rsidR="00B04DB1" w:rsidRPr="00AF6819" w14:paraId="16096ADD" w14:textId="77777777" w:rsidTr="00FA5778">
        <w:trPr>
          <w:jc w:val="center"/>
        </w:trPr>
        <w:tc>
          <w:tcPr>
            <w:tcW w:w="4200" w:type="dxa"/>
            <w:shd w:val="clear" w:color="auto" w:fill="F8F9FB"/>
            <w:tcMar>
              <w:top w:w="90" w:type="dxa"/>
              <w:left w:w="110" w:type="dxa"/>
              <w:bottom w:w="90" w:type="dxa"/>
              <w:right w:w="110" w:type="dxa"/>
            </w:tcMar>
            <w:vAlign w:val="center"/>
          </w:tcPr>
          <w:p w14:paraId="078DB1E6" w14:textId="77777777" w:rsidR="00B04DB1" w:rsidRPr="00AF6819" w:rsidRDefault="00B04DB1" w:rsidP="00FA5778">
            <w:pPr>
              <w:spacing w:line="240" w:lineRule="auto"/>
              <w:rPr>
                <w:rFonts w:ascii="Arial" w:hAnsi="Arial" w:cs="Arial"/>
              </w:rPr>
            </w:pPr>
            <w:r w:rsidRPr="00AF6819">
              <w:rPr>
                <w:rFonts w:ascii="Arial" w:hAnsi="Arial" w:cs="Arial"/>
              </w:rPr>
              <w:t>Additional support rates</w:t>
            </w:r>
          </w:p>
        </w:tc>
        <w:tc>
          <w:tcPr>
            <w:tcW w:w="5160" w:type="dxa"/>
            <w:shd w:val="clear" w:color="auto" w:fill="F8F9FB"/>
            <w:tcMar>
              <w:top w:w="90" w:type="dxa"/>
              <w:left w:w="110" w:type="dxa"/>
              <w:bottom w:w="90" w:type="dxa"/>
              <w:right w:w="110" w:type="dxa"/>
            </w:tcMar>
            <w:vAlign w:val="center"/>
          </w:tcPr>
          <w:p w14:paraId="61EE824B" w14:textId="77777777" w:rsidR="00B04DB1" w:rsidRPr="00AF6819" w:rsidRDefault="00B04DB1" w:rsidP="00FA5778">
            <w:pPr>
              <w:spacing w:line="240" w:lineRule="auto"/>
              <w:rPr>
                <w:rFonts w:ascii="Arial" w:hAnsi="Arial" w:cs="Arial"/>
              </w:rPr>
            </w:pPr>
          </w:p>
        </w:tc>
      </w:tr>
      <w:tr w:rsidR="00B04DB1" w:rsidRPr="00AF6819" w14:paraId="5762C6C8" w14:textId="77777777" w:rsidTr="00FA5778">
        <w:trPr>
          <w:jc w:val="center"/>
        </w:trPr>
        <w:tc>
          <w:tcPr>
            <w:tcW w:w="4200" w:type="dxa"/>
            <w:tcMar>
              <w:top w:w="90" w:type="dxa"/>
              <w:left w:w="110" w:type="dxa"/>
              <w:bottom w:w="90" w:type="dxa"/>
              <w:right w:w="110" w:type="dxa"/>
            </w:tcMar>
            <w:vAlign w:val="center"/>
          </w:tcPr>
          <w:p w14:paraId="02555E2E" w14:textId="77777777" w:rsidR="00B04DB1" w:rsidRPr="00AF6819" w:rsidRDefault="00B04DB1" w:rsidP="00FA5778">
            <w:pPr>
              <w:spacing w:line="240" w:lineRule="auto"/>
              <w:rPr>
                <w:rFonts w:ascii="Arial" w:hAnsi="Arial" w:cs="Arial"/>
              </w:rPr>
            </w:pPr>
            <w:r w:rsidRPr="00AF6819">
              <w:rPr>
                <w:rFonts w:ascii="Arial" w:hAnsi="Arial" w:cs="Arial"/>
              </w:rPr>
              <w:t>Operator training</w:t>
            </w:r>
          </w:p>
        </w:tc>
        <w:tc>
          <w:tcPr>
            <w:tcW w:w="5160" w:type="dxa"/>
            <w:tcMar>
              <w:top w:w="90" w:type="dxa"/>
              <w:left w:w="110" w:type="dxa"/>
              <w:bottom w:w="90" w:type="dxa"/>
              <w:right w:w="110" w:type="dxa"/>
            </w:tcMar>
            <w:vAlign w:val="center"/>
          </w:tcPr>
          <w:p w14:paraId="200ABF8A" w14:textId="77777777" w:rsidR="00B04DB1" w:rsidRPr="00AF6819" w:rsidRDefault="00B04DB1" w:rsidP="00FA5778">
            <w:pPr>
              <w:spacing w:line="240" w:lineRule="auto"/>
              <w:rPr>
                <w:rFonts w:ascii="Arial" w:hAnsi="Arial" w:cs="Arial"/>
              </w:rPr>
            </w:pPr>
          </w:p>
        </w:tc>
      </w:tr>
      <w:tr w:rsidR="00B04DB1" w:rsidRPr="00AF6819" w14:paraId="2F5F04F6" w14:textId="77777777" w:rsidTr="00FA5778">
        <w:trPr>
          <w:jc w:val="center"/>
        </w:trPr>
        <w:tc>
          <w:tcPr>
            <w:tcW w:w="4200" w:type="dxa"/>
            <w:shd w:val="clear" w:color="auto" w:fill="F8F9FB"/>
            <w:tcMar>
              <w:top w:w="90" w:type="dxa"/>
              <w:left w:w="110" w:type="dxa"/>
              <w:bottom w:w="90" w:type="dxa"/>
              <w:right w:w="110" w:type="dxa"/>
            </w:tcMar>
            <w:vAlign w:val="center"/>
          </w:tcPr>
          <w:p w14:paraId="0370D99A" w14:textId="77777777" w:rsidR="00B04DB1" w:rsidRPr="00AF6819" w:rsidRDefault="00B04DB1" w:rsidP="00FA5778">
            <w:pPr>
              <w:spacing w:line="240" w:lineRule="auto"/>
              <w:rPr>
                <w:rFonts w:ascii="Arial" w:hAnsi="Arial" w:cs="Arial"/>
              </w:rPr>
            </w:pPr>
            <w:r w:rsidRPr="00AF6819">
              <w:rPr>
                <w:rFonts w:ascii="Arial" w:hAnsi="Arial" w:cs="Arial"/>
              </w:rPr>
              <w:t>Maintenance and troubleshooting training</w:t>
            </w:r>
          </w:p>
        </w:tc>
        <w:tc>
          <w:tcPr>
            <w:tcW w:w="5160" w:type="dxa"/>
            <w:shd w:val="clear" w:color="auto" w:fill="F8F9FB"/>
            <w:tcMar>
              <w:top w:w="90" w:type="dxa"/>
              <w:left w:w="110" w:type="dxa"/>
              <w:bottom w:w="90" w:type="dxa"/>
              <w:right w:w="110" w:type="dxa"/>
            </w:tcMar>
            <w:vAlign w:val="center"/>
          </w:tcPr>
          <w:p w14:paraId="1B588E7D" w14:textId="77777777" w:rsidR="00B04DB1" w:rsidRPr="00AF6819" w:rsidRDefault="00B04DB1" w:rsidP="00FA5778">
            <w:pPr>
              <w:spacing w:line="240" w:lineRule="auto"/>
              <w:rPr>
                <w:rFonts w:ascii="Arial" w:hAnsi="Arial" w:cs="Arial"/>
              </w:rPr>
            </w:pPr>
          </w:p>
        </w:tc>
      </w:tr>
      <w:tr w:rsidR="00B04DB1" w:rsidRPr="00AF6819" w14:paraId="2D3EFC63" w14:textId="77777777" w:rsidTr="00FA5778">
        <w:trPr>
          <w:jc w:val="center"/>
        </w:trPr>
        <w:tc>
          <w:tcPr>
            <w:tcW w:w="4200" w:type="dxa"/>
            <w:tcMar>
              <w:top w:w="90" w:type="dxa"/>
              <w:left w:w="110" w:type="dxa"/>
              <w:bottom w:w="90" w:type="dxa"/>
              <w:right w:w="110" w:type="dxa"/>
            </w:tcMar>
            <w:vAlign w:val="center"/>
          </w:tcPr>
          <w:p w14:paraId="6B4E2A01" w14:textId="77777777" w:rsidR="00B04DB1" w:rsidRPr="00AF6819" w:rsidRDefault="00B04DB1" w:rsidP="00FA5778">
            <w:pPr>
              <w:spacing w:line="240" w:lineRule="auto"/>
              <w:rPr>
                <w:rFonts w:ascii="Arial" w:hAnsi="Arial" w:cs="Arial"/>
              </w:rPr>
            </w:pPr>
            <w:r w:rsidRPr="00AF6819">
              <w:rPr>
                <w:rFonts w:ascii="Arial" w:hAnsi="Arial" w:cs="Arial"/>
              </w:rPr>
              <w:t>Safety and first responder training</w:t>
            </w:r>
          </w:p>
        </w:tc>
        <w:tc>
          <w:tcPr>
            <w:tcW w:w="5160" w:type="dxa"/>
            <w:tcMar>
              <w:top w:w="90" w:type="dxa"/>
              <w:left w:w="110" w:type="dxa"/>
              <w:bottom w:w="90" w:type="dxa"/>
              <w:right w:w="110" w:type="dxa"/>
            </w:tcMar>
            <w:vAlign w:val="center"/>
          </w:tcPr>
          <w:p w14:paraId="30AE63FF" w14:textId="77777777" w:rsidR="00B04DB1" w:rsidRPr="00AF6819" w:rsidRDefault="00B04DB1" w:rsidP="00FA5778">
            <w:pPr>
              <w:spacing w:line="240" w:lineRule="auto"/>
              <w:rPr>
                <w:rFonts w:ascii="Arial" w:hAnsi="Arial" w:cs="Arial"/>
              </w:rPr>
            </w:pPr>
          </w:p>
        </w:tc>
      </w:tr>
      <w:tr w:rsidR="00B04DB1" w:rsidRPr="00AF6819" w14:paraId="6FAF52F9" w14:textId="77777777" w:rsidTr="00FA5778">
        <w:trPr>
          <w:jc w:val="center"/>
        </w:trPr>
        <w:tc>
          <w:tcPr>
            <w:tcW w:w="4200" w:type="dxa"/>
            <w:shd w:val="clear" w:color="auto" w:fill="F8F9FB"/>
            <w:tcMar>
              <w:top w:w="90" w:type="dxa"/>
              <w:left w:w="110" w:type="dxa"/>
              <w:bottom w:w="90" w:type="dxa"/>
              <w:right w:w="110" w:type="dxa"/>
            </w:tcMar>
            <w:vAlign w:val="center"/>
          </w:tcPr>
          <w:p w14:paraId="64653821" w14:textId="77777777" w:rsidR="00B04DB1" w:rsidRPr="00AF6819" w:rsidRDefault="00B04DB1" w:rsidP="00FA5778">
            <w:pPr>
              <w:spacing w:line="240" w:lineRule="auto"/>
              <w:rPr>
                <w:rFonts w:ascii="Arial" w:hAnsi="Arial" w:cs="Arial"/>
              </w:rPr>
            </w:pPr>
            <w:r w:rsidRPr="00AF6819">
              <w:rPr>
                <w:rFonts w:ascii="Arial" w:hAnsi="Arial" w:cs="Arial"/>
              </w:rPr>
              <w:t>Cyber and administrator training</w:t>
            </w:r>
          </w:p>
        </w:tc>
        <w:tc>
          <w:tcPr>
            <w:tcW w:w="5160" w:type="dxa"/>
            <w:shd w:val="clear" w:color="auto" w:fill="F8F9FB"/>
            <w:tcMar>
              <w:top w:w="90" w:type="dxa"/>
              <w:left w:w="110" w:type="dxa"/>
              <w:bottom w:w="90" w:type="dxa"/>
              <w:right w:w="110" w:type="dxa"/>
            </w:tcMar>
            <w:vAlign w:val="center"/>
          </w:tcPr>
          <w:p w14:paraId="1A2745D9" w14:textId="77777777" w:rsidR="00B04DB1" w:rsidRPr="00AF6819" w:rsidRDefault="00B04DB1" w:rsidP="00FA5778">
            <w:pPr>
              <w:spacing w:line="240" w:lineRule="auto"/>
              <w:rPr>
                <w:rFonts w:ascii="Arial" w:hAnsi="Arial" w:cs="Arial"/>
              </w:rPr>
            </w:pPr>
          </w:p>
        </w:tc>
      </w:tr>
      <w:tr w:rsidR="00B04DB1" w:rsidRPr="00AF6819" w14:paraId="3F73AC2C" w14:textId="77777777" w:rsidTr="00FA5778">
        <w:trPr>
          <w:jc w:val="center"/>
        </w:trPr>
        <w:tc>
          <w:tcPr>
            <w:tcW w:w="4200" w:type="dxa"/>
            <w:tcMar>
              <w:top w:w="90" w:type="dxa"/>
              <w:left w:w="110" w:type="dxa"/>
              <w:bottom w:w="90" w:type="dxa"/>
              <w:right w:w="110" w:type="dxa"/>
            </w:tcMar>
            <w:vAlign w:val="center"/>
          </w:tcPr>
          <w:p w14:paraId="340EFCB0" w14:textId="77777777" w:rsidR="00B04DB1" w:rsidRPr="00AF6819" w:rsidRDefault="00B04DB1" w:rsidP="00FA5778">
            <w:pPr>
              <w:spacing w:line="240" w:lineRule="auto"/>
              <w:rPr>
                <w:rFonts w:ascii="Arial" w:hAnsi="Arial" w:cs="Arial"/>
              </w:rPr>
            </w:pPr>
            <w:r w:rsidRPr="00AF6819">
              <w:rPr>
                <w:rFonts w:ascii="Arial" w:hAnsi="Arial" w:cs="Arial"/>
              </w:rPr>
              <w:t>Training materials and refresher</w:t>
            </w:r>
          </w:p>
        </w:tc>
        <w:tc>
          <w:tcPr>
            <w:tcW w:w="5160" w:type="dxa"/>
            <w:tcMar>
              <w:top w:w="90" w:type="dxa"/>
              <w:left w:w="110" w:type="dxa"/>
              <w:bottom w:w="90" w:type="dxa"/>
              <w:right w:w="110" w:type="dxa"/>
            </w:tcMar>
            <w:vAlign w:val="center"/>
          </w:tcPr>
          <w:p w14:paraId="3E00CADF" w14:textId="77777777" w:rsidR="00B04DB1" w:rsidRPr="00AF6819" w:rsidRDefault="00B04DB1" w:rsidP="00FA5778">
            <w:pPr>
              <w:spacing w:line="240" w:lineRule="auto"/>
              <w:rPr>
                <w:rFonts w:ascii="Arial" w:hAnsi="Arial" w:cs="Arial"/>
              </w:rPr>
            </w:pPr>
          </w:p>
        </w:tc>
      </w:tr>
      <w:tr w:rsidR="00B04DB1" w:rsidRPr="00AF6819" w14:paraId="15A20C42" w14:textId="77777777" w:rsidTr="00FA5778">
        <w:trPr>
          <w:jc w:val="center"/>
        </w:trPr>
        <w:tc>
          <w:tcPr>
            <w:tcW w:w="4200" w:type="dxa"/>
            <w:tcMar>
              <w:top w:w="90" w:type="dxa"/>
              <w:left w:w="110" w:type="dxa"/>
              <w:bottom w:w="90" w:type="dxa"/>
              <w:right w:w="110" w:type="dxa"/>
            </w:tcMar>
            <w:vAlign w:val="center"/>
          </w:tcPr>
          <w:p w14:paraId="53A0E1AF" w14:textId="77777777" w:rsidR="00B04DB1" w:rsidRPr="00AF6819" w:rsidRDefault="00B04DB1" w:rsidP="00FA5778">
            <w:pPr>
              <w:spacing w:line="240" w:lineRule="auto"/>
              <w:rPr>
                <w:rFonts w:ascii="Arial" w:hAnsi="Arial" w:cs="Arial"/>
              </w:rPr>
            </w:pPr>
            <w:r w:rsidRPr="00AF6819">
              <w:rPr>
                <w:rFonts w:ascii="Arial" w:hAnsi="Arial" w:cs="Arial"/>
              </w:rPr>
              <w:t>Quality management certifications</w:t>
            </w:r>
          </w:p>
        </w:tc>
        <w:tc>
          <w:tcPr>
            <w:tcW w:w="5160" w:type="dxa"/>
            <w:tcMar>
              <w:top w:w="90" w:type="dxa"/>
              <w:left w:w="110" w:type="dxa"/>
              <w:bottom w:w="90" w:type="dxa"/>
              <w:right w:w="110" w:type="dxa"/>
            </w:tcMar>
            <w:vAlign w:val="center"/>
          </w:tcPr>
          <w:p w14:paraId="5DFEDE46" w14:textId="77777777" w:rsidR="00B04DB1" w:rsidRPr="00AF6819" w:rsidRDefault="00B04DB1" w:rsidP="00FA5778">
            <w:pPr>
              <w:spacing w:line="240" w:lineRule="auto"/>
              <w:rPr>
                <w:rFonts w:ascii="Arial" w:hAnsi="Arial" w:cs="Arial"/>
              </w:rPr>
            </w:pPr>
          </w:p>
        </w:tc>
      </w:tr>
      <w:tr w:rsidR="00B04DB1" w:rsidRPr="00AF6819" w14:paraId="5FB2BE80" w14:textId="77777777" w:rsidTr="00FA5778">
        <w:trPr>
          <w:jc w:val="center"/>
        </w:trPr>
        <w:tc>
          <w:tcPr>
            <w:tcW w:w="4200" w:type="dxa"/>
            <w:tcMar>
              <w:top w:w="90" w:type="dxa"/>
              <w:left w:w="110" w:type="dxa"/>
              <w:bottom w:w="90" w:type="dxa"/>
              <w:right w:w="110" w:type="dxa"/>
            </w:tcMar>
            <w:vAlign w:val="center"/>
          </w:tcPr>
          <w:p w14:paraId="04BCF7E1" w14:textId="77777777" w:rsidR="00B04DB1" w:rsidRPr="00AF6819" w:rsidRDefault="00B04DB1" w:rsidP="00FA5778">
            <w:pPr>
              <w:spacing w:line="240" w:lineRule="auto"/>
              <w:rPr>
                <w:rFonts w:ascii="Arial" w:hAnsi="Arial" w:cs="Arial"/>
              </w:rPr>
            </w:pPr>
            <w:r w:rsidRPr="00AF6819">
              <w:rPr>
                <w:rFonts w:ascii="Arial" w:hAnsi="Arial" w:cs="Arial"/>
              </w:rPr>
              <w:t>Equipment serial number traceability</w:t>
            </w:r>
          </w:p>
        </w:tc>
        <w:tc>
          <w:tcPr>
            <w:tcW w:w="5160" w:type="dxa"/>
            <w:tcMar>
              <w:top w:w="90" w:type="dxa"/>
              <w:left w:w="110" w:type="dxa"/>
              <w:bottom w:w="90" w:type="dxa"/>
              <w:right w:w="110" w:type="dxa"/>
            </w:tcMar>
            <w:vAlign w:val="center"/>
          </w:tcPr>
          <w:p w14:paraId="607E132E" w14:textId="77777777" w:rsidR="00B04DB1" w:rsidRPr="00AF6819" w:rsidRDefault="00B04DB1" w:rsidP="00FA5778">
            <w:pPr>
              <w:spacing w:line="240" w:lineRule="auto"/>
              <w:rPr>
                <w:rFonts w:ascii="Arial" w:hAnsi="Arial" w:cs="Arial"/>
              </w:rPr>
            </w:pPr>
          </w:p>
        </w:tc>
      </w:tr>
      <w:tr w:rsidR="00B04DB1" w:rsidRPr="00AF6819" w14:paraId="1F7BF2E1" w14:textId="77777777" w:rsidTr="00FA5778">
        <w:trPr>
          <w:jc w:val="center"/>
        </w:trPr>
        <w:tc>
          <w:tcPr>
            <w:tcW w:w="4200" w:type="dxa"/>
            <w:tcMar>
              <w:top w:w="90" w:type="dxa"/>
              <w:left w:w="110" w:type="dxa"/>
              <w:bottom w:w="90" w:type="dxa"/>
              <w:right w:w="110" w:type="dxa"/>
            </w:tcMar>
            <w:vAlign w:val="center"/>
          </w:tcPr>
          <w:p w14:paraId="674318D4" w14:textId="77777777" w:rsidR="00B04DB1" w:rsidRPr="00AF6819" w:rsidRDefault="00B04DB1" w:rsidP="00FA5778">
            <w:pPr>
              <w:spacing w:line="240" w:lineRule="auto"/>
              <w:rPr>
                <w:rFonts w:ascii="Arial" w:hAnsi="Arial" w:cs="Arial"/>
              </w:rPr>
            </w:pPr>
            <w:r w:rsidRPr="00AF6819">
              <w:rPr>
                <w:rFonts w:ascii="Arial" w:hAnsi="Arial" w:cs="Arial"/>
              </w:rPr>
              <w:t>Cell and module batch traceability</w:t>
            </w:r>
          </w:p>
        </w:tc>
        <w:tc>
          <w:tcPr>
            <w:tcW w:w="5160" w:type="dxa"/>
            <w:tcMar>
              <w:top w:w="90" w:type="dxa"/>
              <w:left w:w="110" w:type="dxa"/>
              <w:bottom w:w="90" w:type="dxa"/>
              <w:right w:w="110" w:type="dxa"/>
            </w:tcMar>
            <w:vAlign w:val="center"/>
          </w:tcPr>
          <w:p w14:paraId="141C5F2D" w14:textId="77777777" w:rsidR="00B04DB1" w:rsidRPr="00AF6819" w:rsidRDefault="00B04DB1" w:rsidP="00FA5778">
            <w:pPr>
              <w:spacing w:line="240" w:lineRule="auto"/>
              <w:rPr>
                <w:rFonts w:ascii="Arial" w:hAnsi="Arial" w:cs="Arial"/>
              </w:rPr>
            </w:pPr>
          </w:p>
        </w:tc>
      </w:tr>
      <w:tr w:rsidR="00B04DB1" w:rsidRPr="00AF6819" w14:paraId="2306B687" w14:textId="77777777" w:rsidTr="00FA5778">
        <w:trPr>
          <w:jc w:val="center"/>
        </w:trPr>
        <w:tc>
          <w:tcPr>
            <w:tcW w:w="4200" w:type="dxa"/>
            <w:tcMar>
              <w:top w:w="90" w:type="dxa"/>
              <w:left w:w="110" w:type="dxa"/>
              <w:bottom w:w="90" w:type="dxa"/>
              <w:right w:w="110" w:type="dxa"/>
            </w:tcMar>
            <w:vAlign w:val="center"/>
          </w:tcPr>
          <w:p w14:paraId="712157AF" w14:textId="77777777" w:rsidR="00B04DB1" w:rsidRPr="00AF6819" w:rsidRDefault="00B04DB1" w:rsidP="00FA5778">
            <w:pPr>
              <w:spacing w:line="240" w:lineRule="auto"/>
              <w:rPr>
                <w:rFonts w:ascii="Arial" w:hAnsi="Arial" w:cs="Arial"/>
              </w:rPr>
            </w:pPr>
            <w:r w:rsidRPr="00AF6819">
              <w:rPr>
                <w:rFonts w:ascii="Arial" w:hAnsi="Arial" w:cs="Arial"/>
              </w:rPr>
              <w:t>Sample FAT and SAT procedure references</w:t>
            </w:r>
          </w:p>
        </w:tc>
        <w:tc>
          <w:tcPr>
            <w:tcW w:w="5160" w:type="dxa"/>
            <w:tcMar>
              <w:top w:w="90" w:type="dxa"/>
              <w:left w:w="110" w:type="dxa"/>
              <w:bottom w:w="90" w:type="dxa"/>
              <w:right w:w="110" w:type="dxa"/>
            </w:tcMar>
            <w:vAlign w:val="center"/>
          </w:tcPr>
          <w:p w14:paraId="272DCC63" w14:textId="77777777" w:rsidR="00B04DB1" w:rsidRPr="00AF6819" w:rsidRDefault="00B04DB1" w:rsidP="00FA5778">
            <w:pPr>
              <w:spacing w:line="240" w:lineRule="auto"/>
              <w:rPr>
                <w:rFonts w:ascii="Arial" w:hAnsi="Arial" w:cs="Arial"/>
              </w:rPr>
            </w:pPr>
          </w:p>
        </w:tc>
      </w:tr>
      <w:tr w:rsidR="00B04DB1" w:rsidRPr="00AF6819" w14:paraId="4EA92D0A" w14:textId="77777777" w:rsidTr="00FA5778">
        <w:trPr>
          <w:jc w:val="center"/>
        </w:trPr>
        <w:tc>
          <w:tcPr>
            <w:tcW w:w="4200" w:type="dxa"/>
            <w:tcMar>
              <w:top w:w="90" w:type="dxa"/>
              <w:left w:w="110" w:type="dxa"/>
              <w:bottom w:w="90" w:type="dxa"/>
              <w:right w:w="110" w:type="dxa"/>
            </w:tcMar>
            <w:vAlign w:val="center"/>
          </w:tcPr>
          <w:p w14:paraId="5395143C" w14:textId="77777777" w:rsidR="00B04DB1" w:rsidRPr="00AF6819" w:rsidRDefault="00B04DB1" w:rsidP="00FA5778">
            <w:pPr>
              <w:spacing w:line="240" w:lineRule="auto"/>
              <w:rPr>
                <w:rFonts w:ascii="Arial" w:hAnsi="Arial" w:cs="Arial"/>
              </w:rPr>
            </w:pPr>
            <w:r w:rsidRPr="00AF6819">
              <w:rPr>
                <w:rFonts w:ascii="Arial" w:hAnsi="Arial" w:cs="Arial"/>
              </w:rPr>
              <w:t>Nonconformance and corrective action process</w:t>
            </w:r>
          </w:p>
        </w:tc>
        <w:tc>
          <w:tcPr>
            <w:tcW w:w="5160" w:type="dxa"/>
            <w:tcMar>
              <w:top w:w="90" w:type="dxa"/>
              <w:left w:w="110" w:type="dxa"/>
              <w:bottom w:w="90" w:type="dxa"/>
              <w:right w:w="110" w:type="dxa"/>
            </w:tcMar>
            <w:vAlign w:val="center"/>
          </w:tcPr>
          <w:p w14:paraId="19362EAC" w14:textId="77777777" w:rsidR="00B04DB1" w:rsidRPr="00AF6819" w:rsidRDefault="00B04DB1" w:rsidP="00FA5778">
            <w:pPr>
              <w:spacing w:line="240" w:lineRule="auto"/>
              <w:rPr>
                <w:rFonts w:ascii="Arial" w:hAnsi="Arial" w:cs="Arial"/>
              </w:rPr>
            </w:pPr>
          </w:p>
        </w:tc>
      </w:tr>
      <w:tr w:rsidR="00B04DB1" w:rsidRPr="00AF6819" w14:paraId="1C152380" w14:textId="77777777" w:rsidTr="00FA5778">
        <w:trPr>
          <w:jc w:val="center"/>
        </w:trPr>
        <w:tc>
          <w:tcPr>
            <w:tcW w:w="4200" w:type="dxa"/>
            <w:tcMar>
              <w:top w:w="90" w:type="dxa"/>
              <w:left w:w="110" w:type="dxa"/>
              <w:bottom w:w="90" w:type="dxa"/>
              <w:right w:w="110" w:type="dxa"/>
            </w:tcMar>
            <w:vAlign w:val="center"/>
          </w:tcPr>
          <w:p w14:paraId="4B31A715" w14:textId="77777777" w:rsidR="00B04DB1" w:rsidRPr="00AF6819" w:rsidRDefault="00B04DB1" w:rsidP="00FA5778">
            <w:pPr>
              <w:spacing w:line="240" w:lineRule="auto"/>
              <w:rPr>
                <w:rFonts w:ascii="Arial" w:hAnsi="Arial" w:cs="Arial"/>
              </w:rPr>
            </w:pPr>
            <w:r w:rsidRPr="00AF6819">
              <w:rPr>
                <w:rFonts w:ascii="Arial" w:hAnsi="Arial" w:cs="Arial"/>
              </w:rPr>
              <w:t>Field safety notice and recall process</w:t>
            </w:r>
          </w:p>
        </w:tc>
        <w:tc>
          <w:tcPr>
            <w:tcW w:w="5160" w:type="dxa"/>
            <w:tcMar>
              <w:top w:w="90" w:type="dxa"/>
              <w:left w:w="110" w:type="dxa"/>
              <w:bottom w:w="90" w:type="dxa"/>
              <w:right w:w="110" w:type="dxa"/>
            </w:tcMar>
            <w:vAlign w:val="center"/>
          </w:tcPr>
          <w:p w14:paraId="4AE3B149" w14:textId="77777777" w:rsidR="00B04DB1" w:rsidRPr="00AF6819" w:rsidRDefault="00B04DB1" w:rsidP="00FA5778">
            <w:pPr>
              <w:spacing w:line="240" w:lineRule="auto"/>
              <w:rPr>
                <w:rFonts w:ascii="Arial" w:hAnsi="Arial" w:cs="Arial"/>
              </w:rPr>
            </w:pPr>
          </w:p>
        </w:tc>
      </w:tr>
      <w:tr w:rsidR="00B04DB1" w:rsidRPr="00AF6819" w14:paraId="03F55153" w14:textId="77777777" w:rsidTr="00FA5778">
        <w:trPr>
          <w:jc w:val="center"/>
        </w:trPr>
        <w:tc>
          <w:tcPr>
            <w:tcW w:w="4200" w:type="dxa"/>
            <w:tcMar>
              <w:top w:w="90" w:type="dxa"/>
              <w:left w:w="110" w:type="dxa"/>
              <w:bottom w:w="90" w:type="dxa"/>
              <w:right w:w="110" w:type="dxa"/>
            </w:tcMar>
            <w:vAlign w:val="center"/>
          </w:tcPr>
          <w:p w14:paraId="71FFA124" w14:textId="77777777" w:rsidR="00B04DB1" w:rsidRPr="00AF6819" w:rsidRDefault="00B04DB1" w:rsidP="00FA5778">
            <w:pPr>
              <w:spacing w:line="240" w:lineRule="auto"/>
              <w:rPr>
                <w:rFonts w:ascii="Arial" w:hAnsi="Arial" w:cs="Arial"/>
              </w:rPr>
            </w:pPr>
            <w:r w:rsidRPr="00AF6819">
              <w:rPr>
                <w:rFonts w:ascii="Arial" w:hAnsi="Arial" w:cs="Arial"/>
              </w:rPr>
              <w:t>Seven States manufacturing and quality audit right</w:t>
            </w:r>
          </w:p>
        </w:tc>
        <w:tc>
          <w:tcPr>
            <w:tcW w:w="5160" w:type="dxa"/>
            <w:tcMar>
              <w:top w:w="90" w:type="dxa"/>
              <w:left w:w="110" w:type="dxa"/>
              <w:bottom w:w="90" w:type="dxa"/>
              <w:right w:w="110" w:type="dxa"/>
            </w:tcMar>
            <w:vAlign w:val="center"/>
          </w:tcPr>
          <w:p w14:paraId="76D5D265" w14:textId="77777777" w:rsidR="00B04DB1" w:rsidRPr="00AF6819" w:rsidRDefault="00B04DB1" w:rsidP="00FA5778">
            <w:pPr>
              <w:spacing w:line="240" w:lineRule="auto"/>
              <w:rPr>
                <w:rFonts w:ascii="Arial" w:hAnsi="Arial" w:cs="Arial"/>
              </w:rPr>
            </w:pPr>
          </w:p>
        </w:tc>
      </w:tr>
      <w:tr w:rsidR="00E53155" w14:paraId="545D637F" w14:textId="77777777">
        <w:trPr>
          <w:jc w:val="center"/>
        </w:trPr>
        <w:tc>
          <w:tcPr>
            <w:tcW w:w="4200" w:type="dxa"/>
          </w:tcPr>
          <w:p w14:paraId="753D8E87" w14:textId="77777777" w:rsidR="00E53155" w:rsidRDefault="00000000">
            <w:r>
              <w:t>Commercial operation of all sites no later than two years after the initial purchase order</w:t>
            </w:r>
          </w:p>
        </w:tc>
        <w:tc>
          <w:tcPr>
            <w:tcW w:w="5160" w:type="dxa"/>
          </w:tcPr>
          <w:p w14:paraId="5591C5C8" w14:textId="77777777" w:rsidR="00E53155" w:rsidRDefault="00E53155"/>
        </w:tc>
      </w:tr>
    </w:tbl>
    <w:p w14:paraId="1DBED0D0" w14:textId="77777777" w:rsidR="00B04DB1" w:rsidRPr="00AF6819" w:rsidRDefault="00B04DB1" w:rsidP="00AF6819">
      <w:pPr>
        <w:pStyle w:val="Heading1"/>
        <w:spacing w:after="120"/>
        <w:rPr>
          <w:rFonts w:ascii="Arial" w:hAnsi="Arial" w:cs="Arial"/>
          <w:caps/>
        </w:rPr>
      </w:pPr>
      <w:r w:rsidRPr="00AF6819">
        <w:rPr>
          <w:rFonts w:ascii="Arial" w:hAnsi="Arial" w:cs="Arial"/>
          <w:caps/>
        </w:rPr>
        <w:lastRenderedPageBreak/>
        <w:t>Appendix F. Warranty and LTSA Response</w:t>
      </w:r>
    </w:p>
    <w:p w14:paraId="3C5D6E97" w14:textId="77777777" w:rsidR="00B04DB1" w:rsidRPr="00AF6819" w:rsidRDefault="00B04DB1" w:rsidP="00B04DB1">
      <w:pPr>
        <w:rPr>
          <w:rFonts w:ascii="Arial" w:hAnsi="Arial" w:cs="Arial"/>
        </w:rPr>
      </w:pPr>
      <w:r>
        <w:rPr>
          <w:rFonts w:ascii="Arial" w:hAnsi="Arial" w:cs="Arial"/>
        </w:rPr>
        <w:t>Provide the proposed 20-year coverage and include the Bidder's negotiable draft LTSA and mandatory term compliance matrix in the searchable, signed proposal PDF.</w:t>
      </w:r>
    </w:p>
    <w:p w14:paraId="67686514"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F.1 Obligors and Backing</w:t>
      </w:r>
    </w:p>
    <w:p w14:paraId="2AFAA262" w14:textId="77777777" w:rsidR="00E53155" w:rsidRDefault="00000000">
      <w:pPr>
        <w:rPr>
          <w:rFonts w:ascii="Arial" w:hAnsi="Arial" w:cs="Arial"/>
        </w:rPr>
      </w:pPr>
      <w:r>
        <w:rPr>
          <w:rFonts w:ascii="Arial" w:hAnsi="Arial" w:cs="Arial"/>
        </w:rPr>
        <w:t>Following award, a Selectee that does not independently demonstrate financial strength sufficient to support its 20-year warranty, replacement, and LTSA obligations may be required to provide an acceptable guaranty from its financially qualified ultimate parent. At Seven States' sole discretion, an irrevocable standby letter of credit, surety bond, or other credit support may be accepted in lieu of or in combination with the parent guaranty. Any alternative security must be in a form, amount, duration, and priority acceptable to Seven States, include satisfactory renewal, replacement, and draw or claim provisions, and must not limit the Selectee's underlying obligations or liability unless expressly stated in the executed Agreement.</w:t>
      </w:r>
    </w:p>
    <w:tbl>
      <w:tblPr>
        <w:tblStyle w:val="TableGrid"/>
        <w:tblW w:w="9360" w:type="dxa"/>
        <w:jc w:val="center"/>
        <w:tblLayout w:type="fixed"/>
        <w:tblLook w:val="04A0" w:firstRow="1" w:lastRow="0" w:firstColumn="1" w:lastColumn="0" w:noHBand="0" w:noVBand="1"/>
      </w:tblPr>
      <w:tblGrid>
        <w:gridCol w:w="3900"/>
        <w:gridCol w:w="5460"/>
      </w:tblGrid>
      <w:tr w:rsidR="00B04DB1" w:rsidRPr="00AF6819" w14:paraId="2DCD87E6" w14:textId="77777777" w:rsidTr="00FA5778">
        <w:trPr>
          <w:tblHeader/>
          <w:jc w:val="center"/>
        </w:trPr>
        <w:tc>
          <w:tcPr>
            <w:tcW w:w="3900" w:type="dxa"/>
            <w:shd w:val="clear" w:color="auto" w:fill="2D2D84"/>
            <w:tcMar>
              <w:top w:w="90" w:type="dxa"/>
              <w:left w:w="110" w:type="dxa"/>
              <w:bottom w:w="90" w:type="dxa"/>
              <w:right w:w="110" w:type="dxa"/>
            </w:tcMar>
            <w:vAlign w:val="center"/>
          </w:tcPr>
          <w:p w14:paraId="6C345594"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5460" w:type="dxa"/>
            <w:shd w:val="clear" w:color="auto" w:fill="2D2D84"/>
            <w:tcMar>
              <w:top w:w="90" w:type="dxa"/>
              <w:left w:w="110" w:type="dxa"/>
              <w:bottom w:w="90" w:type="dxa"/>
              <w:right w:w="110" w:type="dxa"/>
            </w:tcMar>
            <w:vAlign w:val="center"/>
          </w:tcPr>
          <w:p w14:paraId="2EC3EFA6"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 / attachment</w:t>
            </w:r>
          </w:p>
        </w:tc>
      </w:tr>
      <w:tr w:rsidR="00B04DB1" w:rsidRPr="00AF6819" w14:paraId="7C16F720" w14:textId="77777777" w:rsidTr="00FA5778">
        <w:trPr>
          <w:jc w:val="center"/>
        </w:trPr>
        <w:tc>
          <w:tcPr>
            <w:tcW w:w="3900" w:type="dxa"/>
            <w:tcMar>
              <w:top w:w="90" w:type="dxa"/>
              <w:left w:w="110" w:type="dxa"/>
              <w:bottom w:w="90" w:type="dxa"/>
              <w:right w:w="110" w:type="dxa"/>
            </w:tcMar>
            <w:vAlign w:val="center"/>
          </w:tcPr>
          <w:p w14:paraId="40E35F2B" w14:textId="77777777" w:rsidR="00B04DB1" w:rsidRPr="00AF6819" w:rsidRDefault="00B04DB1" w:rsidP="00FA5778">
            <w:pPr>
              <w:spacing w:line="240" w:lineRule="auto"/>
              <w:rPr>
                <w:rFonts w:ascii="Arial" w:hAnsi="Arial" w:cs="Arial"/>
              </w:rPr>
            </w:pPr>
            <w:r w:rsidRPr="00AF6819">
              <w:rPr>
                <w:rFonts w:ascii="Arial" w:hAnsi="Arial" w:cs="Arial"/>
              </w:rPr>
              <w:t>Warranty obligor</w:t>
            </w:r>
          </w:p>
        </w:tc>
        <w:tc>
          <w:tcPr>
            <w:tcW w:w="5460" w:type="dxa"/>
            <w:tcMar>
              <w:top w:w="90" w:type="dxa"/>
              <w:left w:w="110" w:type="dxa"/>
              <w:bottom w:w="90" w:type="dxa"/>
              <w:right w:w="110" w:type="dxa"/>
            </w:tcMar>
            <w:vAlign w:val="center"/>
          </w:tcPr>
          <w:p w14:paraId="6DC6BB93" w14:textId="77777777" w:rsidR="00B04DB1" w:rsidRPr="00AF6819" w:rsidRDefault="00B04DB1" w:rsidP="00FA5778">
            <w:pPr>
              <w:spacing w:line="240" w:lineRule="auto"/>
              <w:rPr>
                <w:rFonts w:ascii="Arial" w:hAnsi="Arial" w:cs="Arial"/>
              </w:rPr>
            </w:pPr>
          </w:p>
        </w:tc>
      </w:tr>
      <w:tr w:rsidR="00B04DB1" w:rsidRPr="00AF6819" w14:paraId="2CB009B3" w14:textId="77777777" w:rsidTr="00FA5778">
        <w:trPr>
          <w:jc w:val="center"/>
        </w:trPr>
        <w:tc>
          <w:tcPr>
            <w:tcW w:w="3900" w:type="dxa"/>
            <w:shd w:val="clear" w:color="auto" w:fill="F8F9FB"/>
            <w:tcMar>
              <w:top w:w="90" w:type="dxa"/>
              <w:left w:w="110" w:type="dxa"/>
              <w:bottom w:w="90" w:type="dxa"/>
              <w:right w:w="110" w:type="dxa"/>
            </w:tcMar>
            <w:vAlign w:val="center"/>
          </w:tcPr>
          <w:p w14:paraId="1813893A" w14:textId="77777777" w:rsidR="00B04DB1" w:rsidRPr="00AF6819" w:rsidRDefault="00B04DB1" w:rsidP="00FA5778">
            <w:pPr>
              <w:spacing w:line="240" w:lineRule="auto"/>
              <w:rPr>
                <w:rFonts w:ascii="Arial" w:hAnsi="Arial" w:cs="Arial"/>
              </w:rPr>
            </w:pPr>
            <w:r w:rsidRPr="00AF6819">
              <w:rPr>
                <w:rFonts w:ascii="Arial" w:hAnsi="Arial" w:cs="Arial"/>
              </w:rPr>
              <w:t>LTSA obligor</w:t>
            </w:r>
          </w:p>
        </w:tc>
        <w:tc>
          <w:tcPr>
            <w:tcW w:w="5460" w:type="dxa"/>
            <w:shd w:val="clear" w:color="auto" w:fill="F8F9FB"/>
            <w:tcMar>
              <w:top w:w="90" w:type="dxa"/>
              <w:left w:w="110" w:type="dxa"/>
              <w:bottom w:w="90" w:type="dxa"/>
              <w:right w:w="110" w:type="dxa"/>
            </w:tcMar>
            <w:vAlign w:val="center"/>
          </w:tcPr>
          <w:p w14:paraId="408440A0" w14:textId="77777777" w:rsidR="00B04DB1" w:rsidRPr="00AF6819" w:rsidRDefault="00B04DB1" w:rsidP="00FA5778">
            <w:pPr>
              <w:spacing w:line="240" w:lineRule="auto"/>
              <w:rPr>
                <w:rFonts w:ascii="Arial" w:hAnsi="Arial" w:cs="Arial"/>
              </w:rPr>
            </w:pPr>
          </w:p>
        </w:tc>
      </w:tr>
      <w:tr w:rsidR="00B04DB1" w:rsidRPr="00AF6819" w14:paraId="09F4ABA6" w14:textId="77777777" w:rsidTr="00FA5778">
        <w:trPr>
          <w:jc w:val="center"/>
        </w:trPr>
        <w:tc>
          <w:tcPr>
            <w:tcW w:w="3900" w:type="dxa"/>
            <w:tcMar>
              <w:top w:w="90" w:type="dxa"/>
              <w:left w:w="110" w:type="dxa"/>
              <w:bottom w:w="90" w:type="dxa"/>
              <w:right w:w="110" w:type="dxa"/>
            </w:tcMar>
            <w:vAlign w:val="center"/>
          </w:tcPr>
          <w:p w14:paraId="7870EE1E" w14:textId="77777777" w:rsidR="00B04DB1" w:rsidRPr="00AF6819" w:rsidRDefault="00B04DB1" w:rsidP="00FA5778">
            <w:pPr>
              <w:spacing w:line="240" w:lineRule="auto"/>
              <w:rPr>
                <w:rFonts w:ascii="Arial" w:hAnsi="Arial" w:cs="Arial"/>
              </w:rPr>
            </w:pPr>
            <w:r w:rsidRPr="00AF6819">
              <w:rPr>
                <w:rFonts w:ascii="Arial" w:hAnsi="Arial" w:cs="Arial"/>
              </w:rPr>
              <w:t>Ultimate parent</w:t>
            </w:r>
          </w:p>
        </w:tc>
        <w:tc>
          <w:tcPr>
            <w:tcW w:w="5460" w:type="dxa"/>
            <w:tcMar>
              <w:top w:w="90" w:type="dxa"/>
              <w:left w:w="110" w:type="dxa"/>
              <w:bottom w:w="90" w:type="dxa"/>
              <w:right w:w="110" w:type="dxa"/>
            </w:tcMar>
            <w:vAlign w:val="center"/>
          </w:tcPr>
          <w:p w14:paraId="1F6BE9CA" w14:textId="77777777" w:rsidR="00B04DB1" w:rsidRPr="00AF6819" w:rsidRDefault="00B04DB1" w:rsidP="00FA5778">
            <w:pPr>
              <w:spacing w:line="240" w:lineRule="auto"/>
              <w:rPr>
                <w:rFonts w:ascii="Arial" w:hAnsi="Arial" w:cs="Arial"/>
              </w:rPr>
            </w:pPr>
          </w:p>
        </w:tc>
      </w:tr>
      <w:tr w:rsidR="00B04DB1" w:rsidRPr="00AF6819" w14:paraId="6E75D634" w14:textId="77777777" w:rsidTr="00FA5778">
        <w:trPr>
          <w:jc w:val="center"/>
        </w:trPr>
        <w:tc>
          <w:tcPr>
            <w:tcW w:w="3900" w:type="dxa"/>
            <w:shd w:val="clear" w:color="auto" w:fill="F8F9FB"/>
            <w:tcMar>
              <w:top w:w="90" w:type="dxa"/>
              <w:left w:w="110" w:type="dxa"/>
              <w:bottom w:w="90" w:type="dxa"/>
              <w:right w:w="110" w:type="dxa"/>
            </w:tcMar>
            <w:vAlign w:val="center"/>
          </w:tcPr>
          <w:p w14:paraId="0A69BACD" w14:textId="77777777" w:rsidR="00B04DB1" w:rsidRPr="00AF6819" w:rsidRDefault="00B04DB1" w:rsidP="00FA5778">
            <w:pPr>
              <w:spacing w:line="240" w:lineRule="auto"/>
              <w:rPr>
                <w:rFonts w:ascii="Arial" w:hAnsi="Arial" w:cs="Arial"/>
              </w:rPr>
            </w:pPr>
            <w:r>
              <w:rPr>
                <w:rFonts w:ascii="Arial" w:hAnsi="Arial" w:cs="Arial"/>
              </w:rPr>
              <w:t>20-year warranty confirmation subject only to RFP-permitted exclusions</w:t>
            </w:r>
          </w:p>
        </w:tc>
        <w:tc>
          <w:tcPr>
            <w:tcW w:w="5460" w:type="dxa"/>
            <w:shd w:val="clear" w:color="auto" w:fill="F8F9FB"/>
            <w:tcMar>
              <w:top w:w="90" w:type="dxa"/>
              <w:left w:w="110" w:type="dxa"/>
              <w:bottom w:w="90" w:type="dxa"/>
              <w:right w:w="110" w:type="dxa"/>
            </w:tcMar>
            <w:vAlign w:val="center"/>
          </w:tcPr>
          <w:p w14:paraId="1530067E" w14:textId="77777777" w:rsidR="00B04DB1" w:rsidRPr="00AF6819" w:rsidRDefault="00B04DB1" w:rsidP="00FA5778">
            <w:pPr>
              <w:spacing w:line="240" w:lineRule="auto"/>
              <w:rPr>
                <w:rFonts w:ascii="Arial" w:hAnsi="Arial" w:cs="Arial"/>
              </w:rPr>
            </w:pPr>
          </w:p>
        </w:tc>
      </w:tr>
      <w:tr w:rsidR="00B04DB1" w:rsidRPr="00AF6819" w14:paraId="2F322F06" w14:textId="77777777" w:rsidTr="00FA5778">
        <w:trPr>
          <w:jc w:val="center"/>
        </w:trPr>
        <w:tc>
          <w:tcPr>
            <w:tcW w:w="3900" w:type="dxa"/>
            <w:tcMar>
              <w:top w:w="90" w:type="dxa"/>
              <w:left w:w="110" w:type="dxa"/>
              <w:bottom w:w="90" w:type="dxa"/>
              <w:right w:w="110" w:type="dxa"/>
            </w:tcMar>
            <w:vAlign w:val="center"/>
          </w:tcPr>
          <w:p w14:paraId="39A77F34" w14:textId="77777777" w:rsidR="00B04DB1" w:rsidRPr="00AF6819" w:rsidRDefault="00B04DB1" w:rsidP="00FA5778">
            <w:pPr>
              <w:spacing w:line="240" w:lineRule="auto"/>
              <w:rPr>
                <w:rFonts w:ascii="Arial" w:hAnsi="Arial" w:cs="Arial"/>
              </w:rPr>
            </w:pPr>
            <w:r>
              <w:rPr>
                <w:rFonts w:ascii="Arial" w:hAnsi="Arial" w:cs="Arial"/>
              </w:rPr>
              <w:t>Proposed ultimate-parent guaranty, if required</w:t>
            </w:r>
          </w:p>
        </w:tc>
        <w:tc>
          <w:tcPr>
            <w:tcW w:w="5460" w:type="dxa"/>
            <w:tcMar>
              <w:top w:w="90" w:type="dxa"/>
              <w:left w:w="110" w:type="dxa"/>
              <w:bottom w:w="90" w:type="dxa"/>
              <w:right w:w="110" w:type="dxa"/>
            </w:tcMar>
            <w:vAlign w:val="center"/>
          </w:tcPr>
          <w:p w14:paraId="69C7C089" w14:textId="77777777" w:rsidR="00B04DB1" w:rsidRPr="00AF6819" w:rsidRDefault="00B04DB1" w:rsidP="00FA5778">
            <w:pPr>
              <w:spacing w:line="240" w:lineRule="auto"/>
              <w:rPr>
                <w:rFonts w:ascii="Arial" w:hAnsi="Arial" w:cs="Arial"/>
              </w:rPr>
            </w:pPr>
          </w:p>
        </w:tc>
      </w:tr>
      <w:tr w:rsidR="00B04DB1" w:rsidRPr="00AF6819" w14:paraId="3E59D7F1" w14:textId="77777777" w:rsidTr="00FA5778">
        <w:trPr>
          <w:jc w:val="center"/>
        </w:trPr>
        <w:tc>
          <w:tcPr>
            <w:tcW w:w="3900" w:type="dxa"/>
            <w:shd w:val="clear" w:color="auto" w:fill="F8F9FB"/>
            <w:tcMar>
              <w:top w:w="90" w:type="dxa"/>
              <w:left w:w="110" w:type="dxa"/>
              <w:bottom w:w="90" w:type="dxa"/>
              <w:right w:w="110" w:type="dxa"/>
            </w:tcMar>
            <w:vAlign w:val="center"/>
          </w:tcPr>
          <w:p w14:paraId="3342B832" w14:textId="77777777" w:rsidR="00B04DB1" w:rsidRPr="00AF6819" w:rsidRDefault="00B04DB1" w:rsidP="00FA5778">
            <w:pPr>
              <w:spacing w:line="240" w:lineRule="auto"/>
              <w:rPr>
                <w:rFonts w:ascii="Arial" w:hAnsi="Arial" w:cs="Arial"/>
              </w:rPr>
            </w:pPr>
            <w:r w:rsidRPr="00AF6819">
              <w:rPr>
                <w:rFonts w:ascii="Arial" w:hAnsi="Arial" w:cs="Arial"/>
              </w:rPr>
              <w:t>Credit rating</w:t>
            </w:r>
          </w:p>
        </w:tc>
        <w:tc>
          <w:tcPr>
            <w:tcW w:w="5460" w:type="dxa"/>
            <w:shd w:val="clear" w:color="auto" w:fill="F8F9FB"/>
            <w:tcMar>
              <w:top w:w="90" w:type="dxa"/>
              <w:left w:w="110" w:type="dxa"/>
              <w:bottom w:w="90" w:type="dxa"/>
              <w:right w:w="110" w:type="dxa"/>
            </w:tcMar>
            <w:vAlign w:val="center"/>
          </w:tcPr>
          <w:p w14:paraId="21A126CA" w14:textId="77777777" w:rsidR="00B04DB1" w:rsidRPr="00AF6819" w:rsidRDefault="00B04DB1" w:rsidP="00FA5778">
            <w:pPr>
              <w:spacing w:line="240" w:lineRule="auto"/>
              <w:rPr>
                <w:rFonts w:ascii="Arial" w:hAnsi="Arial" w:cs="Arial"/>
              </w:rPr>
            </w:pPr>
          </w:p>
        </w:tc>
      </w:tr>
      <w:tr w:rsidR="00B04DB1" w:rsidRPr="00AF6819" w14:paraId="58956C20" w14:textId="77777777" w:rsidTr="00FA5778">
        <w:trPr>
          <w:jc w:val="center"/>
        </w:trPr>
        <w:tc>
          <w:tcPr>
            <w:tcW w:w="3900" w:type="dxa"/>
            <w:tcMar>
              <w:top w:w="90" w:type="dxa"/>
              <w:left w:w="110" w:type="dxa"/>
              <w:bottom w:w="90" w:type="dxa"/>
              <w:right w:w="110" w:type="dxa"/>
            </w:tcMar>
            <w:vAlign w:val="center"/>
          </w:tcPr>
          <w:p w14:paraId="17BE1A1C" w14:textId="77777777" w:rsidR="00B04DB1" w:rsidRPr="00AF6819" w:rsidRDefault="00B04DB1" w:rsidP="00FA5778">
            <w:pPr>
              <w:spacing w:line="240" w:lineRule="auto"/>
              <w:rPr>
                <w:rFonts w:ascii="Arial" w:hAnsi="Arial" w:cs="Arial"/>
              </w:rPr>
            </w:pPr>
            <w:r w:rsidRPr="00AF6819">
              <w:rPr>
                <w:rFonts w:ascii="Arial" w:hAnsi="Arial" w:cs="Arial"/>
              </w:rPr>
              <w:t>Audited financial evidence</w:t>
            </w:r>
          </w:p>
        </w:tc>
        <w:tc>
          <w:tcPr>
            <w:tcW w:w="5460" w:type="dxa"/>
            <w:tcMar>
              <w:top w:w="90" w:type="dxa"/>
              <w:left w:w="110" w:type="dxa"/>
              <w:bottom w:w="90" w:type="dxa"/>
              <w:right w:w="110" w:type="dxa"/>
            </w:tcMar>
            <w:vAlign w:val="center"/>
          </w:tcPr>
          <w:p w14:paraId="72FC6AAD" w14:textId="77777777" w:rsidR="00B04DB1" w:rsidRPr="00AF6819" w:rsidRDefault="00B04DB1" w:rsidP="00FA5778">
            <w:pPr>
              <w:spacing w:line="240" w:lineRule="auto"/>
              <w:rPr>
                <w:rFonts w:ascii="Arial" w:hAnsi="Arial" w:cs="Arial"/>
              </w:rPr>
            </w:pPr>
          </w:p>
        </w:tc>
      </w:tr>
      <w:tr w:rsidR="00B04DB1" w:rsidRPr="00AF6819" w14:paraId="72F15718" w14:textId="77777777" w:rsidTr="00FA5778">
        <w:trPr>
          <w:jc w:val="center"/>
        </w:trPr>
        <w:tc>
          <w:tcPr>
            <w:tcW w:w="3900" w:type="dxa"/>
            <w:shd w:val="clear" w:color="auto" w:fill="F8F9FB"/>
            <w:tcMar>
              <w:top w:w="90" w:type="dxa"/>
              <w:left w:w="110" w:type="dxa"/>
              <w:bottom w:w="90" w:type="dxa"/>
              <w:right w:w="110" w:type="dxa"/>
            </w:tcMar>
            <w:vAlign w:val="center"/>
          </w:tcPr>
          <w:p w14:paraId="7761FC6F" w14:textId="77777777" w:rsidR="00B04DB1" w:rsidRPr="00AF6819" w:rsidRDefault="00B04DB1" w:rsidP="00FA5778">
            <w:pPr>
              <w:spacing w:line="240" w:lineRule="auto"/>
              <w:rPr>
                <w:rFonts w:ascii="Arial" w:hAnsi="Arial" w:cs="Arial"/>
              </w:rPr>
            </w:pPr>
            <w:r>
              <w:rPr>
                <w:rFonts w:ascii="Arial" w:hAnsi="Arial" w:cs="Arial"/>
              </w:rPr>
              <w:t>Proposed alternative or supplemental credit support, including instrument, issuer, amount, term, renewal or replacement provisions, draw or claim conditions, and cost</w:t>
            </w:r>
          </w:p>
        </w:tc>
        <w:tc>
          <w:tcPr>
            <w:tcW w:w="5460" w:type="dxa"/>
            <w:shd w:val="clear" w:color="auto" w:fill="F8F9FB"/>
            <w:tcMar>
              <w:top w:w="90" w:type="dxa"/>
              <w:left w:w="110" w:type="dxa"/>
              <w:bottom w:w="90" w:type="dxa"/>
              <w:right w:w="110" w:type="dxa"/>
            </w:tcMar>
            <w:vAlign w:val="center"/>
          </w:tcPr>
          <w:p w14:paraId="051E3559" w14:textId="77777777" w:rsidR="00B04DB1" w:rsidRPr="00AF6819" w:rsidRDefault="00B04DB1" w:rsidP="00FA5778">
            <w:pPr>
              <w:spacing w:line="240" w:lineRule="auto"/>
              <w:rPr>
                <w:rFonts w:ascii="Arial" w:hAnsi="Arial" w:cs="Arial"/>
              </w:rPr>
            </w:pPr>
          </w:p>
        </w:tc>
      </w:tr>
      <w:tr w:rsidR="00B04DB1" w:rsidRPr="00AF6819" w14:paraId="10DB8AA4" w14:textId="77777777" w:rsidTr="00FA5778">
        <w:trPr>
          <w:jc w:val="center"/>
        </w:trPr>
        <w:tc>
          <w:tcPr>
            <w:tcW w:w="3900" w:type="dxa"/>
            <w:shd w:val="clear" w:color="auto" w:fill="F8F9FB"/>
            <w:tcMar>
              <w:top w:w="90" w:type="dxa"/>
              <w:left w:w="110" w:type="dxa"/>
              <w:bottom w:w="90" w:type="dxa"/>
              <w:right w:w="110" w:type="dxa"/>
            </w:tcMar>
            <w:vAlign w:val="center"/>
          </w:tcPr>
          <w:p w14:paraId="2FA723AA" w14:textId="77777777" w:rsidR="00B04DB1" w:rsidRPr="00AF6819" w:rsidRDefault="00B04DB1" w:rsidP="00FA5778">
            <w:pPr>
              <w:spacing w:line="240" w:lineRule="auto"/>
              <w:rPr>
                <w:rFonts w:ascii="Arial" w:hAnsi="Arial" w:cs="Arial"/>
              </w:rPr>
            </w:pPr>
            <w:r>
              <w:rPr>
                <w:rFonts w:ascii="Arial" w:hAnsi="Arial" w:cs="Arial"/>
              </w:rPr>
              <w:t>Confirm that proposed guaranty or alternative security does not limit underlying obligations or liability</w:t>
            </w:r>
          </w:p>
        </w:tc>
        <w:tc>
          <w:tcPr>
            <w:tcW w:w="5460" w:type="dxa"/>
            <w:shd w:val="clear" w:color="auto" w:fill="F8F9FB"/>
            <w:tcMar>
              <w:top w:w="90" w:type="dxa"/>
              <w:left w:w="110" w:type="dxa"/>
              <w:bottom w:w="90" w:type="dxa"/>
              <w:right w:w="110" w:type="dxa"/>
            </w:tcMar>
            <w:vAlign w:val="center"/>
          </w:tcPr>
          <w:p w14:paraId="3A0FF29F" w14:textId="77777777" w:rsidR="00B04DB1" w:rsidRPr="00AF6819" w:rsidRDefault="00B04DB1" w:rsidP="00FA5778">
            <w:pPr>
              <w:spacing w:line="240" w:lineRule="auto"/>
              <w:rPr>
                <w:rFonts w:ascii="Arial" w:hAnsi="Arial" w:cs="Arial"/>
              </w:rPr>
            </w:pPr>
          </w:p>
        </w:tc>
      </w:tr>
      <w:tr w:rsidR="00B04DB1" w:rsidRPr="00AF6819" w14:paraId="2A434E88" w14:textId="77777777" w:rsidTr="00FA5778">
        <w:trPr>
          <w:jc w:val="center"/>
        </w:trPr>
        <w:tc>
          <w:tcPr>
            <w:tcW w:w="3900" w:type="dxa"/>
            <w:tcMar>
              <w:top w:w="90" w:type="dxa"/>
              <w:left w:w="110" w:type="dxa"/>
              <w:bottom w:w="90" w:type="dxa"/>
              <w:right w:w="110" w:type="dxa"/>
            </w:tcMar>
            <w:vAlign w:val="center"/>
          </w:tcPr>
          <w:p w14:paraId="516276FD" w14:textId="77777777" w:rsidR="00B04DB1" w:rsidRPr="00AF6819" w:rsidRDefault="00B04DB1" w:rsidP="00FA5778">
            <w:pPr>
              <w:spacing w:line="240" w:lineRule="auto"/>
              <w:rPr>
                <w:rFonts w:ascii="Arial" w:hAnsi="Arial" w:cs="Arial"/>
              </w:rPr>
            </w:pPr>
            <w:r w:rsidRPr="00AF6819">
              <w:rPr>
                <w:rFonts w:ascii="Arial" w:hAnsi="Arial" w:cs="Arial"/>
              </w:rPr>
              <w:t>Assignment and continuity rights</w:t>
            </w:r>
          </w:p>
        </w:tc>
        <w:tc>
          <w:tcPr>
            <w:tcW w:w="5460" w:type="dxa"/>
            <w:tcMar>
              <w:top w:w="90" w:type="dxa"/>
              <w:left w:w="110" w:type="dxa"/>
              <w:bottom w:w="90" w:type="dxa"/>
              <w:right w:w="110" w:type="dxa"/>
            </w:tcMar>
            <w:vAlign w:val="center"/>
          </w:tcPr>
          <w:p w14:paraId="497BB7B4" w14:textId="77777777" w:rsidR="00B04DB1" w:rsidRPr="00AF6819" w:rsidRDefault="00B04DB1" w:rsidP="00FA5778">
            <w:pPr>
              <w:spacing w:line="240" w:lineRule="auto"/>
              <w:rPr>
                <w:rFonts w:ascii="Arial" w:hAnsi="Arial" w:cs="Arial"/>
              </w:rPr>
            </w:pPr>
          </w:p>
        </w:tc>
      </w:tr>
      <w:tr w:rsidR="00B04DB1" w:rsidRPr="00AF6819" w14:paraId="0A6E1BA4" w14:textId="77777777" w:rsidTr="00FA5778">
        <w:trPr>
          <w:jc w:val="center"/>
        </w:trPr>
        <w:tc>
          <w:tcPr>
            <w:tcW w:w="3900" w:type="dxa"/>
            <w:tcMar>
              <w:top w:w="90" w:type="dxa"/>
              <w:left w:w="110" w:type="dxa"/>
              <w:bottom w:w="90" w:type="dxa"/>
              <w:right w:w="110" w:type="dxa"/>
            </w:tcMar>
            <w:vAlign w:val="center"/>
          </w:tcPr>
          <w:p w14:paraId="73287E96" w14:textId="77777777" w:rsidR="00B04DB1" w:rsidRPr="00AF6819" w:rsidRDefault="00B04DB1" w:rsidP="00FA5778">
            <w:pPr>
              <w:spacing w:line="240" w:lineRule="auto"/>
              <w:rPr>
                <w:rFonts w:ascii="Arial" w:hAnsi="Arial" w:cs="Arial"/>
              </w:rPr>
            </w:pPr>
            <w:r w:rsidRPr="00AF6819">
              <w:rPr>
                <w:rFonts w:ascii="Arial" w:hAnsi="Arial" w:cs="Arial"/>
              </w:rPr>
              <w:t>Financial support for 20</w:t>
            </w:r>
            <w:r w:rsidR="00004B80">
              <w:rPr>
                <w:rFonts w:ascii="Arial" w:hAnsi="Arial" w:cs="Arial"/>
              </w:rPr>
              <w:t>-</w:t>
            </w:r>
            <w:r w:rsidRPr="00AF6819">
              <w:rPr>
                <w:rFonts w:ascii="Arial" w:hAnsi="Arial" w:cs="Arial"/>
              </w:rPr>
              <w:t>year warranty, replacement, and LTSA obligations</w:t>
            </w:r>
          </w:p>
        </w:tc>
        <w:tc>
          <w:tcPr>
            <w:tcW w:w="5460" w:type="dxa"/>
            <w:tcMar>
              <w:top w:w="90" w:type="dxa"/>
              <w:left w:w="110" w:type="dxa"/>
              <w:bottom w:w="90" w:type="dxa"/>
              <w:right w:w="110" w:type="dxa"/>
            </w:tcMar>
            <w:vAlign w:val="center"/>
          </w:tcPr>
          <w:p w14:paraId="738D2FC2" w14:textId="77777777" w:rsidR="00B04DB1" w:rsidRPr="00AF6819" w:rsidRDefault="00B04DB1" w:rsidP="00FA5778">
            <w:pPr>
              <w:spacing w:line="240" w:lineRule="auto"/>
              <w:rPr>
                <w:rFonts w:ascii="Arial" w:hAnsi="Arial" w:cs="Arial"/>
              </w:rPr>
            </w:pPr>
          </w:p>
        </w:tc>
      </w:tr>
      <w:tr w:rsidR="00B04DB1" w:rsidRPr="00AF6819" w14:paraId="028256B9" w14:textId="77777777" w:rsidTr="00FA5778">
        <w:trPr>
          <w:jc w:val="center"/>
        </w:trPr>
        <w:tc>
          <w:tcPr>
            <w:tcW w:w="3900" w:type="dxa"/>
            <w:tcMar>
              <w:top w:w="90" w:type="dxa"/>
              <w:left w:w="110" w:type="dxa"/>
              <w:bottom w:w="90" w:type="dxa"/>
              <w:right w:w="110" w:type="dxa"/>
            </w:tcMar>
            <w:vAlign w:val="center"/>
          </w:tcPr>
          <w:p w14:paraId="3D27274A" w14:textId="77777777" w:rsidR="00B04DB1" w:rsidRPr="00AF6819" w:rsidRDefault="00B04DB1" w:rsidP="00FA5778">
            <w:pPr>
              <w:spacing w:line="240" w:lineRule="auto"/>
              <w:rPr>
                <w:rFonts w:ascii="Arial" w:hAnsi="Arial" w:cs="Arial"/>
              </w:rPr>
            </w:pPr>
            <w:r>
              <w:rPr>
                <w:rFonts w:ascii="Arial" w:hAnsi="Arial" w:cs="Arial"/>
              </w:rPr>
              <w:t>Acceptance of 10 percent tax-compliance bond or standby letter of credit as supplemental security</w:t>
            </w:r>
          </w:p>
        </w:tc>
        <w:tc>
          <w:tcPr>
            <w:tcW w:w="5460" w:type="dxa"/>
            <w:tcMar>
              <w:top w:w="90" w:type="dxa"/>
              <w:left w:w="110" w:type="dxa"/>
              <w:bottom w:w="90" w:type="dxa"/>
              <w:right w:w="110" w:type="dxa"/>
            </w:tcMar>
            <w:vAlign w:val="center"/>
          </w:tcPr>
          <w:p w14:paraId="221B0B04" w14:textId="77777777" w:rsidR="00B04DB1" w:rsidRPr="00AF6819" w:rsidRDefault="00B04DB1" w:rsidP="00FA5778">
            <w:pPr>
              <w:spacing w:line="240" w:lineRule="auto"/>
              <w:rPr>
                <w:rFonts w:ascii="Arial" w:hAnsi="Arial" w:cs="Arial"/>
              </w:rPr>
            </w:pPr>
          </w:p>
        </w:tc>
      </w:tr>
      <w:tr w:rsidR="00B04DB1" w:rsidRPr="00AF6819" w14:paraId="4621DB73" w14:textId="77777777" w:rsidTr="00FA5778">
        <w:trPr>
          <w:jc w:val="center"/>
        </w:trPr>
        <w:tc>
          <w:tcPr>
            <w:tcW w:w="3900" w:type="dxa"/>
            <w:tcMar>
              <w:top w:w="90" w:type="dxa"/>
              <w:left w:w="110" w:type="dxa"/>
              <w:bottom w:w="90" w:type="dxa"/>
              <w:right w:w="110" w:type="dxa"/>
            </w:tcMar>
            <w:vAlign w:val="center"/>
          </w:tcPr>
          <w:p w14:paraId="5D45A882" w14:textId="77777777" w:rsidR="00B04DB1" w:rsidRPr="00AF6819" w:rsidRDefault="00B04DB1" w:rsidP="00FA5778">
            <w:pPr>
              <w:spacing w:line="240" w:lineRule="auto"/>
              <w:rPr>
                <w:rFonts w:ascii="Arial" w:hAnsi="Arial" w:cs="Arial"/>
              </w:rPr>
            </w:pPr>
            <w:r>
              <w:rPr>
                <w:rFonts w:ascii="Arial" w:hAnsi="Arial" w:cs="Arial"/>
              </w:rPr>
              <w:lastRenderedPageBreak/>
              <w:t>Tax-compliance security term and proposed issuer</w:t>
            </w:r>
          </w:p>
        </w:tc>
        <w:tc>
          <w:tcPr>
            <w:tcW w:w="5460" w:type="dxa"/>
            <w:tcMar>
              <w:top w:w="90" w:type="dxa"/>
              <w:left w:w="110" w:type="dxa"/>
              <w:bottom w:w="90" w:type="dxa"/>
              <w:right w:w="110" w:type="dxa"/>
            </w:tcMar>
            <w:vAlign w:val="center"/>
          </w:tcPr>
          <w:p w14:paraId="545E70FF" w14:textId="77777777" w:rsidR="00B04DB1" w:rsidRPr="00AF6819" w:rsidRDefault="00B04DB1" w:rsidP="00FA5778">
            <w:pPr>
              <w:spacing w:line="240" w:lineRule="auto"/>
              <w:rPr>
                <w:rFonts w:ascii="Arial" w:hAnsi="Arial" w:cs="Arial"/>
              </w:rPr>
            </w:pPr>
          </w:p>
        </w:tc>
      </w:tr>
    </w:tbl>
    <w:p w14:paraId="1BECAB70" w14:textId="77777777" w:rsidR="00B04DB1" w:rsidRDefault="00B04DB1" w:rsidP="00B04DB1">
      <w:pPr>
        <w:spacing w:after="0"/>
      </w:pPr>
    </w:p>
    <w:p w14:paraId="6179A74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F.2 Coverage Matrix</w:t>
      </w:r>
    </w:p>
    <w:tbl>
      <w:tblPr>
        <w:tblStyle w:val="TableGrid"/>
        <w:tblW w:w="9360" w:type="dxa"/>
        <w:jc w:val="center"/>
        <w:tblLayout w:type="fixed"/>
        <w:tblLook w:val="04A0" w:firstRow="1" w:lastRow="0" w:firstColumn="1" w:lastColumn="0" w:noHBand="0" w:noVBand="1"/>
      </w:tblPr>
      <w:tblGrid>
        <w:gridCol w:w="2800"/>
        <w:gridCol w:w="1800"/>
        <w:gridCol w:w="2200"/>
        <w:gridCol w:w="2560"/>
      </w:tblGrid>
      <w:tr w:rsidR="00B04DB1" w:rsidRPr="00AF6819" w14:paraId="5A25C9BB" w14:textId="77777777" w:rsidTr="00FA5778">
        <w:trPr>
          <w:tblHeader/>
          <w:jc w:val="center"/>
        </w:trPr>
        <w:tc>
          <w:tcPr>
            <w:tcW w:w="2800" w:type="dxa"/>
            <w:shd w:val="clear" w:color="auto" w:fill="2D2D84"/>
            <w:tcMar>
              <w:top w:w="90" w:type="dxa"/>
              <w:left w:w="110" w:type="dxa"/>
              <w:bottom w:w="90" w:type="dxa"/>
              <w:right w:w="110" w:type="dxa"/>
            </w:tcMar>
            <w:vAlign w:val="center"/>
          </w:tcPr>
          <w:p w14:paraId="131416F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Equipment / service</w:t>
            </w:r>
          </w:p>
        </w:tc>
        <w:tc>
          <w:tcPr>
            <w:tcW w:w="1800" w:type="dxa"/>
            <w:shd w:val="clear" w:color="auto" w:fill="2D2D84"/>
            <w:tcMar>
              <w:top w:w="90" w:type="dxa"/>
              <w:left w:w="110" w:type="dxa"/>
              <w:bottom w:w="90" w:type="dxa"/>
              <w:right w:w="110" w:type="dxa"/>
            </w:tcMar>
            <w:vAlign w:val="center"/>
          </w:tcPr>
          <w:p w14:paraId="04C26524"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20</w:t>
            </w:r>
            <w:r w:rsidR="00B95301">
              <w:rPr>
                <w:rFonts w:ascii="Arial" w:hAnsi="Arial" w:cs="Arial"/>
                <w:b/>
                <w:color w:val="FFFFFF"/>
              </w:rPr>
              <w:t>-</w:t>
            </w:r>
            <w:r w:rsidRPr="00AF6819">
              <w:rPr>
                <w:rFonts w:ascii="Arial" w:hAnsi="Arial" w:cs="Arial"/>
                <w:b/>
                <w:color w:val="FFFFFF"/>
              </w:rPr>
              <w:t>year coverage</w:t>
            </w:r>
          </w:p>
        </w:tc>
        <w:tc>
          <w:tcPr>
            <w:tcW w:w="2200" w:type="dxa"/>
            <w:shd w:val="clear" w:color="auto" w:fill="2D2D84"/>
            <w:tcMar>
              <w:top w:w="90" w:type="dxa"/>
              <w:left w:w="110" w:type="dxa"/>
              <w:bottom w:w="90" w:type="dxa"/>
              <w:right w:w="110" w:type="dxa"/>
            </w:tcMar>
            <w:vAlign w:val="center"/>
          </w:tcPr>
          <w:p w14:paraId="30AED445"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Exclusions</w:t>
            </w:r>
          </w:p>
        </w:tc>
        <w:tc>
          <w:tcPr>
            <w:tcW w:w="2560" w:type="dxa"/>
            <w:shd w:val="clear" w:color="auto" w:fill="2D2D84"/>
            <w:tcMar>
              <w:top w:w="90" w:type="dxa"/>
              <w:left w:w="110" w:type="dxa"/>
              <w:bottom w:w="90" w:type="dxa"/>
              <w:right w:w="110" w:type="dxa"/>
            </w:tcMar>
            <w:vAlign w:val="center"/>
          </w:tcPr>
          <w:p w14:paraId="3E122BC4"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Remedy</w:t>
            </w:r>
          </w:p>
        </w:tc>
      </w:tr>
      <w:tr w:rsidR="00B04DB1" w:rsidRPr="00AF6819" w14:paraId="17C7F3D8" w14:textId="77777777" w:rsidTr="00FA5778">
        <w:trPr>
          <w:jc w:val="center"/>
        </w:trPr>
        <w:tc>
          <w:tcPr>
            <w:tcW w:w="2800" w:type="dxa"/>
            <w:tcMar>
              <w:top w:w="90" w:type="dxa"/>
              <w:left w:w="110" w:type="dxa"/>
              <w:bottom w:w="90" w:type="dxa"/>
              <w:right w:w="110" w:type="dxa"/>
            </w:tcMar>
            <w:vAlign w:val="center"/>
          </w:tcPr>
          <w:p w14:paraId="76B8E85E" w14:textId="77777777" w:rsidR="00B04DB1" w:rsidRPr="00AF6819" w:rsidRDefault="00B04DB1" w:rsidP="00FA5778">
            <w:pPr>
              <w:spacing w:line="240" w:lineRule="auto"/>
              <w:rPr>
                <w:rFonts w:ascii="Arial" w:hAnsi="Arial" w:cs="Arial"/>
              </w:rPr>
            </w:pPr>
            <w:r w:rsidRPr="00AF6819">
              <w:rPr>
                <w:rFonts w:ascii="Arial" w:hAnsi="Arial" w:cs="Arial"/>
              </w:rPr>
              <w:t>Battery cells</w:t>
            </w:r>
          </w:p>
        </w:tc>
        <w:tc>
          <w:tcPr>
            <w:tcW w:w="1800" w:type="dxa"/>
            <w:tcMar>
              <w:top w:w="90" w:type="dxa"/>
              <w:left w:w="110" w:type="dxa"/>
              <w:bottom w:w="90" w:type="dxa"/>
              <w:right w:w="110" w:type="dxa"/>
            </w:tcMar>
            <w:vAlign w:val="center"/>
          </w:tcPr>
          <w:p w14:paraId="2EB74B65"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48D4353C"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100B2CF2" w14:textId="77777777" w:rsidR="00B04DB1" w:rsidRPr="00AF6819" w:rsidRDefault="00B04DB1" w:rsidP="00FA5778">
            <w:pPr>
              <w:spacing w:line="240" w:lineRule="auto"/>
              <w:rPr>
                <w:rFonts w:ascii="Arial" w:hAnsi="Arial" w:cs="Arial"/>
              </w:rPr>
            </w:pPr>
          </w:p>
        </w:tc>
      </w:tr>
      <w:tr w:rsidR="00B04DB1" w:rsidRPr="00AF6819" w14:paraId="2AD9B3EA" w14:textId="77777777" w:rsidTr="00FA5778">
        <w:trPr>
          <w:jc w:val="center"/>
        </w:trPr>
        <w:tc>
          <w:tcPr>
            <w:tcW w:w="2800" w:type="dxa"/>
            <w:shd w:val="clear" w:color="auto" w:fill="F8F9FB"/>
            <w:tcMar>
              <w:top w:w="90" w:type="dxa"/>
              <w:left w:w="110" w:type="dxa"/>
              <w:bottom w:w="90" w:type="dxa"/>
              <w:right w:w="110" w:type="dxa"/>
            </w:tcMar>
            <w:vAlign w:val="center"/>
          </w:tcPr>
          <w:p w14:paraId="6CE25439" w14:textId="77777777" w:rsidR="00B04DB1" w:rsidRPr="00AF6819" w:rsidRDefault="00B04DB1" w:rsidP="00FA5778">
            <w:pPr>
              <w:spacing w:line="240" w:lineRule="auto"/>
              <w:rPr>
                <w:rFonts w:ascii="Arial" w:hAnsi="Arial" w:cs="Arial"/>
              </w:rPr>
            </w:pPr>
            <w:r w:rsidRPr="00AF6819">
              <w:rPr>
                <w:rFonts w:ascii="Arial" w:hAnsi="Arial" w:cs="Arial"/>
              </w:rPr>
              <w:t>PCS and inverter</w:t>
            </w:r>
          </w:p>
        </w:tc>
        <w:tc>
          <w:tcPr>
            <w:tcW w:w="1800" w:type="dxa"/>
            <w:shd w:val="clear" w:color="auto" w:fill="F8F9FB"/>
            <w:tcMar>
              <w:top w:w="90" w:type="dxa"/>
              <w:left w:w="110" w:type="dxa"/>
              <w:bottom w:w="90" w:type="dxa"/>
              <w:right w:w="110" w:type="dxa"/>
            </w:tcMar>
            <w:vAlign w:val="center"/>
          </w:tcPr>
          <w:p w14:paraId="41C5F5BC"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6270FDD8"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23C72B6D" w14:textId="77777777" w:rsidR="00B04DB1" w:rsidRPr="00AF6819" w:rsidRDefault="00B04DB1" w:rsidP="00FA5778">
            <w:pPr>
              <w:spacing w:line="240" w:lineRule="auto"/>
              <w:rPr>
                <w:rFonts w:ascii="Arial" w:hAnsi="Arial" w:cs="Arial"/>
              </w:rPr>
            </w:pPr>
          </w:p>
        </w:tc>
      </w:tr>
      <w:tr w:rsidR="00B04DB1" w:rsidRPr="00AF6819" w14:paraId="0D984335" w14:textId="77777777" w:rsidTr="00FA5778">
        <w:trPr>
          <w:jc w:val="center"/>
        </w:trPr>
        <w:tc>
          <w:tcPr>
            <w:tcW w:w="2800" w:type="dxa"/>
            <w:tcMar>
              <w:top w:w="90" w:type="dxa"/>
              <w:left w:w="110" w:type="dxa"/>
              <w:bottom w:w="90" w:type="dxa"/>
              <w:right w:w="110" w:type="dxa"/>
            </w:tcMar>
            <w:vAlign w:val="center"/>
          </w:tcPr>
          <w:p w14:paraId="7CD7DE23" w14:textId="77777777" w:rsidR="00B04DB1" w:rsidRPr="00AF6819" w:rsidRDefault="00B04DB1" w:rsidP="00FA5778">
            <w:pPr>
              <w:spacing w:line="240" w:lineRule="auto"/>
              <w:rPr>
                <w:rFonts w:ascii="Arial" w:hAnsi="Arial" w:cs="Arial"/>
              </w:rPr>
            </w:pPr>
            <w:r w:rsidRPr="00AF6819">
              <w:rPr>
                <w:rFonts w:ascii="Arial" w:hAnsi="Arial" w:cs="Arial"/>
              </w:rPr>
              <w:t>BMS and EMS</w:t>
            </w:r>
          </w:p>
        </w:tc>
        <w:tc>
          <w:tcPr>
            <w:tcW w:w="1800" w:type="dxa"/>
            <w:tcMar>
              <w:top w:w="90" w:type="dxa"/>
              <w:left w:w="110" w:type="dxa"/>
              <w:bottom w:w="90" w:type="dxa"/>
              <w:right w:w="110" w:type="dxa"/>
            </w:tcMar>
            <w:vAlign w:val="center"/>
          </w:tcPr>
          <w:p w14:paraId="0071E585"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2C7EDC16"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19CDF763" w14:textId="77777777" w:rsidR="00B04DB1" w:rsidRPr="00AF6819" w:rsidRDefault="00B04DB1" w:rsidP="00FA5778">
            <w:pPr>
              <w:spacing w:line="240" w:lineRule="auto"/>
              <w:rPr>
                <w:rFonts w:ascii="Arial" w:hAnsi="Arial" w:cs="Arial"/>
              </w:rPr>
            </w:pPr>
          </w:p>
        </w:tc>
      </w:tr>
      <w:tr w:rsidR="00B04DB1" w:rsidRPr="00AF6819" w14:paraId="50CCFDB3" w14:textId="77777777" w:rsidTr="00FA5778">
        <w:trPr>
          <w:jc w:val="center"/>
        </w:trPr>
        <w:tc>
          <w:tcPr>
            <w:tcW w:w="2800" w:type="dxa"/>
            <w:shd w:val="clear" w:color="auto" w:fill="F8F9FB"/>
            <w:tcMar>
              <w:top w:w="90" w:type="dxa"/>
              <w:left w:w="110" w:type="dxa"/>
              <w:bottom w:w="90" w:type="dxa"/>
              <w:right w:w="110" w:type="dxa"/>
            </w:tcMar>
            <w:vAlign w:val="center"/>
          </w:tcPr>
          <w:p w14:paraId="255706DC" w14:textId="77777777" w:rsidR="00B04DB1" w:rsidRPr="00AF6819" w:rsidRDefault="00B04DB1" w:rsidP="00FA5778">
            <w:pPr>
              <w:spacing w:line="240" w:lineRule="auto"/>
              <w:rPr>
                <w:rFonts w:ascii="Arial" w:hAnsi="Arial" w:cs="Arial"/>
              </w:rPr>
            </w:pPr>
            <w:r w:rsidRPr="00AF6819">
              <w:rPr>
                <w:rFonts w:ascii="Arial" w:hAnsi="Arial" w:cs="Arial"/>
              </w:rPr>
              <w:t>HVAC</w:t>
            </w:r>
          </w:p>
        </w:tc>
        <w:tc>
          <w:tcPr>
            <w:tcW w:w="1800" w:type="dxa"/>
            <w:shd w:val="clear" w:color="auto" w:fill="F8F9FB"/>
            <w:tcMar>
              <w:top w:w="90" w:type="dxa"/>
              <w:left w:w="110" w:type="dxa"/>
              <w:bottom w:w="90" w:type="dxa"/>
              <w:right w:w="110" w:type="dxa"/>
            </w:tcMar>
            <w:vAlign w:val="center"/>
          </w:tcPr>
          <w:p w14:paraId="16AEE367"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4E56AE76"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6E6FC45C" w14:textId="77777777" w:rsidR="00B04DB1" w:rsidRPr="00AF6819" w:rsidRDefault="00B04DB1" w:rsidP="00FA5778">
            <w:pPr>
              <w:spacing w:line="240" w:lineRule="auto"/>
              <w:rPr>
                <w:rFonts w:ascii="Arial" w:hAnsi="Arial" w:cs="Arial"/>
              </w:rPr>
            </w:pPr>
          </w:p>
        </w:tc>
      </w:tr>
      <w:tr w:rsidR="00B04DB1" w:rsidRPr="00AF6819" w14:paraId="008A850A" w14:textId="77777777" w:rsidTr="00FA5778">
        <w:trPr>
          <w:jc w:val="center"/>
        </w:trPr>
        <w:tc>
          <w:tcPr>
            <w:tcW w:w="2800" w:type="dxa"/>
            <w:tcMar>
              <w:top w:w="90" w:type="dxa"/>
              <w:left w:w="110" w:type="dxa"/>
              <w:bottom w:w="90" w:type="dxa"/>
              <w:right w:w="110" w:type="dxa"/>
            </w:tcMar>
            <w:vAlign w:val="center"/>
          </w:tcPr>
          <w:p w14:paraId="632D94AA" w14:textId="77777777" w:rsidR="00B04DB1" w:rsidRPr="00AF6819" w:rsidRDefault="00B04DB1" w:rsidP="00FA5778">
            <w:pPr>
              <w:spacing w:line="240" w:lineRule="auto"/>
              <w:rPr>
                <w:rFonts w:ascii="Arial" w:hAnsi="Arial" w:cs="Arial"/>
              </w:rPr>
            </w:pPr>
            <w:r w:rsidRPr="00AF6819">
              <w:rPr>
                <w:rFonts w:ascii="Arial" w:hAnsi="Arial" w:cs="Arial"/>
              </w:rPr>
              <w:t>Fire and gas safety</w:t>
            </w:r>
          </w:p>
        </w:tc>
        <w:tc>
          <w:tcPr>
            <w:tcW w:w="1800" w:type="dxa"/>
            <w:tcMar>
              <w:top w:w="90" w:type="dxa"/>
              <w:left w:w="110" w:type="dxa"/>
              <w:bottom w:w="90" w:type="dxa"/>
              <w:right w:w="110" w:type="dxa"/>
            </w:tcMar>
            <w:vAlign w:val="center"/>
          </w:tcPr>
          <w:p w14:paraId="66AD3963"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1E7F7FEE"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1C5B95B2" w14:textId="77777777" w:rsidR="00B04DB1" w:rsidRPr="00AF6819" w:rsidRDefault="00B04DB1" w:rsidP="00FA5778">
            <w:pPr>
              <w:spacing w:line="240" w:lineRule="auto"/>
              <w:rPr>
                <w:rFonts w:ascii="Arial" w:hAnsi="Arial" w:cs="Arial"/>
              </w:rPr>
            </w:pPr>
          </w:p>
        </w:tc>
      </w:tr>
      <w:tr w:rsidR="00B04DB1" w:rsidRPr="00AF6819" w14:paraId="1BC1B39D" w14:textId="77777777" w:rsidTr="00FA5778">
        <w:trPr>
          <w:jc w:val="center"/>
        </w:trPr>
        <w:tc>
          <w:tcPr>
            <w:tcW w:w="2800" w:type="dxa"/>
            <w:shd w:val="clear" w:color="auto" w:fill="F8F9FB"/>
            <w:tcMar>
              <w:top w:w="90" w:type="dxa"/>
              <w:left w:w="110" w:type="dxa"/>
              <w:bottom w:w="90" w:type="dxa"/>
              <w:right w:w="110" w:type="dxa"/>
            </w:tcMar>
            <w:vAlign w:val="center"/>
          </w:tcPr>
          <w:p w14:paraId="5D1E8D06" w14:textId="77777777" w:rsidR="00B04DB1" w:rsidRPr="00AF6819" w:rsidRDefault="00B04DB1" w:rsidP="00FA5778">
            <w:pPr>
              <w:spacing w:line="240" w:lineRule="auto"/>
              <w:rPr>
                <w:rFonts w:ascii="Arial" w:hAnsi="Arial" w:cs="Arial"/>
              </w:rPr>
            </w:pPr>
            <w:r w:rsidRPr="00AF6819">
              <w:rPr>
                <w:rFonts w:ascii="Arial" w:hAnsi="Arial" w:cs="Arial"/>
              </w:rPr>
              <w:t>MV transformer</w:t>
            </w:r>
          </w:p>
        </w:tc>
        <w:tc>
          <w:tcPr>
            <w:tcW w:w="1800" w:type="dxa"/>
            <w:shd w:val="clear" w:color="auto" w:fill="F8F9FB"/>
            <w:tcMar>
              <w:top w:w="90" w:type="dxa"/>
              <w:left w:w="110" w:type="dxa"/>
              <w:bottom w:w="90" w:type="dxa"/>
              <w:right w:w="110" w:type="dxa"/>
            </w:tcMar>
            <w:vAlign w:val="center"/>
          </w:tcPr>
          <w:p w14:paraId="78150874"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59F2374F"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3C40C491" w14:textId="77777777" w:rsidR="00B04DB1" w:rsidRPr="00AF6819" w:rsidRDefault="00B04DB1" w:rsidP="00FA5778">
            <w:pPr>
              <w:spacing w:line="240" w:lineRule="auto"/>
              <w:rPr>
                <w:rFonts w:ascii="Arial" w:hAnsi="Arial" w:cs="Arial"/>
              </w:rPr>
            </w:pPr>
          </w:p>
        </w:tc>
      </w:tr>
      <w:tr w:rsidR="00B04DB1" w:rsidRPr="00AF6819" w14:paraId="21D57018" w14:textId="77777777" w:rsidTr="00FA5778">
        <w:trPr>
          <w:jc w:val="center"/>
        </w:trPr>
        <w:tc>
          <w:tcPr>
            <w:tcW w:w="2800" w:type="dxa"/>
            <w:tcMar>
              <w:top w:w="90" w:type="dxa"/>
              <w:left w:w="110" w:type="dxa"/>
              <w:bottom w:w="90" w:type="dxa"/>
              <w:right w:w="110" w:type="dxa"/>
            </w:tcMar>
            <w:vAlign w:val="center"/>
          </w:tcPr>
          <w:p w14:paraId="711445B4" w14:textId="77777777" w:rsidR="00B04DB1" w:rsidRPr="00AF6819" w:rsidRDefault="00B04DB1" w:rsidP="00FA5778">
            <w:pPr>
              <w:spacing w:line="240" w:lineRule="auto"/>
              <w:rPr>
                <w:rFonts w:ascii="Arial" w:hAnsi="Arial" w:cs="Arial"/>
              </w:rPr>
            </w:pPr>
            <w:r w:rsidRPr="00AF6819">
              <w:rPr>
                <w:rFonts w:ascii="Arial" w:hAnsi="Arial" w:cs="Arial"/>
              </w:rPr>
              <w:t>MV switchgear and relays</w:t>
            </w:r>
          </w:p>
        </w:tc>
        <w:tc>
          <w:tcPr>
            <w:tcW w:w="1800" w:type="dxa"/>
            <w:tcMar>
              <w:top w:w="90" w:type="dxa"/>
              <w:left w:w="110" w:type="dxa"/>
              <w:bottom w:w="90" w:type="dxa"/>
              <w:right w:w="110" w:type="dxa"/>
            </w:tcMar>
            <w:vAlign w:val="center"/>
          </w:tcPr>
          <w:p w14:paraId="31C30905"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223DDDC2"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3A712641" w14:textId="77777777" w:rsidR="00B04DB1" w:rsidRPr="00AF6819" w:rsidRDefault="00B04DB1" w:rsidP="00FA5778">
            <w:pPr>
              <w:spacing w:line="240" w:lineRule="auto"/>
              <w:rPr>
                <w:rFonts w:ascii="Arial" w:hAnsi="Arial" w:cs="Arial"/>
              </w:rPr>
            </w:pPr>
          </w:p>
        </w:tc>
      </w:tr>
      <w:tr w:rsidR="00B04DB1" w:rsidRPr="00AF6819" w14:paraId="77FD2E1B" w14:textId="77777777" w:rsidTr="00FA5778">
        <w:trPr>
          <w:jc w:val="center"/>
        </w:trPr>
        <w:tc>
          <w:tcPr>
            <w:tcW w:w="2800" w:type="dxa"/>
            <w:shd w:val="clear" w:color="auto" w:fill="F8F9FB"/>
            <w:tcMar>
              <w:top w:w="90" w:type="dxa"/>
              <w:left w:w="110" w:type="dxa"/>
              <w:bottom w:w="90" w:type="dxa"/>
              <w:right w:w="110" w:type="dxa"/>
            </w:tcMar>
            <w:vAlign w:val="center"/>
          </w:tcPr>
          <w:p w14:paraId="143A1274" w14:textId="77777777" w:rsidR="00B04DB1" w:rsidRPr="00AF6819" w:rsidRDefault="00B04DB1" w:rsidP="00FA5778">
            <w:pPr>
              <w:spacing w:line="240" w:lineRule="auto"/>
              <w:rPr>
                <w:rFonts w:ascii="Arial" w:hAnsi="Arial" w:cs="Arial"/>
              </w:rPr>
            </w:pPr>
            <w:r w:rsidRPr="00AF6819">
              <w:rPr>
                <w:rFonts w:ascii="Arial" w:hAnsi="Arial" w:cs="Arial"/>
              </w:rPr>
              <w:t>Controls and communications</w:t>
            </w:r>
          </w:p>
        </w:tc>
        <w:tc>
          <w:tcPr>
            <w:tcW w:w="1800" w:type="dxa"/>
            <w:shd w:val="clear" w:color="auto" w:fill="F8F9FB"/>
            <w:tcMar>
              <w:top w:w="90" w:type="dxa"/>
              <w:left w:w="110" w:type="dxa"/>
              <w:bottom w:w="90" w:type="dxa"/>
              <w:right w:w="110" w:type="dxa"/>
            </w:tcMar>
            <w:vAlign w:val="center"/>
          </w:tcPr>
          <w:p w14:paraId="12E2956E"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198B53A9"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111544CD" w14:textId="77777777" w:rsidR="00B04DB1" w:rsidRPr="00AF6819" w:rsidRDefault="00B04DB1" w:rsidP="00FA5778">
            <w:pPr>
              <w:spacing w:line="240" w:lineRule="auto"/>
              <w:rPr>
                <w:rFonts w:ascii="Arial" w:hAnsi="Arial" w:cs="Arial"/>
              </w:rPr>
            </w:pPr>
          </w:p>
        </w:tc>
      </w:tr>
      <w:tr w:rsidR="00B04DB1" w:rsidRPr="00AF6819" w14:paraId="3724723B" w14:textId="77777777" w:rsidTr="00FA5778">
        <w:trPr>
          <w:jc w:val="center"/>
        </w:trPr>
        <w:tc>
          <w:tcPr>
            <w:tcW w:w="2800" w:type="dxa"/>
            <w:tcMar>
              <w:top w:w="90" w:type="dxa"/>
              <w:left w:w="110" w:type="dxa"/>
              <w:bottom w:w="90" w:type="dxa"/>
              <w:right w:w="110" w:type="dxa"/>
            </w:tcMar>
            <w:vAlign w:val="center"/>
          </w:tcPr>
          <w:p w14:paraId="46DEC682" w14:textId="77777777" w:rsidR="00B04DB1" w:rsidRPr="00AF6819" w:rsidRDefault="00B04DB1" w:rsidP="00FA5778">
            <w:pPr>
              <w:spacing w:line="240" w:lineRule="auto"/>
              <w:rPr>
                <w:rFonts w:ascii="Arial" w:hAnsi="Arial" w:cs="Arial"/>
              </w:rPr>
            </w:pPr>
            <w:r w:rsidRPr="00AF6819">
              <w:rPr>
                <w:rFonts w:ascii="Arial" w:hAnsi="Arial" w:cs="Arial"/>
              </w:rPr>
              <w:t>Software and cloud</w:t>
            </w:r>
          </w:p>
        </w:tc>
        <w:tc>
          <w:tcPr>
            <w:tcW w:w="1800" w:type="dxa"/>
            <w:tcMar>
              <w:top w:w="90" w:type="dxa"/>
              <w:left w:w="110" w:type="dxa"/>
              <w:bottom w:w="90" w:type="dxa"/>
              <w:right w:w="110" w:type="dxa"/>
            </w:tcMar>
            <w:vAlign w:val="center"/>
          </w:tcPr>
          <w:p w14:paraId="6B723713"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17B7C98B"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00BB93DF" w14:textId="77777777" w:rsidR="00B04DB1" w:rsidRPr="00AF6819" w:rsidRDefault="00B04DB1" w:rsidP="00FA5778">
            <w:pPr>
              <w:spacing w:line="240" w:lineRule="auto"/>
              <w:rPr>
                <w:rFonts w:ascii="Arial" w:hAnsi="Arial" w:cs="Arial"/>
              </w:rPr>
            </w:pPr>
          </w:p>
        </w:tc>
      </w:tr>
      <w:tr w:rsidR="00B04DB1" w:rsidRPr="00AF6819" w14:paraId="7E1C19CB" w14:textId="77777777" w:rsidTr="00FA5778">
        <w:trPr>
          <w:jc w:val="center"/>
        </w:trPr>
        <w:tc>
          <w:tcPr>
            <w:tcW w:w="2800" w:type="dxa"/>
            <w:shd w:val="clear" w:color="auto" w:fill="F8F9FB"/>
            <w:tcMar>
              <w:top w:w="90" w:type="dxa"/>
              <w:left w:w="110" w:type="dxa"/>
              <w:bottom w:w="90" w:type="dxa"/>
              <w:right w:w="110" w:type="dxa"/>
            </w:tcMar>
            <w:vAlign w:val="center"/>
          </w:tcPr>
          <w:p w14:paraId="0C3F1F53" w14:textId="77777777" w:rsidR="00B04DB1" w:rsidRPr="00AF6819" w:rsidRDefault="00B04DB1" w:rsidP="00FA5778">
            <w:pPr>
              <w:spacing w:line="240" w:lineRule="auto"/>
              <w:rPr>
                <w:rFonts w:ascii="Arial" w:hAnsi="Arial" w:cs="Arial"/>
              </w:rPr>
            </w:pPr>
            <w:r w:rsidRPr="00AF6819">
              <w:rPr>
                <w:rFonts w:ascii="Arial" w:hAnsi="Arial" w:cs="Arial"/>
              </w:rPr>
              <w:t>Labor, travel, freight, removal, installation, testing</w:t>
            </w:r>
          </w:p>
        </w:tc>
        <w:tc>
          <w:tcPr>
            <w:tcW w:w="1800" w:type="dxa"/>
            <w:shd w:val="clear" w:color="auto" w:fill="F8F9FB"/>
            <w:tcMar>
              <w:top w:w="90" w:type="dxa"/>
              <w:left w:w="110" w:type="dxa"/>
              <w:bottom w:w="90" w:type="dxa"/>
              <w:right w:w="110" w:type="dxa"/>
            </w:tcMar>
            <w:vAlign w:val="center"/>
          </w:tcPr>
          <w:p w14:paraId="6CA16294"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064FC726"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3D97A830" w14:textId="77777777" w:rsidR="00B04DB1" w:rsidRPr="00AF6819" w:rsidRDefault="00B04DB1" w:rsidP="00FA5778">
            <w:pPr>
              <w:spacing w:line="240" w:lineRule="auto"/>
              <w:rPr>
                <w:rFonts w:ascii="Arial" w:hAnsi="Arial" w:cs="Arial"/>
              </w:rPr>
            </w:pPr>
          </w:p>
        </w:tc>
      </w:tr>
    </w:tbl>
    <w:p w14:paraId="17167137" w14:textId="77777777" w:rsidR="00B04DB1" w:rsidRDefault="00B04DB1" w:rsidP="00B04DB1">
      <w:pPr>
        <w:spacing w:after="0"/>
      </w:pPr>
    </w:p>
    <w:p w14:paraId="5302172F"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F.3 Service Commitments</w:t>
      </w:r>
    </w:p>
    <w:tbl>
      <w:tblPr>
        <w:tblStyle w:val="TableGrid"/>
        <w:tblW w:w="9360" w:type="dxa"/>
        <w:jc w:val="center"/>
        <w:tblLayout w:type="fixed"/>
        <w:tblLook w:val="04A0" w:firstRow="1" w:lastRow="0" w:firstColumn="1" w:lastColumn="0" w:noHBand="0" w:noVBand="1"/>
      </w:tblPr>
      <w:tblGrid>
        <w:gridCol w:w="1800"/>
        <w:gridCol w:w="1600"/>
        <w:gridCol w:w="1600"/>
        <w:gridCol w:w="2100"/>
        <w:gridCol w:w="2260"/>
      </w:tblGrid>
      <w:tr w:rsidR="00B04DB1" w:rsidRPr="00AF6819" w14:paraId="7D4F8482" w14:textId="77777777" w:rsidTr="00FA5778">
        <w:trPr>
          <w:tblHeader/>
          <w:jc w:val="center"/>
        </w:trPr>
        <w:tc>
          <w:tcPr>
            <w:tcW w:w="1800" w:type="dxa"/>
            <w:shd w:val="clear" w:color="auto" w:fill="2D2D84"/>
            <w:tcMar>
              <w:top w:w="90" w:type="dxa"/>
              <w:left w:w="110" w:type="dxa"/>
              <w:bottom w:w="90" w:type="dxa"/>
              <w:right w:w="110" w:type="dxa"/>
            </w:tcMar>
            <w:vAlign w:val="center"/>
          </w:tcPr>
          <w:p w14:paraId="12403580"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Severity</w:t>
            </w:r>
          </w:p>
        </w:tc>
        <w:tc>
          <w:tcPr>
            <w:tcW w:w="1600" w:type="dxa"/>
            <w:shd w:val="clear" w:color="auto" w:fill="2D2D84"/>
            <w:tcMar>
              <w:top w:w="90" w:type="dxa"/>
              <w:left w:w="110" w:type="dxa"/>
              <w:bottom w:w="90" w:type="dxa"/>
              <w:right w:w="110" w:type="dxa"/>
            </w:tcMar>
            <w:vAlign w:val="center"/>
          </w:tcPr>
          <w:p w14:paraId="445137A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Remote response</w:t>
            </w:r>
          </w:p>
        </w:tc>
        <w:tc>
          <w:tcPr>
            <w:tcW w:w="1600" w:type="dxa"/>
            <w:shd w:val="clear" w:color="auto" w:fill="2D2D84"/>
            <w:tcMar>
              <w:top w:w="90" w:type="dxa"/>
              <w:left w:w="110" w:type="dxa"/>
              <w:bottom w:w="90" w:type="dxa"/>
              <w:right w:w="110" w:type="dxa"/>
            </w:tcMar>
            <w:vAlign w:val="center"/>
          </w:tcPr>
          <w:p w14:paraId="7AD0FECC"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Onsite response</w:t>
            </w:r>
          </w:p>
        </w:tc>
        <w:tc>
          <w:tcPr>
            <w:tcW w:w="2100" w:type="dxa"/>
            <w:shd w:val="clear" w:color="auto" w:fill="2D2D84"/>
            <w:tcMar>
              <w:top w:w="90" w:type="dxa"/>
              <w:left w:w="110" w:type="dxa"/>
              <w:bottom w:w="90" w:type="dxa"/>
              <w:right w:w="110" w:type="dxa"/>
            </w:tcMar>
            <w:vAlign w:val="center"/>
          </w:tcPr>
          <w:p w14:paraId="3ECBBEFC"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Mitigation</w:t>
            </w:r>
          </w:p>
        </w:tc>
        <w:tc>
          <w:tcPr>
            <w:tcW w:w="2260" w:type="dxa"/>
            <w:shd w:val="clear" w:color="auto" w:fill="2D2D84"/>
            <w:tcMar>
              <w:top w:w="90" w:type="dxa"/>
              <w:left w:w="110" w:type="dxa"/>
              <w:bottom w:w="90" w:type="dxa"/>
              <w:right w:w="110" w:type="dxa"/>
            </w:tcMar>
            <w:vAlign w:val="center"/>
          </w:tcPr>
          <w:p w14:paraId="296AB286"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Permanent repair</w:t>
            </w:r>
          </w:p>
        </w:tc>
      </w:tr>
      <w:tr w:rsidR="00B04DB1" w:rsidRPr="00AF6819" w14:paraId="78EC7B4E" w14:textId="77777777" w:rsidTr="00FA5778">
        <w:trPr>
          <w:jc w:val="center"/>
        </w:trPr>
        <w:tc>
          <w:tcPr>
            <w:tcW w:w="1800" w:type="dxa"/>
            <w:tcMar>
              <w:top w:w="90" w:type="dxa"/>
              <w:left w:w="110" w:type="dxa"/>
              <w:bottom w:w="90" w:type="dxa"/>
              <w:right w:w="110" w:type="dxa"/>
            </w:tcMar>
            <w:vAlign w:val="center"/>
          </w:tcPr>
          <w:p w14:paraId="6E9B7A84" w14:textId="77777777" w:rsidR="00B04DB1" w:rsidRPr="00AF6819" w:rsidRDefault="00B04DB1" w:rsidP="00FA5778">
            <w:pPr>
              <w:spacing w:line="240" w:lineRule="auto"/>
              <w:rPr>
                <w:rFonts w:ascii="Arial" w:hAnsi="Arial" w:cs="Arial"/>
              </w:rPr>
            </w:pPr>
            <w:r w:rsidRPr="00AF6819">
              <w:rPr>
                <w:rFonts w:ascii="Arial" w:hAnsi="Arial" w:cs="Arial"/>
              </w:rPr>
              <w:t>Critical</w:t>
            </w:r>
          </w:p>
        </w:tc>
        <w:tc>
          <w:tcPr>
            <w:tcW w:w="1600" w:type="dxa"/>
            <w:tcMar>
              <w:top w:w="90" w:type="dxa"/>
              <w:left w:w="110" w:type="dxa"/>
              <w:bottom w:w="90" w:type="dxa"/>
              <w:right w:w="110" w:type="dxa"/>
            </w:tcMar>
            <w:vAlign w:val="center"/>
          </w:tcPr>
          <w:p w14:paraId="5DB80D91" w14:textId="77777777" w:rsidR="00B04DB1" w:rsidRPr="00AF6819" w:rsidRDefault="00B04DB1" w:rsidP="00FA5778">
            <w:pPr>
              <w:spacing w:line="240" w:lineRule="auto"/>
              <w:rPr>
                <w:rFonts w:ascii="Arial" w:hAnsi="Arial" w:cs="Arial"/>
              </w:rPr>
            </w:pPr>
            <w:r w:rsidRPr="00AF6819">
              <w:rPr>
                <w:rFonts w:ascii="Arial" w:hAnsi="Arial" w:cs="Arial"/>
              </w:rPr>
              <w:t>1 hour</w:t>
            </w:r>
          </w:p>
        </w:tc>
        <w:tc>
          <w:tcPr>
            <w:tcW w:w="1600" w:type="dxa"/>
            <w:tcMar>
              <w:top w:w="90" w:type="dxa"/>
              <w:left w:w="110" w:type="dxa"/>
              <w:bottom w:w="90" w:type="dxa"/>
              <w:right w:w="110" w:type="dxa"/>
            </w:tcMar>
            <w:vAlign w:val="center"/>
          </w:tcPr>
          <w:p w14:paraId="78ED5800" w14:textId="77777777" w:rsidR="00B04DB1" w:rsidRPr="00AF6819" w:rsidRDefault="00B04DB1" w:rsidP="00FA5778">
            <w:pPr>
              <w:spacing w:line="240" w:lineRule="auto"/>
              <w:rPr>
                <w:rFonts w:ascii="Arial" w:hAnsi="Arial" w:cs="Arial"/>
              </w:rPr>
            </w:pPr>
            <w:r w:rsidRPr="00AF6819">
              <w:rPr>
                <w:rFonts w:ascii="Arial" w:hAnsi="Arial" w:cs="Arial"/>
              </w:rPr>
              <w:t>48 hours</w:t>
            </w:r>
          </w:p>
        </w:tc>
        <w:tc>
          <w:tcPr>
            <w:tcW w:w="2100" w:type="dxa"/>
            <w:tcMar>
              <w:top w:w="90" w:type="dxa"/>
              <w:left w:w="110" w:type="dxa"/>
              <w:bottom w:w="90" w:type="dxa"/>
              <w:right w:w="110" w:type="dxa"/>
            </w:tcMar>
            <w:vAlign w:val="center"/>
          </w:tcPr>
          <w:p w14:paraId="44560085" w14:textId="77777777" w:rsidR="00B04DB1" w:rsidRPr="00AF6819" w:rsidRDefault="00B04DB1" w:rsidP="00FA5778">
            <w:pPr>
              <w:spacing w:line="240" w:lineRule="auto"/>
              <w:rPr>
                <w:rFonts w:ascii="Arial" w:hAnsi="Arial" w:cs="Arial"/>
              </w:rPr>
            </w:pPr>
          </w:p>
        </w:tc>
        <w:tc>
          <w:tcPr>
            <w:tcW w:w="2260" w:type="dxa"/>
            <w:tcMar>
              <w:top w:w="90" w:type="dxa"/>
              <w:left w:w="110" w:type="dxa"/>
              <w:bottom w:w="90" w:type="dxa"/>
              <w:right w:w="110" w:type="dxa"/>
            </w:tcMar>
            <w:vAlign w:val="center"/>
          </w:tcPr>
          <w:p w14:paraId="325EC65C" w14:textId="77777777" w:rsidR="00B04DB1" w:rsidRPr="00AF6819" w:rsidRDefault="00B04DB1" w:rsidP="00FA5778">
            <w:pPr>
              <w:spacing w:line="240" w:lineRule="auto"/>
              <w:rPr>
                <w:rFonts w:ascii="Arial" w:hAnsi="Arial" w:cs="Arial"/>
              </w:rPr>
            </w:pPr>
          </w:p>
        </w:tc>
      </w:tr>
      <w:tr w:rsidR="00B04DB1" w:rsidRPr="00AF6819" w14:paraId="34A3920D" w14:textId="77777777" w:rsidTr="00FA5778">
        <w:trPr>
          <w:jc w:val="center"/>
        </w:trPr>
        <w:tc>
          <w:tcPr>
            <w:tcW w:w="1800" w:type="dxa"/>
            <w:shd w:val="clear" w:color="auto" w:fill="F8F9FB"/>
            <w:tcMar>
              <w:top w:w="90" w:type="dxa"/>
              <w:left w:w="110" w:type="dxa"/>
              <w:bottom w:w="90" w:type="dxa"/>
              <w:right w:w="110" w:type="dxa"/>
            </w:tcMar>
            <w:vAlign w:val="center"/>
          </w:tcPr>
          <w:p w14:paraId="23434EE8" w14:textId="77777777" w:rsidR="00B04DB1" w:rsidRPr="00AF6819" w:rsidRDefault="00B04DB1" w:rsidP="00FA5778">
            <w:pPr>
              <w:spacing w:line="240" w:lineRule="auto"/>
              <w:rPr>
                <w:rFonts w:ascii="Arial" w:hAnsi="Arial" w:cs="Arial"/>
              </w:rPr>
            </w:pPr>
            <w:r w:rsidRPr="00AF6819">
              <w:rPr>
                <w:rFonts w:ascii="Arial" w:hAnsi="Arial" w:cs="Arial"/>
              </w:rPr>
              <w:t>Major</w:t>
            </w:r>
          </w:p>
        </w:tc>
        <w:tc>
          <w:tcPr>
            <w:tcW w:w="1600" w:type="dxa"/>
            <w:shd w:val="clear" w:color="auto" w:fill="F8F9FB"/>
            <w:tcMar>
              <w:top w:w="90" w:type="dxa"/>
              <w:left w:w="110" w:type="dxa"/>
              <w:bottom w:w="90" w:type="dxa"/>
              <w:right w:w="110" w:type="dxa"/>
            </w:tcMar>
            <w:vAlign w:val="center"/>
          </w:tcPr>
          <w:p w14:paraId="6836DF96" w14:textId="77777777" w:rsidR="00B04DB1" w:rsidRPr="00AF6819" w:rsidRDefault="00B04DB1" w:rsidP="00FA5778">
            <w:pPr>
              <w:spacing w:line="240" w:lineRule="auto"/>
              <w:rPr>
                <w:rFonts w:ascii="Arial" w:hAnsi="Arial" w:cs="Arial"/>
              </w:rPr>
            </w:pPr>
          </w:p>
        </w:tc>
        <w:tc>
          <w:tcPr>
            <w:tcW w:w="1600" w:type="dxa"/>
            <w:shd w:val="clear" w:color="auto" w:fill="F8F9FB"/>
            <w:tcMar>
              <w:top w:w="90" w:type="dxa"/>
              <w:left w:w="110" w:type="dxa"/>
              <w:bottom w:w="90" w:type="dxa"/>
              <w:right w:w="110" w:type="dxa"/>
            </w:tcMar>
            <w:vAlign w:val="center"/>
          </w:tcPr>
          <w:p w14:paraId="1C2C7E5F" w14:textId="77777777" w:rsidR="00B04DB1" w:rsidRPr="00AF6819" w:rsidRDefault="00B04DB1" w:rsidP="00FA5778">
            <w:pPr>
              <w:spacing w:line="240" w:lineRule="auto"/>
              <w:rPr>
                <w:rFonts w:ascii="Arial" w:hAnsi="Arial" w:cs="Arial"/>
              </w:rPr>
            </w:pPr>
          </w:p>
        </w:tc>
        <w:tc>
          <w:tcPr>
            <w:tcW w:w="2100" w:type="dxa"/>
            <w:shd w:val="clear" w:color="auto" w:fill="F8F9FB"/>
            <w:tcMar>
              <w:top w:w="90" w:type="dxa"/>
              <w:left w:w="110" w:type="dxa"/>
              <w:bottom w:w="90" w:type="dxa"/>
              <w:right w:w="110" w:type="dxa"/>
            </w:tcMar>
            <w:vAlign w:val="center"/>
          </w:tcPr>
          <w:p w14:paraId="71F8C62B" w14:textId="77777777" w:rsidR="00B04DB1" w:rsidRPr="00AF6819" w:rsidRDefault="00B04DB1" w:rsidP="00FA5778">
            <w:pPr>
              <w:spacing w:line="240" w:lineRule="auto"/>
              <w:rPr>
                <w:rFonts w:ascii="Arial" w:hAnsi="Arial" w:cs="Arial"/>
              </w:rPr>
            </w:pPr>
          </w:p>
        </w:tc>
        <w:tc>
          <w:tcPr>
            <w:tcW w:w="2260" w:type="dxa"/>
            <w:shd w:val="clear" w:color="auto" w:fill="F8F9FB"/>
            <w:tcMar>
              <w:top w:w="90" w:type="dxa"/>
              <w:left w:w="110" w:type="dxa"/>
              <w:bottom w:w="90" w:type="dxa"/>
              <w:right w:w="110" w:type="dxa"/>
            </w:tcMar>
            <w:vAlign w:val="center"/>
          </w:tcPr>
          <w:p w14:paraId="6FD760A5" w14:textId="77777777" w:rsidR="00B04DB1" w:rsidRPr="00AF6819" w:rsidRDefault="00B04DB1" w:rsidP="00FA5778">
            <w:pPr>
              <w:spacing w:line="240" w:lineRule="auto"/>
              <w:rPr>
                <w:rFonts w:ascii="Arial" w:hAnsi="Arial" w:cs="Arial"/>
              </w:rPr>
            </w:pPr>
          </w:p>
        </w:tc>
      </w:tr>
      <w:tr w:rsidR="00B04DB1" w:rsidRPr="00AF6819" w14:paraId="685A62E7" w14:textId="77777777" w:rsidTr="00FA5778">
        <w:trPr>
          <w:jc w:val="center"/>
        </w:trPr>
        <w:tc>
          <w:tcPr>
            <w:tcW w:w="1800" w:type="dxa"/>
            <w:tcMar>
              <w:top w:w="90" w:type="dxa"/>
              <w:left w:w="110" w:type="dxa"/>
              <w:bottom w:w="90" w:type="dxa"/>
              <w:right w:w="110" w:type="dxa"/>
            </w:tcMar>
            <w:vAlign w:val="center"/>
          </w:tcPr>
          <w:p w14:paraId="0226DD29" w14:textId="77777777" w:rsidR="00B04DB1" w:rsidRPr="00AF6819" w:rsidRDefault="00B04DB1" w:rsidP="00FA5778">
            <w:pPr>
              <w:spacing w:line="240" w:lineRule="auto"/>
              <w:rPr>
                <w:rFonts w:ascii="Arial" w:hAnsi="Arial" w:cs="Arial"/>
              </w:rPr>
            </w:pPr>
            <w:r w:rsidRPr="00AF6819">
              <w:rPr>
                <w:rFonts w:ascii="Arial" w:hAnsi="Arial" w:cs="Arial"/>
              </w:rPr>
              <w:t>Minor</w:t>
            </w:r>
          </w:p>
        </w:tc>
        <w:tc>
          <w:tcPr>
            <w:tcW w:w="1600" w:type="dxa"/>
            <w:tcMar>
              <w:top w:w="90" w:type="dxa"/>
              <w:left w:w="110" w:type="dxa"/>
              <w:bottom w:w="90" w:type="dxa"/>
              <w:right w:w="110" w:type="dxa"/>
            </w:tcMar>
            <w:vAlign w:val="center"/>
          </w:tcPr>
          <w:p w14:paraId="27FF189B" w14:textId="77777777" w:rsidR="00B04DB1" w:rsidRPr="00AF6819" w:rsidRDefault="00B04DB1" w:rsidP="00FA5778">
            <w:pPr>
              <w:spacing w:line="240" w:lineRule="auto"/>
              <w:rPr>
                <w:rFonts w:ascii="Arial" w:hAnsi="Arial" w:cs="Arial"/>
              </w:rPr>
            </w:pPr>
          </w:p>
        </w:tc>
        <w:tc>
          <w:tcPr>
            <w:tcW w:w="1600" w:type="dxa"/>
            <w:tcMar>
              <w:top w:w="90" w:type="dxa"/>
              <w:left w:w="110" w:type="dxa"/>
              <w:bottom w:w="90" w:type="dxa"/>
              <w:right w:w="110" w:type="dxa"/>
            </w:tcMar>
            <w:vAlign w:val="center"/>
          </w:tcPr>
          <w:p w14:paraId="005FBA52" w14:textId="77777777" w:rsidR="00B04DB1" w:rsidRPr="00AF6819" w:rsidRDefault="00B04DB1" w:rsidP="00FA5778">
            <w:pPr>
              <w:spacing w:line="240" w:lineRule="auto"/>
              <w:rPr>
                <w:rFonts w:ascii="Arial" w:hAnsi="Arial" w:cs="Arial"/>
              </w:rPr>
            </w:pPr>
          </w:p>
        </w:tc>
        <w:tc>
          <w:tcPr>
            <w:tcW w:w="2100" w:type="dxa"/>
            <w:tcMar>
              <w:top w:w="90" w:type="dxa"/>
              <w:left w:w="110" w:type="dxa"/>
              <w:bottom w:w="90" w:type="dxa"/>
              <w:right w:w="110" w:type="dxa"/>
            </w:tcMar>
            <w:vAlign w:val="center"/>
          </w:tcPr>
          <w:p w14:paraId="737B9542" w14:textId="77777777" w:rsidR="00B04DB1" w:rsidRPr="00AF6819" w:rsidRDefault="00B04DB1" w:rsidP="00FA5778">
            <w:pPr>
              <w:spacing w:line="240" w:lineRule="auto"/>
              <w:rPr>
                <w:rFonts w:ascii="Arial" w:hAnsi="Arial" w:cs="Arial"/>
              </w:rPr>
            </w:pPr>
          </w:p>
        </w:tc>
        <w:tc>
          <w:tcPr>
            <w:tcW w:w="2260" w:type="dxa"/>
            <w:tcMar>
              <w:top w:w="90" w:type="dxa"/>
              <w:left w:w="110" w:type="dxa"/>
              <w:bottom w:w="90" w:type="dxa"/>
              <w:right w:w="110" w:type="dxa"/>
            </w:tcMar>
            <w:vAlign w:val="center"/>
          </w:tcPr>
          <w:p w14:paraId="6719EB07" w14:textId="77777777" w:rsidR="00B04DB1" w:rsidRPr="00AF6819" w:rsidRDefault="00B04DB1" w:rsidP="00FA5778">
            <w:pPr>
              <w:spacing w:line="240" w:lineRule="auto"/>
              <w:rPr>
                <w:rFonts w:ascii="Arial" w:hAnsi="Arial" w:cs="Arial"/>
              </w:rPr>
            </w:pPr>
          </w:p>
        </w:tc>
      </w:tr>
    </w:tbl>
    <w:p w14:paraId="6E911F51" w14:textId="77777777" w:rsidR="00B04DB1" w:rsidRDefault="00B04DB1" w:rsidP="00B04DB1">
      <w:pPr>
        <w:spacing w:after="0"/>
      </w:pPr>
    </w:p>
    <w:p w14:paraId="506B59B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lastRenderedPageBreak/>
        <w:t>F.4 LTSA Scope and Price Terms</w:t>
      </w:r>
    </w:p>
    <w:tbl>
      <w:tblPr>
        <w:tblStyle w:val="TableGrid"/>
        <w:tblW w:w="9360" w:type="dxa"/>
        <w:jc w:val="center"/>
        <w:tblLayout w:type="fixed"/>
        <w:tblLook w:val="04A0" w:firstRow="1" w:lastRow="0" w:firstColumn="1" w:lastColumn="0" w:noHBand="0" w:noVBand="1"/>
      </w:tblPr>
      <w:tblGrid>
        <w:gridCol w:w="4100"/>
        <w:gridCol w:w="5260"/>
      </w:tblGrid>
      <w:tr w:rsidR="00B04DB1" w:rsidRPr="00AF6819" w14:paraId="2A278BC3" w14:textId="77777777" w:rsidTr="00FA5778">
        <w:trPr>
          <w:tblHeader/>
          <w:jc w:val="center"/>
        </w:trPr>
        <w:tc>
          <w:tcPr>
            <w:tcW w:w="4100" w:type="dxa"/>
            <w:shd w:val="clear" w:color="auto" w:fill="2D2D84"/>
            <w:tcMar>
              <w:top w:w="90" w:type="dxa"/>
              <w:left w:w="110" w:type="dxa"/>
              <w:bottom w:w="90" w:type="dxa"/>
              <w:right w:w="110" w:type="dxa"/>
            </w:tcMar>
            <w:vAlign w:val="center"/>
          </w:tcPr>
          <w:p w14:paraId="415E967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Requirement</w:t>
            </w:r>
          </w:p>
        </w:tc>
        <w:tc>
          <w:tcPr>
            <w:tcW w:w="5260" w:type="dxa"/>
            <w:shd w:val="clear" w:color="auto" w:fill="2D2D84"/>
            <w:tcMar>
              <w:top w:w="90" w:type="dxa"/>
              <w:left w:w="110" w:type="dxa"/>
              <w:bottom w:w="90" w:type="dxa"/>
              <w:right w:w="110" w:type="dxa"/>
            </w:tcMar>
            <w:vAlign w:val="center"/>
          </w:tcPr>
          <w:p w14:paraId="64BFB8F5"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Included / proposed term</w:t>
            </w:r>
          </w:p>
        </w:tc>
      </w:tr>
      <w:tr w:rsidR="00B04DB1" w:rsidRPr="00AF6819" w14:paraId="7DCD064E" w14:textId="77777777" w:rsidTr="00FA5778">
        <w:trPr>
          <w:jc w:val="center"/>
        </w:trPr>
        <w:tc>
          <w:tcPr>
            <w:tcW w:w="4100" w:type="dxa"/>
            <w:tcMar>
              <w:top w:w="90" w:type="dxa"/>
              <w:left w:w="110" w:type="dxa"/>
              <w:bottom w:w="90" w:type="dxa"/>
              <w:right w:w="110" w:type="dxa"/>
            </w:tcMar>
            <w:vAlign w:val="center"/>
          </w:tcPr>
          <w:p w14:paraId="4A297BE0" w14:textId="77777777" w:rsidR="00B04DB1" w:rsidRPr="00AF6819" w:rsidRDefault="00B04DB1" w:rsidP="00FA5778">
            <w:pPr>
              <w:spacing w:line="240" w:lineRule="auto"/>
              <w:rPr>
                <w:rFonts w:ascii="Arial" w:hAnsi="Arial" w:cs="Arial"/>
              </w:rPr>
            </w:pPr>
            <w:r w:rsidRPr="00AF6819">
              <w:rPr>
                <w:rFonts w:ascii="Arial" w:hAnsi="Arial" w:cs="Arial"/>
              </w:rPr>
              <w:t>Preventive maintenance</w:t>
            </w:r>
          </w:p>
        </w:tc>
        <w:tc>
          <w:tcPr>
            <w:tcW w:w="5260" w:type="dxa"/>
            <w:tcMar>
              <w:top w:w="90" w:type="dxa"/>
              <w:left w:w="110" w:type="dxa"/>
              <w:bottom w:w="90" w:type="dxa"/>
              <w:right w:w="110" w:type="dxa"/>
            </w:tcMar>
            <w:vAlign w:val="center"/>
          </w:tcPr>
          <w:p w14:paraId="34821785" w14:textId="77777777" w:rsidR="00B04DB1" w:rsidRPr="00AF6819" w:rsidRDefault="00B04DB1" w:rsidP="00FA5778">
            <w:pPr>
              <w:spacing w:line="240" w:lineRule="auto"/>
              <w:rPr>
                <w:rFonts w:ascii="Arial" w:hAnsi="Arial" w:cs="Arial"/>
              </w:rPr>
            </w:pPr>
          </w:p>
        </w:tc>
      </w:tr>
      <w:tr w:rsidR="00B04DB1" w:rsidRPr="00AF6819" w14:paraId="72DC6D2F" w14:textId="77777777" w:rsidTr="00FA5778">
        <w:trPr>
          <w:jc w:val="center"/>
        </w:trPr>
        <w:tc>
          <w:tcPr>
            <w:tcW w:w="4100" w:type="dxa"/>
            <w:shd w:val="clear" w:color="auto" w:fill="F8F9FB"/>
            <w:tcMar>
              <w:top w:w="90" w:type="dxa"/>
              <w:left w:w="110" w:type="dxa"/>
              <w:bottom w:w="90" w:type="dxa"/>
              <w:right w:w="110" w:type="dxa"/>
            </w:tcMar>
            <w:vAlign w:val="center"/>
          </w:tcPr>
          <w:p w14:paraId="3D77D8FE" w14:textId="77777777" w:rsidR="00B04DB1" w:rsidRPr="00AF6819" w:rsidRDefault="00B04DB1" w:rsidP="00FA5778">
            <w:pPr>
              <w:spacing w:line="240" w:lineRule="auto"/>
              <w:rPr>
                <w:rFonts w:ascii="Arial" w:hAnsi="Arial" w:cs="Arial"/>
              </w:rPr>
            </w:pPr>
            <w:r w:rsidRPr="00AF6819">
              <w:rPr>
                <w:rFonts w:ascii="Arial" w:hAnsi="Arial" w:cs="Arial"/>
              </w:rPr>
              <w:t>Corrective maintenance</w:t>
            </w:r>
          </w:p>
        </w:tc>
        <w:tc>
          <w:tcPr>
            <w:tcW w:w="5260" w:type="dxa"/>
            <w:shd w:val="clear" w:color="auto" w:fill="F8F9FB"/>
            <w:tcMar>
              <w:top w:w="90" w:type="dxa"/>
              <w:left w:w="110" w:type="dxa"/>
              <w:bottom w:w="90" w:type="dxa"/>
              <w:right w:w="110" w:type="dxa"/>
            </w:tcMar>
            <w:vAlign w:val="center"/>
          </w:tcPr>
          <w:p w14:paraId="39CC6F73" w14:textId="77777777" w:rsidR="00B04DB1" w:rsidRPr="00AF6819" w:rsidRDefault="00B04DB1" w:rsidP="00FA5778">
            <w:pPr>
              <w:spacing w:line="240" w:lineRule="auto"/>
              <w:rPr>
                <w:rFonts w:ascii="Arial" w:hAnsi="Arial" w:cs="Arial"/>
              </w:rPr>
            </w:pPr>
          </w:p>
        </w:tc>
      </w:tr>
      <w:tr w:rsidR="00B04DB1" w:rsidRPr="00AF6819" w14:paraId="31A2B2ED" w14:textId="77777777" w:rsidTr="00FA5778">
        <w:trPr>
          <w:jc w:val="center"/>
        </w:trPr>
        <w:tc>
          <w:tcPr>
            <w:tcW w:w="4100" w:type="dxa"/>
            <w:tcMar>
              <w:top w:w="90" w:type="dxa"/>
              <w:left w:w="110" w:type="dxa"/>
              <w:bottom w:w="90" w:type="dxa"/>
              <w:right w:w="110" w:type="dxa"/>
            </w:tcMar>
            <w:vAlign w:val="center"/>
          </w:tcPr>
          <w:p w14:paraId="0D559F2F" w14:textId="77777777" w:rsidR="00B04DB1" w:rsidRPr="00AF6819" w:rsidRDefault="00B04DB1" w:rsidP="00FA5778">
            <w:pPr>
              <w:spacing w:line="240" w:lineRule="auto"/>
              <w:rPr>
                <w:rFonts w:ascii="Arial" w:hAnsi="Arial" w:cs="Arial"/>
              </w:rPr>
            </w:pPr>
            <w:r w:rsidRPr="00AF6819">
              <w:rPr>
                <w:rFonts w:ascii="Arial" w:hAnsi="Arial" w:cs="Arial"/>
              </w:rPr>
              <w:t>24</w:t>
            </w:r>
            <w:r w:rsidR="00004B80">
              <w:rPr>
                <w:rFonts w:ascii="Arial" w:hAnsi="Arial" w:cs="Arial"/>
              </w:rPr>
              <w:t>-</w:t>
            </w:r>
            <w:r w:rsidRPr="00AF6819">
              <w:rPr>
                <w:rFonts w:ascii="Arial" w:hAnsi="Arial" w:cs="Arial"/>
              </w:rPr>
              <w:t>hour monitoring</w:t>
            </w:r>
          </w:p>
        </w:tc>
        <w:tc>
          <w:tcPr>
            <w:tcW w:w="5260" w:type="dxa"/>
            <w:tcMar>
              <w:top w:w="90" w:type="dxa"/>
              <w:left w:w="110" w:type="dxa"/>
              <w:bottom w:w="90" w:type="dxa"/>
              <w:right w:w="110" w:type="dxa"/>
            </w:tcMar>
            <w:vAlign w:val="center"/>
          </w:tcPr>
          <w:p w14:paraId="28C89256" w14:textId="77777777" w:rsidR="00B04DB1" w:rsidRPr="00AF6819" w:rsidRDefault="00B04DB1" w:rsidP="00FA5778">
            <w:pPr>
              <w:spacing w:line="240" w:lineRule="auto"/>
              <w:rPr>
                <w:rFonts w:ascii="Arial" w:hAnsi="Arial" w:cs="Arial"/>
              </w:rPr>
            </w:pPr>
          </w:p>
        </w:tc>
      </w:tr>
      <w:tr w:rsidR="00B04DB1" w:rsidRPr="00AF6819" w14:paraId="15024078" w14:textId="77777777" w:rsidTr="00FA5778">
        <w:trPr>
          <w:jc w:val="center"/>
        </w:trPr>
        <w:tc>
          <w:tcPr>
            <w:tcW w:w="4100" w:type="dxa"/>
            <w:shd w:val="clear" w:color="auto" w:fill="F8F9FB"/>
            <w:tcMar>
              <w:top w:w="90" w:type="dxa"/>
              <w:left w:w="110" w:type="dxa"/>
              <w:bottom w:w="90" w:type="dxa"/>
              <w:right w:w="110" w:type="dxa"/>
            </w:tcMar>
            <w:vAlign w:val="center"/>
          </w:tcPr>
          <w:p w14:paraId="49B70517" w14:textId="77777777" w:rsidR="00B04DB1" w:rsidRPr="00AF6819" w:rsidRDefault="00B04DB1" w:rsidP="00FA5778">
            <w:pPr>
              <w:spacing w:line="240" w:lineRule="auto"/>
              <w:rPr>
                <w:rFonts w:ascii="Arial" w:hAnsi="Arial" w:cs="Arial"/>
              </w:rPr>
            </w:pPr>
            <w:r w:rsidRPr="00AF6819">
              <w:rPr>
                <w:rFonts w:ascii="Arial" w:hAnsi="Arial" w:cs="Arial"/>
              </w:rPr>
              <w:t>Parts and consumables</w:t>
            </w:r>
          </w:p>
        </w:tc>
        <w:tc>
          <w:tcPr>
            <w:tcW w:w="5260" w:type="dxa"/>
            <w:shd w:val="clear" w:color="auto" w:fill="F8F9FB"/>
            <w:tcMar>
              <w:top w:w="90" w:type="dxa"/>
              <w:left w:w="110" w:type="dxa"/>
              <w:bottom w:w="90" w:type="dxa"/>
              <w:right w:w="110" w:type="dxa"/>
            </w:tcMar>
            <w:vAlign w:val="center"/>
          </w:tcPr>
          <w:p w14:paraId="0D4B18C7" w14:textId="77777777" w:rsidR="00B04DB1" w:rsidRPr="00AF6819" w:rsidRDefault="00B04DB1" w:rsidP="00FA5778">
            <w:pPr>
              <w:spacing w:line="240" w:lineRule="auto"/>
              <w:rPr>
                <w:rFonts w:ascii="Arial" w:hAnsi="Arial" w:cs="Arial"/>
              </w:rPr>
            </w:pPr>
          </w:p>
        </w:tc>
      </w:tr>
      <w:tr w:rsidR="00B04DB1" w:rsidRPr="00AF6819" w14:paraId="1B949FC0" w14:textId="77777777" w:rsidTr="00FA5778">
        <w:trPr>
          <w:jc w:val="center"/>
        </w:trPr>
        <w:tc>
          <w:tcPr>
            <w:tcW w:w="4100" w:type="dxa"/>
            <w:tcMar>
              <w:top w:w="90" w:type="dxa"/>
              <w:left w:w="110" w:type="dxa"/>
              <w:bottom w:w="90" w:type="dxa"/>
              <w:right w:w="110" w:type="dxa"/>
            </w:tcMar>
            <w:vAlign w:val="center"/>
          </w:tcPr>
          <w:p w14:paraId="126FFB96" w14:textId="77777777" w:rsidR="00B04DB1" w:rsidRPr="00AF6819" w:rsidRDefault="00B04DB1" w:rsidP="00FA5778">
            <w:pPr>
              <w:spacing w:line="240" w:lineRule="auto"/>
              <w:rPr>
                <w:rFonts w:ascii="Arial" w:hAnsi="Arial" w:cs="Arial"/>
              </w:rPr>
            </w:pPr>
            <w:r w:rsidRPr="00AF6819">
              <w:rPr>
                <w:rFonts w:ascii="Arial" w:hAnsi="Arial" w:cs="Arial"/>
              </w:rPr>
              <w:t>Software and cybersecurity</w:t>
            </w:r>
          </w:p>
        </w:tc>
        <w:tc>
          <w:tcPr>
            <w:tcW w:w="5260" w:type="dxa"/>
            <w:tcMar>
              <w:top w:w="90" w:type="dxa"/>
              <w:left w:w="110" w:type="dxa"/>
              <w:bottom w:w="90" w:type="dxa"/>
              <w:right w:w="110" w:type="dxa"/>
            </w:tcMar>
            <w:vAlign w:val="center"/>
          </w:tcPr>
          <w:p w14:paraId="6D13619C" w14:textId="77777777" w:rsidR="00B04DB1" w:rsidRPr="00AF6819" w:rsidRDefault="00B04DB1" w:rsidP="00FA5778">
            <w:pPr>
              <w:spacing w:line="240" w:lineRule="auto"/>
              <w:rPr>
                <w:rFonts w:ascii="Arial" w:hAnsi="Arial" w:cs="Arial"/>
              </w:rPr>
            </w:pPr>
          </w:p>
        </w:tc>
      </w:tr>
      <w:tr w:rsidR="00B04DB1" w:rsidRPr="00AF6819" w14:paraId="6D7F260B" w14:textId="77777777" w:rsidTr="00FA5778">
        <w:trPr>
          <w:jc w:val="center"/>
        </w:trPr>
        <w:tc>
          <w:tcPr>
            <w:tcW w:w="4100" w:type="dxa"/>
            <w:shd w:val="clear" w:color="auto" w:fill="F8F9FB"/>
            <w:tcMar>
              <w:top w:w="90" w:type="dxa"/>
              <w:left w:w="110" w:type="dxa"/>
              <w:bottom w:w="90" w:type="dxa"/>
              <w:right w:w="110" w:type="dxa"/>
            </w:tcMar>
            <w:vAlign w:val="center"/>
          </w:tcPr>
          <w:p w14:paraId="2FC148D1" w14:textId="77777777" w:rsidR="00B04DB1" w:rsidRPr="00AF6819" w:rsidRDefault="00B04DB1" w:rsidP="00FA5778">
            <w:pPr>
              <w:spacing w:line="240" w:lineRule="auto"/>
              <w:rPr>
                <w:rFonts w:ascii="Arial" w:hAnsi="Arial" w:cs="Arial"/>
              </w:rPr>
            </w:pPr>
            <w:r w:rsidRPr="00AF6819">
              <w:rPr>
                <w:rFonts w:ascii="Arial" w:hAnsi="Arial" w:cs="Arial"/>
              </w:rPr>
              <w:t>Compliance preserving replacements</w:t>
            </w:r>
          </w:p>
        </w:tc>
        <w:tc>
          <w:tcPr>
            <w:tcW w:w="5260" w:type="dxa"/>
            <w:shd w:val="clear" w:color="auto" w:fill="F8F9FB"/>
            <w:tcMar>
              <w:top w:w="90" w:type="dxa"/>
              <w:left w:w="110" w:type="dxa"/>
              <w:bottom w:w="90" w:type="dxa"/>
              <w:right w:w="110" w:type="dxa"/>
            </w:tcMar>
            <w:vAlign w:val="center"/>
          </w:tcPr>
          <w:p w14:paraId="25133904" w14:textId="77777777" w:rsidR="00B04DB1" w:rsidRPr="00AF6819" w:rsidRDefault="00B04DB1" w:rsidP="00FA5778">
            <w:pPr>
              <w:spacing w:line="240" w:lineRule="auto"/>
              <w:rPr>
                <w:rFonts w:ascii="Arial" w:hAnsi="Arial" w:cs="Arial"/>
              </w:rPr>
            </w:pPr>
          </w:p>
        </w:tc>
      </w:tr>
      <w:tr w:rsidR="00B04DB1" w:rsidRPr="00AF6819" w14:paraId="280336FC" w14:textId="77777777" w:rsidTr="00FA5778">
        <w:trPr>
          <w:jc w:val="center"/>
        </w:trPr>
        <w:tc>
          <w:tcPr>
            <w:tcW w:w="4100" w:type="dxa"/>
            <w:tcMar>
              <w:top w:w="90" w:type="dxa"/>
              <w:left w:w="110" w:type="dxa"/>
              <w:bottom w:w="90" w:type="dxa"/>
              <w:right w:w="110" w:type="dxa"/>
            </w:tcMar>
            <w:vAlign w:val="center"/>
          </w:tcPr>
          <w:p w14:paraId="41E35ACC" w14:textId="77777777" w:rsidR="00B04DB1" w:rsidRPr="00AF6819" w:rsidRDefault="00B04DB1" w:rsidP="00FA5778">
            <w:pPr>
              <w:spacing w:line="240" w:lineRule="auto"/>
              <w:rPr>
                <w:rFonts w:ascii="Arial" w:hAnsi="Arial" w:cs="Arial"/>
              </w:rPr>
            </w:pPr>
            <w:r w:rsidRPr="00AF6819">
              <w:rPr>
                <w:rFonts w:ascii="Arial" w:hAnsi="Arial" w:cs="Arial"/>
              </w:rPr>
              <w:t>Prevailing wage field labor</w:t>
            </w:r>
          </w:p>
        </w:tc>
        <w:tc>
          <w:tcPr>
            <w:tcW w:w="5260" w:type="dxa"/>
            <w:tcMar>
              <w:top w:w="90" w:type="dxa"/>
              <w:left w:w="110" w:type="dxa"/>
              <w:bottom w:w="90" w:type="dxa"/>
              <w:right w:w="110" w:type="dxa"/>
            </w:tcMar>
            <w:vAlign w:val="center"/>
          </w:tcPr>
          <w:p w14:paraId="4A1F260A" w14:textId="77777777" w:rsidR="00B04DB1" w:rsidRPr="00AF6819" w:rsidRDefault="00B04DB1" w:rsidP="00FA5778">
            <w:pPr>
              <w:spacing w:line="240" w:lineRule="auto"/>
              <w:rPr>
                <w:rFonts w:ascii="Arial" w:hAnsi="Arial" w:cs="Arial"/>
              </w:rPr>
            </w:pPr>
          </w:p>
        </w:tc>
      </w:tr>
      <w:tr w:rsidR="00B04DB1" w:rsidRPr="00AF6819" w14:paraId="748362EF" w14:textId="77777777" w:rsidTr="00FA5778">
        <w:trPr>
          <w:jc w:val="center"/>
        </w:trPr>
        <w:tc>
          <w:tcPr>
            <w:tcW w:w="4100" w:type="dxa"/>
            <w:shd w:val="clear" w:color="auto" w:fill="F8F9FB"/>
            <w:tcMar>
              <w:top w:w="90" w:type="dxa"/>
              <w:left w:w="110" w:type="dxa"/>
              <w:bottom w:w="90" w:type="dxa"/>
              <w:right w:w="110" w:type="dxa"/>
            </w:tcMar>
            <w:vAlign w:val="center"/>
          </w:tcPr>
          <w:p w14:paraId="1E6123DC" w14:textId="77777777" w:rsidR="00B04DB1" w:rsidRPr="00AF6819" w:rsidRDefault="00B04DB1" w:rsidP="00FA5778">
            <w:pPr>
              <w:spacing w:line="240" w:lineRule="auto"/>
              <w:rPr>
                <w:rFonts w:ascii="Arial" w:hAnsi="Arial" w:cs="Arial"/>
              </w:rPr>
            </w:pPr>
            <w:r w:rsidRPr="00AF6819">
              <w:rPr>
                <w:rFonts w:ascii="Arial" w:hAnsi="Arial" w:cs="Arial"/>
              </w:rPr>
              <w:t>Years 1 to 5 fixed price</w:t>
            </w:r>
          </w:p>
        </w:tc>
        <w:tc>
          <w:tcPr>
            <w:tcW w:w="5260" w:type="dxa"/>
            <w:shd w:val="clear" w:color="auto" w:fill="F8F9FB"/>
            <w:tcMar>
              <w:top w:w="90" w:type="dxa"/>
              <w:left w:w="110" w:type="dxa"/>
              <w:bottom w:w="90" w:type="dxa"/>
              <w:right w:w="110" w:type="dxa"/>
            </w:tcMar>
            <w:vAlign w:val="center"/>
          </w:tcPr>
          <w:p w14:paraId="0FA97F40" w14:textId="77777777" w:rsidR="00B04DB1" w:rsidRPr="00AF6819" w:rsidRDefault="00B04DB1" w:rsidP="00FA5778">
            <w:pPr>
              <w:spacing w:line="240" w:lineRule="auto"/>
              <w:rPr>
                <w:rFonts w:ascii="Arial" w:hAnsi="Arial" w:cs="Arial"/>
              </w:rPr>
            </w:pPr>
          </w:p>
        </w:tc>
      </w:tr>
      <w:tr w:rsidR="00B04DB1" w:rsidRPr="00AF6819" w14:paraId="17DE52DB" w14:textId="77777777" w:rsidTr="00FA5778">
        <w:trPr>
          <w:jc w:val="center"/>
        </w:trPr>
        <w:tc>
          <w:tcPr>
            <w:tcW w:w="4100" w:type="dxa"/>
            <w:tcMar>
              <w:top w:w="90" w:type="dxa"/>
              <w:left w:w="110" w:type="dxa"/>
              <w:bottom w:w="90" w:type="dxa"/>
              <w:right w:w="110" w:type="dxa"/>
            </w:tcMar>
            <w:vAlign w:val="center"/>
          </w:tcPr>
          <w:p w14:paraId="6F775CDD" w14:textId="77777777" w:rsidR="00B04DB1" w:rsidRPr="00AF6819" w:rsidRDefault="00B04DB1" w:rsidP="00FA5778">
            <w:pPr>
              <w:spacing w:line="240" w:lineRule="auto"/>
              <w:rPr>
                <w:rFonts w:ascii="Arial" w:hAnsi="Arial" w:cs="Arial"/>
              </w:rPr>
            </w:pPr>
            <w:r w:rsidRPr="00AF6819">
              <w:rPr>
                <w:rFonts w:ascii="Arial" w:hAnsi="Arial" w:cs="Arial"/>
              </w:rPr>
              <w:t>Years 6 to 20 capped CPI rule</w:t>
            </w:r>
          </w:p>
        </w:tc>
        <w:tc>
          <w:tcPr>
            <w:tcW w:w="5260" w:type="dxa"/>
            <w:tcMar>
              <w:top w:w="90" w:type="dxa"/>
              <w:left w:w="110" w:type="dxa"/>
              <w:bottom w:w="90" w:type="dxa"/>
              <w:right w:w="110" w:type="dxa"/>
            </w:tcMar>
            <w:vAlign w:val="center"/>
          </w:tcPr>
          <w:p w14:paraId="513275CE" w14:textId="77777777" w:rsidR="00B04DB1" w:rsidRPr="00AF6819" w:rsidRDefault="00B04DB1" w:rsidP="00FA5778">
            <w:pPr>
              <w:spacing w:line="240" w:lineRule="auto"/>
              <w:rPr>
                <w:rFonts w:ascii="Arial" w:hAnsi="Arial" w:cs="Arial"/>
              </w:rPr>
            </w:pPr>
          </w:p>
        </w:tc>
      </w:tr>
      <w:tr w:rsidR="00B04DB1" w:rsidRPr="00AF6819" w14:paraId="6453C81B" w14:textId="77777777" w:rsidTr="00FA5778">
        <w:trPr>
          <w:jc w:val="center"/>
        </w:trPr>
        <w:tc>
          <w:tcPr>
            <w:tcW w:w="4100" w:type="dxa"/>
            <w:shd w:val="clear" w:color="auto" w:fill="F8F9FB"/>
            <w:tcMar>
              <w:top w:w="90" w:type="dxa"/>
              <w:left w:w="110" w:type="dxa"/>
              <w:bottom w:w="90" w:type="dxa"/>
              <w:right w:w="110" w:type="dxa"/>
            </w:tcMar>
            <w:vAlign w:val="center"/>
          </w:tcPr>
          <w:p w14:paraId="471D4811" w14:textId="77777777" w:rsidR="00B04DB1" w:rsidRPr="00AF6819" w:rsidRDefault="00B04DB1" w:rsidP="00FA5778">
            <w:pPr>
              <w:spacing w:line="240" w:lineRule="auto"/>
              <w:rPr>
                <w:rFonts w:ascii="Arial" w:hAnsi="Arial" w:cs="Arial"/>
              </w:rPr>
            </w:pPr>
            <w:r w:rsidRPr="00AF6819">
              <w:rPr>
                <w:rFonts w:ascii="Arial" w:hAnsi="Arial" w:cs="Arial"/>
              </w:rPr>
              <w:t>Annual reporting</w:t>
            </w:r>
          </w:p>
        </w:tc>
        <w:tc>
          <w:tcPr>
            <w:tcW w:w="5260" w:type="dxa"/>
            <w:shd w:val="clear" w:color="auto" w:fill="F8F9FB"/>
            <w:tcMar>
              <w:top w:w="90" w:type="dxa"/>
              <w:left w:w="110" w:type="dxa"/>
              <w:bottom w:w="90" w:type="dxa"/>
              <w:right w:w="110" w:type="dxa"/>
            </w:tcMar>
            <w:vAlign w:val="center"/>
          </w:tcPr>
          <w:p w14:paraId="496289F8" w14:textId="77777777" w:rsidR="00B04DB1" w:rsidRPr="00AF6819" w:rsidRDefault="00B04DB1" w:rsidP="00FA5778">
            <w:pPr>
              <w:spacing w:line="240" w:lineRule="auto"/>
              <w:rPr>
                <w:rFonts w:ascii="Arial" w:hAnsi="Arial" w:cs="Arial"/>
              </w:rPr>
            </w:pPr>
          </w:p>
        </w:tc>
      </w:tr>
      <w:tr w:rsidR="00B04DB1" w:rsidRPr="00AF6819" w14:paraId="6D806E2F" w14:textId="77777777" w:rsidTr="00FA5778">
        <w:trPr>
          <w:jc w:val="center"/>
        </w:trPr>
        <w:tc>
          <w:tcPr>
            <w:tcW w:w="4100" w:type="dxa"/>
            <w:tcMar>
              <w:top w:w="90" w:type="dxa"/>
              <w:left w:w="110" w:type="dxa"/>
              <w:bottom w:w="90" w:type="dxa"/>
              <w:right w:w="110" w:type="dxa"/>
            </w:tcMar>
            <w:vAlign w:val="center"/>
          </w:tcPr>
          <w:p w14:paraId="7D30ABEA" w14:textId="77777777" w:rsidR="00B04DB1" w:rsidRPr="00AF6819" w:rsidRDefault="00B04DB1" w:rsidP="00FA5778">
            <w:pPr>
              <w:spacing w:line="240" w:lineRule="auto"/>
              <w:rPr>
                <w:rFonts w:ascii="Arial" w:hAnsi="Arial" w:cs="Arial"/>
              </w:rPr>
            </w:pPr>
            <w:r>
              <w:rPr>
                <w:rFonts w:ascii="Arial" w:hAnsi="Arial" w:cs="Arial"/>
              </w:rPr>
              <w:t>Site-specific COD start</w:t>
            </w:r>
          </w:p>
        </w:tc>
        <w:tc>
          <w:tcPr>
            <w:tcW w:w="5260" w:type="dxa"/>
            <w:tcMar>
              <w:top w:w="90" w:type="dxa"/>
              <w:left w:w="110" w:type="dxa"/>
              <w:bottom w:w="90" w:type="dxa"/>
              <w:right w:w="110" w:type="dxa"/>
            </w:tcMar>
            <w:vAlign w:val="center"/>
          </w:tcPr>
          <w:p w14:paraId="4F4036BA" w14:textId="77777777" w:rsidR="00B04DB1" w:rsidRPr="00AF6819" w:rsidRDefault="00B04DB1" w:rsidP="00FA5778">
            <w:pPr>
              <w:spacing w:line="240" w:lineRule="auto"/>
              <w:rPr>
                <w:rFonts w:ascii="Arial" w:hAnsi="Arial" w:cs="Arial"/>
              </w:rPr>
            </w:pPr>
          </w:p>
        </w:tc>
      </w:tr>
      <w:tr w:rsidR="00B04DB1" w:rsidRPr="00AF6819" w14:paraId="2028F61C" w14:textId="77777777" w:rsidTr="00FA5778">
        <w:trPr>
          <w:jc w:val="center"/>
        </w:trPr>
        <w:tc>
          <w:tcPr>
            <w:tcW w:w="4100" w:type="dxa"/>
            <w:shd w:val="clear" w:color="auto" w:fill="F8F9FB"/>
            <w:tcMar>
              <w:top w:w="90" w:type="dxa"/>
              <w:left w:w="110" w:type="dxa"/>
              <w:bottom w:w="90" w:type="dxa"/>
              <w:right w:w="110" w:type="dxa"/>
            </w:tcMar>
            <w:vAlign w:val="center"/>
          </w:tcPr>
          <w:p w14:paraId="73100180" w14:textId="77777777" w:rsidR="00B04DB1" w:rsidRPr="00AF6819" w:rsidRDefault="00B04DB1" w:rsidP="00FA5778">
            <w:pPr>
              <w:spacing w:line="240" w:lineRule="auto"/>
              <w:rPr>
                <w:rFonts w:ascii="Arial" w:hAnsi="Arial" w:cs="Arial"/>
              </w:rPr>
            </w:pPr>
            <w:r w:rsidRPr="00AF6819">
              <w:rPr>
                <w:rFonts w:ascii="Arial" w:hAnsi="Arial" w:cs="Arial"/>
              </w:rPr>
              <w:t>20</w:t>
            </w:r>
            <w:r w:rsidR="00004B80">
              <w:rPr>
                <w:rFonts w:ascii="Arial" w:hAnsi="Arial" w:cs="Arial"/>
              </w:rPr>
              <w:t>-</w:t>
            </w:r>
            <w:r w:rsidRPr="00AF6819">
              <w:rPr>
                <w:rFonts w:ascii="Arial" w:hAnsi="Arial" w:cs="Arial"/>
              </w:rPr>
              <w:t>year term</w:t>
            </w:r>
          </w:p>
        </w:tc>
        <w:tc>
          <w:tcPr>
            <w:tcW w:w="5260" w:type="dxa"/>
            <w:shd w:val="clear" w:color="auto" w:fill="F8F9FB"/>
            <w:tcMar>
              <w:top w:w="90" w:type="dxa"/>
              <w:left w:w="110" w:type="dxa"/>
              <w:bottom w:w="90" w:type="dxa"/>
              <w:right w:w="110" w:type="dxa"/>
            </w:tcMar>
            <w:vAlign w:val="center"/>
          </w:tcPr>
          <w:p w14:paraId="4816723A" w14:textId="77777777" w:rsidR="00B04DB1" w:rsidRPr="00AF6819" w:rsidRDefault="00B04DB1" w:rsidP="00FA5778">
            <w:pPr>
              <w:spacing w:line="240" w:lineRule="auto"/>
              <w:rPr>
                <w:rFonts w:ascii="Arial" w:hAnsi="Arial" w:cs="Arial"/>
              </w:rPr>
            </w:pPr>
          </w:p>
        </w:tc>
      </w:tr>
      <w:tr w:rsidR="00B04DB1" w:rsidRPr="00AF6819" w14:paraId="73200F64" w14:textId="77777777" w:rsidTr="00FA5778">
        <w:trPr>
          <w:jc w:val="center"/>
        </w:trPr>
        <w:tc>
          <w:tcPr>
            <w:tcW w:w="4100" w:type="dxa"/>
            <w:tcMar>
              <w:top w:w="90" w:type="dxa"/>
              <w:left w:w="110" w:type="dxa"/>
              <w:bottom w:w="90" w:type="dxa"/>
              <w:right w:w="110" w:type="dxa"/>
            </w:tcMar>
            <w:vAlign w:val="center"/>
          </w:tcPr>
          <w:p w14:paraId="5E765E3F" w14:textId="77777777" w:rsidR="00B04DB1" w:rsidRPr="00AF6819" w:rsidRDefault="00B04DB1" w:rsidP="00FA5778">
            <w:pPr>
              <w:spacing w:line="240" w:lineRule="auto"/>
              <w:rPr>
                <w:rFonts w:ascii="Arial" w:hAnsi="Arial" w:cs="Arial"/>
              </w:rPr>
            </w:pPr>
            <w:r w:rsidRPr="00AF6819">
              <w:rPr>
                <w:rFonts w:ascii="Arial" w:hAnsi="Arial" w:cs="Arial"/>
              </w:rPr>
              <w:t>Peak Event Capacity Payment Credit administration and payment</w:t>
            </w:r>
          </w:p>
        </w:tc>
        <w:tc>
          <w:tcPr>
            <w:tcW w:w="5260" w:type="dxa"/>
            <w:tcMar>
              <w:top w:w="90" w:type="dxa"/>
              <w:left w:w="110" w:type="dxa"/>
              <w:bottom w:w="90" w:type="dxa"/>
              <w:right w:w="110" w:type="dxa"/>
            </w:tcMar>
            <w:vAlign w:val="center"/>
          </w:tcPr>
          <w:p w14:paraId="7E0A7B10" w14:textId="77777777" w:rsidR="00B04DB1" w:rsidRPr="00AF6819" w:rsidRDefault="00B04DB1" w:rsidP="00FA5778">
            <w:pPr>
              <w:spacing w:line="240" w:lineRule="auto"/>
              <w:rPr>
                <w:rFonts w:ascii="Arial" w:hAnsi="Arial" w:cs="Arial"/>
              </w:rPr>
            </w:pPr>
          </w:p>
        </w:tc>
      </w:tr>
      <w:tr w:rsidR="00B04DB1" w:rsidRPr="00AF6819" w14:paraId="312C2558" w14:textId="77777777" w:rsidTr="00FA5778">
        <w:trPr>
          <w:jc w:val="center"/>
        </w:trPr>
        <w:tc>
          <w:tcPr>
            <w:tcW w:w="4100" w:type="dxa"/>
            <w:shd w:val="clear" w:color="auto" w:fill="F8F9FB"/>
            <w:tcMar>
              <w:top w:w="90" w:type="dxa"/>
              <w:left w:w="110" w:type="dxa"/>
              <w:bottom w:w="90" w:type="dxa"/>
              <w:right w:w="110" w:type="dxa"/>
            </w:tcMar>
            <w:vAlign w:val="center"/>
          </w:tcPr>
          <w:p w14:paraId="2FFB75D3" w14:textId="77777777" w:rsidR="00B04DB1" w:rsidRPr="00AF6819" w:rsidRDefault="00B04DB1" w:rsidP="00FA5778">
            <w:pPr>
              <w:spacing w:line="240" w:lineRule="auto"/>
              <w:rPr>
                <w:rFonts w:ascii="Arial" w:hAnsi="Arial" w:cs="Arial"/>
              </w:rPr>
            </w:pPr>
            <w:r w:rsidRPr="00AF6819">
              <w:rPr>
                <w:rFonts w:ascii="Arial" w:hAnsi="Arial" w:cs="Arial"/>
              </w:rPr>
              <w:t>Termination and transition support</w:t>
            </w:r>
          </w:p>
        </w:tc>
        <w:tc>
          <w:tcPr>
            <w:tcW w:w="5260" w:type="dxa"/>
            <w:shd w:val="clear" w:color="auto" w:fill="F8F9FB"/>
            <w:tcMar>
              <w:top w:w="90" w:type="dxa"/>
              <w:left w:w="110" w:type="dxa"/>
              <w:bottom w:w="90" w:type="dxa"/>
              <w:right w:w="110" w:type="dxa"/>
            </w:tcMar>
            <w:vAlign w:val="center"/>
          </w:tcPr>
          <w:p w14:paraId="5CE3FB4A" w14:textId="77777777" w:rsidR="00B04DB1" w:rsidRPr="00AF6819" w:rsidRDefault="00B04DB1" w:rsidP="00FA5778">
            <w:pPr>
              <w:spacing w:line="240" w:lineRule="auto"/>
              <w:rPr>
                <w:rFonts w:ascii="Arial" w:hAnsi="Arial" w:cs="Arial"/>
              </w:rPr>
            </w:pPr>
          </w:p>
        </w:tc>
      </w:tr>
      <w:tr w:rsidR="00B04DB1" w:rsidRPr="00AF6819" w14:paraId="0DA8E16D" w14:textId="77777777" w:rsidTr="00FA5778">
        <w:trPr>
          <w:jc w:val="center"/>
        </w:trPr>
        <w:tc>
          <w:tcPr>
            <w:tcW w:w="4100" w:type="dxa"/>
            <w:tcMar>
              <w:top w:w="90" w:type="dxa"/>
              <w:left w:w="110" w:type="dxa"/>
              <w:bottom w:w="90" w:type="dxa"/>
              <w:right w:w="110" w:type="dxa"/>
            </w:tcMar>
            <w:vAlign w:val="center"/>
          </w:tcPr>
          <w:p w14:paraId="05A1642F" w14:textId="77777777" w:rsidR="00B04DB1" w:rsidRPr="00AF6819" w:rsidRDefault="00B04DB1" w:rsidP="00FA5778">
            <w:pPr>
              <w:spacing w:line="240" w:lineRule="auto"/>
              <w:rPr>
                <w:rFonts w:ascii="Arial" w:hAnsi="Arial" w:cs="Arial"/>
              </w:rPr>
            </w:pPr>
            <w:r w:rsidRPr="00AF6819">
              <w:rPr>
                <w:rFonts w:ascii="Arial" w:hAnsi="Arial" w:cs="Arial"/>
              </w:rPr>
              <w:t>97 percent annual availability formula</w:t>
            </w:r>
          </w:p>
        </w:tc>
        <w:tc>
          <w:tcPr>
            <w:tcW w:w="5260" w:type="dxa"/>
            <w:tcMar>
              <w:top w:w="90" w:type="dxa"/>
              <w:left w:w="110" w:type="dxa"/>
              <w:bottom w:w="90" w:type="dxa"/>
              <w:right w:w="110" w:type="dxa"/>
            </w:tcMar>
            <w:vAlign w:val="center"/>
          </w:tcPr>
          <w:p w14:paraId="1B8D0FEE" w14:textId="77777777" w:rsidR="00B04DB1" w:rsidRPr="00AF6819" w:rsidRDefault="00B04DB1" w:rsidP="00FA5778">
            <w:pPr>
              <w:spacing w:line="240" w:lineRule="auto"/>
              <w:rPr>
                <w:rFonts w:ascii="Arial" w:hAnsi="Arial" w:cs="Arial"/>
              </w:rPr>
            </w:pPr>
          </w:p>
        </w:tc>
      </w:tr>
      <w:tr w:rsidR="00B04DB1" w:rsidRPr="00AF6819" w14:paraId="4919BCE5" w14:textId="77777777" w:rsidTr="00FA5778">
        <w:trPr>
          <w:jc w:val="center"/>
        </w:trPr>
        <w:tc>
          <w:tcPr>
            <w:tcW w:w="4100" w:type="dxa"/>
            <w:tcMar>
              <w:top w:w="90" w:type="dxa"/>
              <w:left w:w="110" w:type="dxa"/>
              <w:bottom w:w="90" w:type="dxa"/>
              <w:right w:w="110" w:type="dxa"/>
            </w:tcMar>
            <w:vAlign w:val="center"/>
          </w:tcPr>
          <w:p w14:paraId="22DCBC69" w14:textId="77777777" w:rsidR="00B04DB1" w:rsidRPr="00AF6819" w:rsidRDefault="00B04DB1" w:rsidP="00FA5778">
            <w:pPr>
              <w:spacing w:line="240" w:lineRule="auto"/>
              <w:rPr>
                <w:rFonts w:ascii="Arial" w:hAnsi="Arial" w:cs="Arial"/>
              </w:rPr>
            </w:pPr>
            <w:r w:rsidRPr="00AF6819">
              <w:rPr>
                <w:rFonts w:ascii="Arial" w:hAnsi="Arial" w:cs="Arial"/>
              </w:rPr>
              <w:t>Proportional treatment of partial derates</w:t>
            </w:r>
          </w:p>
        </w:tc>
        <w:tc>
          <w:tcPr>
            <w:tcW w:w="5260" w:type="dxa"/>
            <w:tcMar>
              <w:top w:w="90" w:type="dxa"/>
              <w:left w:w="110" w:type="dxa"/>
              <w:bottom w:w="90" w:type="dxa"/>
              <w:right w:w="110" w:type="dxa"/>
            </w:tcMar>
            <w:vAlign w:val="center"/>
          </w:tcPr>
          <w:p w14:paraId="0934C943" w14:textId="77777777" w:rsidR="00B04DB1" w:rsidRPr="00AF6819" w:rsidRDefault="00B04DB1" w:rsidP="00FA5778">
            <w:pPr>
              <w:spacing w:line="240" w:lineRule="auto"/>
              <w:rPr>
                <w:rFonts w:ascii="Arial" w:hAnsi="Arial" w:cs="Arial"/>
              </w:rPr>
            </w:pPr>
          </w:p>
        </w:tc>
      </w:tr>
      <w:tr w:rsidR="00B04DB1" w:rsidRPr="00AF6819" w14:paraId="3D9791D0" w14:textId="77777777" w:rsidTr="00FA5778">
        <w:trPr>
          <w:jc w:val="center"/>
        </w:trPr>
        <w:tc>
          <w:tcPr>
            <w:tcW w:w="4100" w:type="dxa"/>
            <w:tcMar>
              <w:top w:w="90" w:type="dxa"/>
              <w:left w:w="110" w:type="dxa"/>
              <w:bottom w:w="90" w:type="dxa"/>
              <w:right w:w="110" w:type="dxa"/>
            </w:tcMar>
            <w:vAlign w:val="center"/>
          </w:tcPr>
          <w:p w14:paraId="7B7087D0" w14:textId="77777777" w:rsidR="00B04DB1" w:rsidRPr="00AF6819" w:rsidRDefault="00B04DB1" w:rsidP="00FA5778">
            <w:pPr>
              <w:spacing w:line="240" w:lineRule="auto"/>
              <w:rPr>
                <w:rFonts w:ascii="Arial" w:hAnsi="Arial" w:cs="Arial"/>
              </w:rPr>
            </w:pPr>
            <w:r w:rsidRPr="00AF6819">
              <w:rPr>
                <w:rFonts w:ascii="Arial" w:hAnsi="Arial" w:cs="Arial"/>
              </w:rPr>
              <w:t>Planned maintenance outside peak windows and capped at 120 hours per site per year</w:t>
            </w:r>
          </w:p>
        </w:tc>
        <w:tc>
          <w:tcPr>
            <w:tcW w:w="5260" w:type="dxa"/>
            <w:tcMar>
              <w:top w:w="90" w:type="dxa"/>
              <w:left w:w="110" w:type="dxa"/>
              <w:bottom w:w="90" w:type="dxa"/>
              <w:right w:w="110" w:type="dxa"/>
            </w:tcMar>
            <w:vAlign w:val="center"/>
          </w:tcPr>
          <w:p w14:paraId="2717229C" w14:textId="77777777" w:rsidR="00B04DB1" w:rsidRPr="00AF6819" w:rsidRDefault="00B04DB1" w:rsidP="00FA5778">
            <w:pPr>
              <w:spacing w:line="240" w:lineRule="auto"/>
              <w:rPr>
                <w:rFonts w:ascii="Arial" w:hAnsi="Arial" w:cs="Arial"/>
              </w:rPr>
            </w:pPr>
          </w:p>
        </w:tc>
      </w:tr>
    </w:tbl>
    <w:p w14:paraId="7AC1BBEA" w14:textId="77777777" w:rsidR="00B04DB1" w:rsidRDefault="00B04DB1" w:rsidP="00B04DB1">
      <w:pPr>
        <w:spacing w:after="0"/>
      </w:pPr>
    </w:p>
    <w:p w14:paraId="7552FAAA"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F.5 Peak Event Capacity Payment Credit</w:t>
      </w:r>
    </w:p>
    <w:tbl>
      <w:tblPr>
        <w:tblStyle w:val="TableGrid"/>
        <w:tblW w:w="9360" w:type="dxa"/>
        <w:jc w:val="center"/>
        <w:tblLayout w:type="fixed"/>
        <w:tblLook w:val="04A0" w:firstRow="1" w:lastRow="0" w:firstColumn="1" w:lastColumn="0" w:noHBand="0" w:noVBand="1"/>
      </w:tblPr>
      <w:tblGrid>
        <w:gridCol w:w="3800"/>
        <w:gridCol w:w="1800"/>
        <w:gridCol w:w="1700"/>
        <w:gridCol w:w="2060"/>
      </w:tblGrid>
      <w:tr w:rsidR="00B04DB1" w:rsidRPr="00AF6819" w14:paraId="666C9F7D" w14:textId="77777777" w:rsidTr="00FA5778">
        <w:trPr>
          <w:tblHeader/>
          <w:jc w:val="center"/>
        </w:trPr>
        <w:tc>
          <w:tcPr>
            <w:tcW w:w="3800" w:type="dxa"/>
            <w:shd w:val="clear" w:color="auto" w:fill="2D2D84"/>
            <w:tcMar>
              <w:top w:w="90" w:type="dxa"/>
              <w:left w:w="110" w:type="dxa"/>
              <w:bottom w:w="90" w:type="dxa"/>
              <w:right w:w="110" w:type="dxa"/>
            </w:tcMar>
            <w:vAlign w:val="center"/>
          </w:tcPr>
          <w:p w14:paraId="0B6732F0"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Requirement</w:t>
            </w:r>
          </w:p>
        </w:tc>
        <w:tc>
          <w:tcPr>
            <w:tcW w:w="1800" w:type="dxa"/>
            <w:shd w:val="clear" w:color="auto" w:fill="2D2D84"/>
            <w:tcMar>
              <w:top w:w="90" w:type="dxa"/>
              <w:left w:w="110" w:type="dxa"/>
              <w:bottom w:w="90" w:type="dxa"/>
              <w:right w:w="110" w:type="dxa"/>
            </w:tcMar>
            <w:vAlign w:val="center"/>
          </w:tcPr>
          <w:p w14:paraId="1119D950"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Bidder response</w:t>
            </w:r>
          </w:p>
        </w:tc>
        <w:tc>
          <w:tcPr>
            <w:tcW w:w="1700" w:type="dxa"/>
            <w:shd w:val="clear" w:color="auto" w:fill="2D2D84"/>
            <w:tcMar>
              <w:top w:w="90" w:type="dxa"/>
              <w:left w:w="110" w:type="dxa"/>
              <w:bottom w:w="90" w:type="dxa"/>
              <w:right w:w="110" w:type="dxa"/>
            </w:tcMar>
            <w:vAlign w:val="center"/>
          </w:tcPr>
          <w:p w14:paraId="27B2876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Draft LTSA section</w:t>
            </w:r>
          </w:p>
        </w:tc>
        <w:tc>
          <w:tcPr>
            <w:tcW w:w="2060" w:type="dxa"/>
            <w:shd w:val="clear" w:color="auto" w:fill="2D2D84"/>
            <w:tcMar>
              <w:top w:w="90" w:type="dxa"/>
              <w:left w:w="110" w:type="dxa"/>
              <w:bottom w:w="90" w:type="dxa"/>
              <w:right w:w="110" w:type="dxa"/>
            </w:tcMar>
            <w:vAlign w:val="center"/>
          </w:tcPr>
          <w:p w14:paraId="0701AD93"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Exception / price effect</w:t>
            </w:r>
          </w:p>
        </w:tc>
      </w:tr>
      <w:tr w:rsidR="00B04DB1" w:rsidRPr="00AF6819" w14:paraId="66529ACD" w14:textId="77777777" w:rsidTr="00FA5778">
        <w:trPr>
          <w:jc w:val="center"/>
        </w:trPr>
        <w:tc>
          <w:tcPr>
            <w:tcW w:w="3800" w:type="dxa"/>
            <w:tcMar>
              <w:top w:w="90" w:type="dxa"/>
              <w:left w:w="110" w:type="dxa"/>
              <w:bottom w:w="90" w:type="dxa"/>
              <w:right w:w="110" w:type="dxa"/>
            </w:tcMar>
            <w:vAlign w:val="center"/>
          </w:tcPr>
          <w:p w14:paraId="702F7C5D" w14:textId="77777777" w:rsidR="00B04DB1" w:rsidRPr="00AF6819" w:rsidRDefault="00B04DB1" w:rsidP="00FA5778">
            <w:pPr>
              <w:spacing w:line="240" w:lineRule="auto"/>
              <w:rPr>
                <w:rFonts w:ascii="Arial" w:hAnsi="Arial" w:cs="Arial"/>
              </w:rPr>
            </w:pPr>
            <w:r w:rsidRPr="00AF6819">
              <w:rPr>
                <w:rFonts w:ascii="Arial" w:hAnsi="Arial" w:cs="Arial"/>
              </w:rPr>
              <w:t>Full failure credit equals 100 percent of affected site monthly capacity payment</w:t>
            </w:r>
          </w:p>
        </w:tc>
        <w:tc>
          <w:tcPr>
            <w:tcW w:w="1800" w:type="dxa"/>
            <w:tcMar>
              <w:top w:w="90" w:type="dxa"/>
              <w:left w:w="110" w:type="dxa"/>
              <w:bottom w:w="90" w:type="dxa"/>
              <w:right w:w="110" w:type="dxa"/>
            </w:tcMar>
            <w:vAlign w:val="center"/>
          </w:tcPr>
          <w:p w14:paraId="68C2E296" w14:textId="77777777" w:rsidR="00B04DB1" w:rsidRPr="00AF6819" w:rsidRDefault="00B04DB1" w:rsidP="00FA5778">
            <w:pPr>
              <w:spacing w:line="240" w:lineRule="auto"/>
              <w:rPr>
                <w:rFonts w:ascii="Arial" w:hAnsi="Arial" w:cs="Arial"/>
              </w:rPr>
            </w:pPr>
          </w:p>
        </w:tc>
        <w:tc>
          <w:tcPr>
            <w:tcW w:w="1700" w:type="dxa"/>
            <w:tcMar>
              <w:top w:w="90" w:type="dxa"/>
              <w:left w:w="110" w:type="dxa"/>
              <w:bottom w:w="90" w:type="dxa"/>
              <w:right w:w="110" w:type="dxa"/>
            </w:tcMar>
            <w:vAlign w:val="center"/>
          </w:tcPr>
          <w:p w14:paraId="177B766D" w14:textId="77777777" w:rsidR="00B04DB1" w:rsidRPr="00AF6819" w:rsidRDefault="00B04DB1" w:rsidP="00FA5778">
            <w:pPr>
              <w:spacing w:line="240" w:lineRule="auto"/>
              <w:rPr>
                <w:rFonts w:ascii="Arial" w:hAnsi="Arial" w:cs="Arial"/>
              </w:rPr>
            </w:pPr>
          </w:p>
        </w:tc>
        <w:tc>
          <w:tcPr>
            <w:tcW w:w="2060" w:type="dxa"/>
            <w:tcMar>
              <w:top w:w="90" w:type="dxa"/>
              <w:left w:w="110" w:type="dxa"/>
              <w:bottom w:w="90" w:type="dxa"/>
              <w:right w:w="110" w:type="dxa"/>
            </w:tcMar>
            <w:vAlign w:val="center"/>
          </w:tcPr>
          <w:p w14:paraId="767AF695" w14:textId="77777777" w:rsidR="00B04DB1" w:rsidRPr="00AF6819" w:rsidRDefault="00B04DB1" w:rsidP="00FA5778">
            <w:pPr>
              <w:spacing w:line="240" w:lineRule="auto"/>
              <w:rPr>
                <w:rFonts w:ascii="Arial" w:hAnsi="Arial" w:cs="Arial"/>
              </w:rPr>
            </w:pPr>
          </w:p>
        </w:tc>
      </w:tr>
      <w:tr w:rsidR="00B04DB1" w:rsidRPr="00AF6819" w14:paraId="56DA4071" w14:textId="77777777" w:rsidTr="00FA5778">
        <w:trPr>
          <w:jc w:val="center"/>
        </w:trPr>
        <w:tc>
          <w:tcPr>
            <w:tcW w:w="3800" w:type="dxa"/>
            <w:shd w:val="clear" w:color="auto" w:fill="F8F9FB"/>
            <w:tcMar>
              <w:top w:w="90" w:type="dxa"/>
              <w:left w:w="110" w:type="dxa"/>
              <w:bottom w:w="90" w:type="dxa"/>
              <w:right w:w="110" w:type="dxa"/>
            </w:tcMar>
            <w:vAlign w:val="center"/>
          </w:tcPr>
          <w:p w14:paraId="0A09A13D" w14:textId="77777777" w:rsidR="00B04DB1" w:rsidRPr="00AF6819" w:rsidRDefault="00B04DB1" w:rsidP="00FA5778">
            <w:pPr>
              <w:spacing w:line="240" w:lineRule="auto"/>
              <w:rPr>
                <w:rFonts w:ascii="Arial" w:hAnsi="Arial" w:cs="Arial"/>
              </w:rPr>
            </w:pPr>
            <w:r w:rsidRPr="00AF6819">
              <w:rPr>
                <w:rFonts w:ascii="Arial" w:hAnsi="Arial" w:cs="Arial"/>
              </w:rPr>
              <w:t>Partial credit uses greater of power or energy shortfall percentage</w:t>
            </w:r>
          </w:p>
        </w:tc>
        <w:tc>
          <w:tcPr>
            <w:tcW w:w="1800" w:type="dxa"/>
            <w:shd w:val="clear" w:color="auto" w:fill="F8F9FB"/>
            <w:tcMar>
              <w:top w:w="90" w:type="dxa"/>
              <w:left w:w="110" w:type="dxa"/>
              <w:bottom w:w="90" w:type="dxa"/>
              <w:right w:w="110" w:type="dxa"/>
            </w:tcMar>
            <w:vAlign w:val="center"/>
          </w:tcPr>
          <w:p w14:paraId="2E7B50D1" w14:textId="77777777" w:rsidR="00B04DB1" w:rsidRPr="00AF6819" w:rsidRDefault="00B04DB1" w:rsidP="00FA5778">
            <w:pPr>
              <w:spacing w:line="240" w:lineRule="auto"/>
              <w:rPr>
                <w:rFonts w:ascii="Arial" w:hAnsi="Arial" w:cs="Arial"/>
              </w:rPr>
            </w:pPr>
          </w:p>
        </w:tc>
        <w:tc>
          <w:tcPr>
            <w:tcW w:w="1700" w:type="dxa"/>
            <w:shd w:val="clear" w:color="auto" w:fill="F8F9FB"/>
            <w:tcMar>
              <w:top w:w="90" w:type="dxa"/>
              <w:left w:w="110" w:type="dxa"/>
              <w:bottom w:w="90" w:type="dxa"/>
              <w:right w:w="110" w:type="dxa"/>
            </w:tcMar>
            <w:vAlign w:val="center"/>
          </w:tcPr>
          <w:p w14:paraId="4BD8297B" w14:textId="77777777" w:rsidR="00B04DB1" w:rsidRPr="00AF6819" w:rsidRDefault="00B04DB1" w:rsidP="00FA5778">
            <w:pPr>
              <w:spacing w:line="240" w:lineRule="auto"/>
              <w:rPr>
                <w:rFonts w:ascii="Arial" w:hAnsi="Arial" w:cs="Arial"/>
              </w:rPr>
            </w:pPr>
          </w:p>
        </w:tc>
        <w:tc>
          <w:tcPr>
            <w:tcW w:w="2060" w:type="dxa"/>
            <w:shd w:val="clear" w:color="auto" w:fill="F8F9FB"/>
            <w:tcMar>
              <w:top w:w="90" w:type="dxa"/>
              <w:left w:w="110" w:type="dxa"/>
              <w:bottom w:w="90" w:type="dxa"/>
              <w:right w:w="110" w:type="dxa"/>
            </w:tcMar>
            <w:vAlign w:val="center"/>
          </w:tcPr>
          <w:p w14:paraId="3EBC3F6E" w14:textId="77777777" w:rsidR="00B04DB1" w:rsidRPr="00AF6819" w:rsidRDefault="00B04DB1" w:rsidP="00FA5778">
            <w:pPr>
              <w:spacing w:line="240" w:lineRule="auto"/>
              <w:rPr>
                <w:rFonts w:ascii="Arial" w:hAnsi="Arial" w:cs="Arial"/>
              </w:rPr>
            </w:pPr>
          </w:p>
        </w:tc>
      </w:tr>
      <w:tr w:rsidR="00B04DB1" w:rsidRPr="00AF6819" w14:paraId="08337EFE" w14:textId="77777777" w:rsidTr="00FA5778">
        <w:trPr>
          <w:jc w:val="center"/>
        </w:trPr>
        <w:tc>
          <w:tcPr>
            <w:tcW w:w="3800" w:type="dxa"/>
            <w:tcMar>
              <w:top w:w="90" w:type="dxa"/>
              <w:left w:w="110" w:type="dxa"/>
              <w:bottom w:w="90" w:type="dxa"/>
              <w:right w:w="110" w:type="dxa"/>
            </w:tcMar>
            <w:vAlign w:val="center"/>
          </w:tcPr>
          <w:p w14:paraId="0DE714F5" w14:textId="77777777" w:rsidR="00B04DB1" w:rsidRPr="00AF6819" w:rsidRDefault="00B04DB1" w:rsidP="00FA5778">
            <w:pPr>
              <w:spacing w:line="240" w:lineRule="auto"/>
              <w:rPr>
                <w:rFonts w:ascii="Arial" w:hAnsi="Arial" w:cs="Arial"/>
              </w:rPr>
            </w:pPr>
            <w:r w:rsidRPr="00AF6819">
              <w:rPr>
                <w:rFonts w:ascii="Arial" w:hAnsi="Arial" w:cs="Arial"/>
              </w:rPr>
              <w:lastRenderedPageBreak/>
              <w:t>Meter, dispatch log, and BESS telemetry verification</w:t>
            </w:r>
          </w:p>
        </w:tc>
        <w:tc>
          <w:tcPr>
            <w:tcW w:w="1800" w:type="dxa"/>
            <w:tcMar>
              <w:top w:w="90" w:type="dxa"/>
              <w:left w:w="110" w:type="dxa"/>
              <w:bottom w:w="90" w:type="dxa"/>
              <w:right w:w="110" w:type="dxa"/>
            </w:tcMar>
            <w:vAlign w:val="center"/>
          </w:tcPr>
          <w:p w14:paraId="751BAFAD" w14:textId="77777777" w:rsidR="00B04DB1" w:rsidRPr="00AF6819" w:rsidRDefault="00B04DB1" w:rsidP="00FA5778">
            <w:pPr>
              <w:spacing w:line="240" w:lineRule="auto"/>
              <w:rPr>
                <w:rFonts w:ascii="Arial" w:hAnsi="Arial" w:cs="Arial"/>
              </w:rPr>
            </w:pPr>
          </w:p>
        </w:tc>
        <w:tc>
          <w:tcPr>
            <w:tcW w:w="1700" w:type="dxa"/>
            <w:tcMar>
              <w:top w:w="90" w:type="dxa"/>
              <w:left w:w="110" w:type="dxa"/>
              <w:bottom w:w="90" w:type="dxa"/>
              <w:right w:w="110" w:type="dxa"/>
            </w:tcMar>
            <w:vAlign w:val="center"/>
          </w:tcPr>
          <w:p w14:paraId="422F7449" w14:textId="77777777" w:rsidR="00B04DB1" w:rsidRPr="00AF6819" w:rsidRDefault="00B04DB1" w:rsidP="00FA5778">
            <w:pPr>
              <w:spacing w:line="240" w:lineRule="auto"/>
              <w:rPr>
                <w:rFonts w:ascii="Arial" w:hAnsi="Arial" w:cs="Arial"/>
              </w:rPr>
            </w:pPr>
          </w:p>
        </w:tc>
        <w:tc>
          <w:tcPr>
            <w:tcW w:w="2060" w:type="dxa"/>
            <w:tcMar>
              <w:top w:w="90" w:type="dxa"/>
              <w:left w:w="110" w:type="dxa"/>
              <w:bottom w:w="90" w:type="dxa"/>
              <w:right w:w="110" w:type="dxa"/>
            </w:tcMar>
            <w:vAlign w:val="center"/>
          </w:tcPr>
          <w:p w14:paraId="318CF8DA" w14:textId="77777777" w:rsidR="00B04DB1" w:rsidRPr="00AF6819" w:rsidRDefault="00B04DB1" w:rsidP="00FA5778">
            <w:pPr>
              <w:spacing w:line="240" w:lineRule="auto"/>
              <w:rPr>
                <w:rFonts w:ascii="Arial" w:hAnsi="Arial" w:cs="Arial"/>
              </w:rPr>
            </w:pPr>
          </w:p>
        </w:tc>
      </w:tr>
      <w:tr w:rsidR="00B04DB1" w:rsidRPr="00AF6819" w14:paraId="796904B9" w14:textId="77777777" w:rsidTr="00FA5778">
        <w:trPr>
          <w:jc w:val="center"/>
        </w:trPr>
        <w:tc>
          <w:tcPr>
            <w:tcW w:w="3800" w:type="dxa"/>
            <w:shd w:val="clear" w:color="auto" w:fill="F8F9FB"/>
            <w:tcMar>
              <w:top w:w="90" w:type="dxa"/>
              <w:left w:w="110" w:type="dxa"/>
              <w:bottom w:w="90" w:type="dxa"/>
              <w:right w:w="110" w:type="dxa"/>
            </w:tcMar>
            <w:vAlign w:val="center"/>
          </w:tcPr>
          <w:p w14:paraId="3A9B87CD" w14:textId="77777777" w:rsidR="00B04DB1" w:rsidRPr="00AF6819" w:rsidRDefault="00B04DB1" w:rsidP="00FA5778">
            <w:pPr>
              <w:spacing w:line="240" w:lineRule="auto"/>
              <w:rPr>
                <w:rFonts w:ascii="Arial" w:hAnsi="Arial" w:cs="Arial"/>
              </w:rPr>
            </w:pPr>
            <w:r>
              <w:rPr>
                <w:rFonts w:ascii="Arial" w:hAnsi="Arial" w:cs="Arial"/>
              </w:rPr>
              <w:t>Selectee responsibility after award regardless of subcontractor cause</w:t>
            </w:r>
          </w:p>
        </w:tc>
        <w:tc>
          <w:tcPr>
            <w:tcW w:w="1800" w:type="dxa"/>
            <w:shd w:val="clear" w:color="auto" w:fill="F8F9FB"/>
            <w:tcMar>
              <w:top w:w="90" w:type="dxa"/>
              <w:left w:w="110" w:type="dxa"/>
              <w:bottom w:w="90" w:type="dxa"/>
              <w:right w:w="110" w:type="dxa"/>
            </w:tcMar>
            <w:vAlign w:val="center"/>
          </w:tcPr>
          <w:p w14:paraId="7BB59FC8" w14:textId="77777777" w:rsidR="00B04DB1" w:rsidRPr="00AF6819" w:rsidRDefault="00B04DB1" w:rsidP="00FA5778">
            <w:pPr>
              <w:spacing w:line="240" w:lineRule="auto"/>
              <w:rPr>
                <w:rFonts w:ascii="Arial" w:hAnsi="Arial" w:cs="Arial"/>
              </w:rPr>
            </w:pPr>
          </w:p>
        </w:tc>
        <w:tc>
          <w:tcPr>
            <w:tcW w:w="1700" w:type="dxa"/>
            <w:shd w:val="clear" w:color="auto" w:fill="F8F9FB"/>
            <w:tcMar>
              <w:top w:w="90" w:type="dxa"/>
              <w:left w:w="110" w:type="dxa"/>
              <w:bottom w:w="90" w:type="dxa"/>
              <w:right w:w="110" w:type="dxa"/>
            </w:tcMar>
            <w:vAlign w:val="center"/>
          </w:tcPr>
          <w:p w14:paraId="01BFB379" w14:textId="77777777" w:rsidR="00B04DB1" w:rsidRPr="00AF6819" w:rsidRDefault="00B04DB1" w:rsidP="00FA5778">
            <w:pPr>
              <w:spacing w:line="240" w:lineRule="auto"/>
              <w:rPr>
                <w:rFonts w:ascii="Arial" w:hAnsi="Arial" w:cs="Arial"/>
              </w:rPr>
            </w:pPr>
          </w:p>
        </w:tc>
        <w:tc>
          <w:tcPr>
            <w:tcW w:w="2060" w:type="dxa"/>
            <w:shd w:val="clear" w:color="auto" w:fill="F8F9FB"/>
            <w:tcMar>
              <w:top w:w="90" w:type="dxa"/>
              <w:left w:w="110" w:type="dxa"/>
              <w:bottom w:w="90" w:type="dxa"/>
              <w:right w:w="110" w:type="dxa"/>
            </w:tcMar>
            <w:vAlign w:val="center"/>
          </w:tcPr>
          <w:p w14:paraId="3254C728" w14:textId="77777777" w:rsidR="00B04DB1" w:rsidRPr="00AF6819" w:rsidRDefault="00B04DB1" w:rsidP="00FA5778">
            <w:pPr>
              <w:spacing w:line="240" w:lineRule="auto"/>
              <w:rPr>
                <w:rFonts w:ascii="Arial" w:hAnsi="Arial" w:cs="Arial"/>
              </w:rPr>
            </w:pPr>
          </w:p>
        </w:tc>
      </w:tr>
      <w:tr w:rsidR="00B04DB1" w:rsidRPr="00AF6819" w14:paraId="6ABED993" w14:textId="77777777" w:rsidTr="00FA5778">
        <w:trPr>
          <w:jc w:val="center"/>
        </w:trPr>
        <w:tc>
          <w:tcPr>
            <w:tcW w:w="3800" w:type="dxa"/>
            <w:tcMar>
              <w:top w:w="90" w:type="dxa"/>
              <w:left w:w="110" w:type="dxa"/>
              <w:bottom w:w="90" w:type="dxa"/>
              <w:right w:w="110" w:type="dxa"/>
            </w:tcMar>
            <w:vAlign w:val="center"/>
          </w:tcPr>
          <w:p w14:paraId="4CE73115" w14:textId="77777777" w:rsidR="00B04DB1" w:rsidRPr="00AF6819" w:rsidRDefault="00B04DB1" w:rsidP="00FA5778">
            <w:pPr>
              <w:spacing w:line="240" w:lineRule="auto"/>
              <w:rPr>
                <w:rFonts w:ascii="Arial" w:hAnsi="Arial" w:cs="Arial"/>
              </w:rPr>
            </w:pPr>
            <w:r w:rsidRPr="00AF6819">
              <w:rPr>
                <w:rFonts w:ascii="Arial" w:hAnsi="Arial" w:cs="Arial"/>
              </w:rPr>
              <w:t>Annual site cap equals 100 percent of annual capacity payments</w:t>
            </w:r>
          </w:p>
        </w:tc>
        <w:tc>
          <w:tcPr>
            <w:tcW w:w="1800" w:type="dxa"/>
            <w:tcMar>
              <w:top w:w="90" w:type="dxa"/>
              <w:left w:w="110" w:type="dxa"/>
              <w:bottom w:w="90" w:type="dxa"/>
              <w:right w:w="110" w:type="dxa"/>
            </w:tcMar>
            <w:vAlign w:val="center"/>
          </w:tcPr>
          <w:p w14:paraId="5C52C07A" w14:textId="77777777" w:rsidR="00B04DB1" w:rsidRPr="00AF6819" w:rsidRDefault="00B04DB1" w:rsidP="00FA5778">
            <w:pPr>
              <w:spacing w:line="240" w:lineRule="auto"/>
              <w:rPr>
                <w:rFonts w:ascii="Arial" w:hAnsi="Arial" w:cs="Arial"/>
              </w:rPr>
            </w:pPr>
          </w:p>
        </w:tc>
        <w:tc>
          <w:tcPr>
            <w:tcW w:w="1700" w:type="dxa"/>
            <w:tcMar>
              <w:top w:w="90" w:type="dxa"/>
              <w:left w:w="110" w:type="dxa"/>
              <w:bottom w:w="90" w:type="dxa"/>
              <w:right w:w="110" w:type="dxa"/>
            </w:tcMar>
            <w:vAlign w:val="center"/>
          </w:tcPr>
          <w:p w14:paraId="6DAEFDF5" w14:textId="77777777" w:rsidR="00B04DB1" w:rsidRPr="00AF6819" w:rsidRDefault="00B04DB1" w:rsidP="00FA5778">
            <w:pPr>
              <w:spacing w:line="240" w:lineRule="auto"/>
              <w:rPr>
                <w:rFonts w:ascii="Arial" w:hAnsi="Arial" w:cs="Arial"/>
              </w:rPr>
            </w:pPr>
          </w:p>
        </w:tc>
        <w:tc>
          <w:tcPr>
            <w:tcW w:w="2060" w:type="dxa"/>
            <w:tcMar>
              <w:top w:w="90" w:type="dxa"/>
              <w:left w:w="110" w:type="dxa"/>
              <w:bottom w:w="90" w:type="dxa"/>
              <w:right w:w="110" w:type="dxa"/>
            </w:tcMar>
            <w:vAlign w:val="center"/>
          </w:tcPr>
          <w:p w14:paraId="6D518096" w14:textId="77777777" w:rsidR="00B04DB1" w:rsidRPr="00AF6819" w:rsidRDefault="00B04DB1" w:rsidP="00FA5778">
            <w:pPr>
              <w:spacing w:line="240" w:lineRule="auto"/>
              <w:rPr>
                <w:rFonts w:ascii="Arial" w:hAnsi="Arial" w:cs="Arial"/>
              </w:rPr>
            </w:pPr>
          </w:p>
        </w:tc>
      </w:tr>
      <w:tr w:rsidR="00B04DB1" w:rsidRPr="00AF6819" w14:paraId="0D521685" w14:textId="77777777" w:rsidTr="00FA5778">
        <w:trPr>
          <w:jc w:val="center"/>
        </w:trPr>
        <w:tc>
          <w:tcPr>
            <w:tcW w:w="3800" w:type="dxa"/>
            <w:shd w:val="clear" w:color="auto" w:fill="F8F9FB"/>
            <w:tcMar>
              <w:top w:w="90" w:type="dxa"/>
              <w:left w:w="110" w:type="dxa"/>
              <w:bottom w:w="90" w:type="dxa"/>
              <w:right w:w="110" w:type="dxa"/>
            </w:tcMar>
            <w:vAlign w:val="center"/>
          </w:tcPr>
          <w:p w14:paraId="36ADC993" w14:textId="77777777" w:rsidR="00B04DB1" w:rsidRPr="00AF6819" w:rsidRDefault="00B04DB1" w:rsidP="00FA5778">
            <w:pPr>
              <w:spacing w:line="240" w:lineRule="auto"/>
              <w:rPr>
                <w:rFonts w:ascii="Arial" w:hAnsi="Arial" w:cs="Arial"/>
              </w:rPr>
            </w:pPr>
            <w:r w:rsidRPr="00AF6819">
              <w:rPr>
                <w:rFonts w:ascii="Arial" w:hAnsi="Arial" w:cs="Arial"/>
              </w:rPr>
              <w:t>No duplicate ordinary availability damages for the same event</w:t>
            </w:r>
          </w:p>
        </w:tc>
        <w:tc>
          <w:tcPr>
            <w:tcW w:w="1800" w:type="dxa"/>
            <w:shd w:val="clear" w:color="auto" w:fill="F8F9FB"/>
            <w:tcMar>
              <w:top w:w="90" w:type="dxa"/>
              <w:left w:w="110" w:type="dxa"/>
              <w:bottom w:w="90" w:type="dxa"/>
              <w:right w:w="110" w:type="dxa"/>
            </w:tcMar>
            <w:vAlign w:val="center"/>
          </w:tcPr>
          <w:p w14:paraId="441AD8D4" w14:textId="77777777" w:rsidR="00B04DB1" w:rsidRPr="00AF6819" w:rsidRDefault="00B04DB1" w:rsidP="00FA5778">
            <w:pPr>
              <w:spacing w:line="240" w:lineRule="auto"/>
              <w:rPr>
                <w:rFonts w:ascii="Arial" w:hAnsi="Arial" w:cs="Arial"/>
              </w:rPr>
            </w:pPr>
          </w:p>
        </w:tc>
        <w:tc>
          <w:tcPr>
            <w:tcW w:w="1700" w:type="dxa"/>
            <w:shd w:val="clear" w:color="auto" w:fill="F8F9FB"/>
            <w:tcMar>
              <w:top w:w="90" w:type="dxa"/>
              <w:left w:w="110" w:type="dxa"/>
              <w:bottom w:w="90" w:type="dxa"/>
              <w:right w:w="110" w:type="dxa"/>
            </w:tcMar>
            <w:vAlign w:val="center"/>
          </w:tcPr>
          <w:p w14:paraId="54FD2158" w14:textId="77777777" w:rsidR="00B04DB1" w:rsidRPr="00AF6819" w:rsidRDefault="00B04DB1" w:rsidP="00FA5778">
            <w:pPr>
              <w:spacing w:line="240" w:lineRule="auto"/>
              <w:rPr>
                <w:rFonts w:ascii="Arial" w:hAnsi="Arial" w:cs="Arial"/>
              </w:rPr>
            </w:pPr>
          </w:p>
        </w:tc>
        <w:tc>
          <w:tcPr>
            <w:tcW w:w="2060" w:type="dxa"/>
            <w:shd w:val="clear" w:color="auto" w:fill="F8F9FB"/>
            <w:tcMar>
              <w:top w:w="90" w:type="dxa"/>
              <w:left w:w="110" w:type="dxa"/>
              <w:bottom w:w="90" w:type="dxa"/>
              <w:right w:w="110" w:type="dxa"/>
            </w:tcMar>
            <w:vAlign w:val="center"/>
          </w:tcPr>
          <w:p w14:paraId="0DF50F21" w14:textId="77777777" w:rsidR="00B04DB1" w:rsidRPr="00AF6819" w:rsidRDefault="00B04DB1" w:rsidP="00FA5778">
            <w:pPr>
              <w:spacing w:line="240" w:lineRule="auto"/>
              <w:rPr>
                <w:rFonts w:ascii="Arial" w:hAnsi="Arial" w:cs="Arial"/>
              </w:rPr>
            </w:pPr>
          </w:p>
        </w:tc>
      </w:tr>
      <w:tr w:rsidR="00B04DB1" w:rsidRPr="00AF6819" w14:paraId="79D3339A" w14:textId="77777777" w:rsidTr="00FA5778">
        <w:trPr>
          <w:jc w:val="center"/>
        </w:trPr>
        <w:tc>
          <w:tcPr>
            <w:tcW w:w="3800" w:type="dxa"/>
            <w:tcMar>
              <w:top w:w="90" w:type="dxa"/>
              <w:left w:w="110" w:type="dxa"/>
              <w:bottom w:w="90" w:type="dxa"/>
              <w:right w:w="110" w:type="dxa"/>
            </w:tcMar>
            <w:vAlign w:val="center"/>
          </w:tcPr>
          <w:p w14:paraId="2136A244" w14:textId="77777777" w:rsidR="00B04DB1" w:rsidRPr="00AF6819" w:rsidRDefault="00B04DB1" w:rsidP="00FA5778">
            <w:pPr>
              <w:spacing w:line="240" w:lineRule="auto"/>
              <w:rPr>
                <w:rFonts w:ascii="Arial" w:hAnsi="Arial" w:cs="Arial"/>
              </w:rPr>
            </w:pPr>
            <w:r w:rsidRPr="00AF6819">
              <w:rPr>
                <w:rFonts w:ascii="Arial" w:hAnsi="Arial" w:cs="Arial"/>
              </w:rPr>
              <w:t>Two failures in rolling 24 months or three during warranty term is chronic failure</w:t>
            </w:r>
          </w:p>
        </w:tc>
        <w:tc>
          <w:tcPr>
            <w:tcW w:w="1800" w:type="dxa"/>
            <w:tcMar>
              <w:top w:w="90" w:type="dxa"/>
              <w:left w:w="110" w:type="dxa"/>
              <w:bottom w:w="90" w:type="dxa"/>
              <w:right w:w="110" w:type="dxa"/>
            </w:tcMar>
            <w:vAlign w:val="center"/>
          </w:tcPr>
          <w:p w14:paraId="47FBDC26" w14:textId="77777777" w:rsidR="00B04DB1" w:rsidRPr="00AF6819" w:rsidRDefault="00B04DB1" w:rsidP="00FA5778">
            <w:pPr>
              <w:spacing w:line="240" w:lineRule="auto"/>
              <w:rPr>
                <w:rFonts w:ascii="Arial" w:hAnsi="Arial" w:cs="Arial"/>
              </w:rPr>
            </w:pPr>
          </w:p>
        </w:tc>
        <w:tc>
          <w:tcPr>
            <w:tcW w:w="1700" w:type="dxa"/>
            <w:tcMar>
              <w:top w:w="90" w:type="dxa"/>
              <w:left w:w="110" w:type="dxa"/>
              <w:bottom w:w="90" w:type="dxa"/>
              <w:right w:w="110" w:type="dxa"/>
            </w:tcMar>
            <w:vAlign w:val="center"/>
          </w:tcPr>
          <w:p w14:paraId="243988A8" w14:textId="77777777" w:rsidR="00B04DB1" w:rsidRPr="00AF6819" w:rsidRDefault="00B04DB1" w:rsidP="00FA5778">
            <w:pPr>
              <w:spacing w:line="240" w:lineRule="auto"/>
              <w:rPr>
                <w:rFonts w:ascii="Arial" w:hAnsi="Arial" w:cs="Arial"/>
              </w:rPr>
            </w:pPr>
          </w:p>
        </w:tc>
        <w:tc>
          <w:tcPr>
            <w:tcW w:w="2060" w:type="dxa"/>
            <w:tcMar>
              <w:top w:w="90" w:type="dxa"/>
              <w:left w:w="110" w:type="dxa"/>
              <w:bottom w:w="90" w:type="dxa"/>
              <w:right w:w="110" w:type="dxa"/>
            </w:tcMar>
            <w:vAlign w:val="center"/>
          </w:tcPr>
          <w:p w14:paraId="4E3C4941" w14:textId="77777777" w:rsidR="00B04DB1" w:rsidRPr="00AF6819" w:rsidRDefault="00B04DB1" w:rsidP="00FA5778">
            <w:pPr>
              <w:spacing w:line="240" w:lineRule="auto"/>
              <w:rPr>
                <w:rFonts w:ascii="Arial" w:hAnsi="Arial" w:cs="Arial"/>
              </w:rPr>
            </w:pPr>
          </w:p>
        </w:tc>
      </w:tr>
      <w:tr w:rsidR="00B04DB1" w:rsidRPr="00AF6819" w14:paraId="604B4E6E" w14:textId="77777777" w:rsidTr="00FA5778">
        <w:trPr>
          <w:jc w:val="center"/>
        </w:trPr>
        <w:tc>
          <w:tcPr>
            <w:tcW w:w="3800" w:type="dxa"/>
            <w:shd w:val="clear" w:color="auto" w:fill="F8F9FB"/>
            <w:tcMar>
              <w:top w:w="90" w:type="dxa"/>
              <w:left w:w="110" w:type="dxa"/>
              <w:bottom w:w="90" w:type="dxa"/>
              <w:right w:w="110" w:type="dxa"/>
            </w:tcMar>
            <w:vAlign w:val="center"/>
          </w:tcPr>
          <w:p w14:paraId="366F97DA" w14:textId="77777777" w:rsidR="00B04DB1" w:rsidRPr="00AF6819" w:rsidRDefault="00B04DB1" w:rsidP="00FA5778">
            <w:pPr>
              <w:spacing w:line="240" w:lineRule="auto"/>
              <w:rPr>
                <w:rFonts w:ascii="Arial" w:hAnsi="Arial" w:cs="Arial"/>
              </w:rPr>
            </w:pPr>
            <w:r>
              <w:rPr>
                <w:rFonts w:ascii="Arial" w:hAnsi="Arial" w:cs="Arial"/>
              </w:rPr>
              <w:t>Use of the current $10.00/kW-month estimate for proposal risk pricing; acknowledgement that the binding capacity payment may change through COD</w:t>
            </w:r>
          </w:p>
        </w:tc>
        <w:tc>
          <w:tcPr>
            <w:tcW w:w="1800" w:type="dxa"/>
            <w:shd w:val="clear" w:color="auto" w:fill="F8F9FB"/>
            <w:tcMar>
              <w:top w:w="90" w:type="dxa"/>
              <w:left w:w="110" w:type="dxa"/>
              <w:bottom w:w="90" w:type="dxa"/>
              <w:right w:w="110" w:type="dxa"/>
            </w:tcMar>
            <w:vAlign w:val="center"/>
          </w:tcPr>
          <w:p w14:paraId="7221583D" w14:textId="77777777" w:rsidR="00B04DB1" w:rsidRPr="00AF6819" w:rsidRDefault="00B04DB1" w:rsidP="00FA5778">
            <w:pPr>
              <w:spacing w:line="240" w:lineRule="auto"/>
              <w:rPr>
                <w:rFonts w:ascii="Arial" w:hAnsi="Arial" w:cs="Arial"/>
              </w:rPr>
            </w:pPr>
          </w:p>
        </w:tc>
        <w:tc>
          <w:tcPr>
            <w:tcW w:w="1700" w:type="dxa"/>
            <w:shd w:val="clear" w:color="auto" w:fill="F8F9FB"/>
            <w:tcMar>
              <w:top w:w="90" w:type="dxa"/>
              <w:left w:w="110" w:type="dxa"/>
              <w:bottom w:w="90" w:type="dxa"/>
              <w:right w:w="110" w:type="dxa"/>
            </w:tcMar>
            <w:vAlign w:val="center"/>
          </w:tcPr>
          <w:p w14:paraId="04431865" w14:textId="77777777" w:rsidR="00B04DB1" w:rsidRPr="00AF6819" w:rsidRDefault="00B04DB1" w:rsidP="00FA5778">
            <w:pPr>
              <w:spacing w:line="240" w:lineRule="auto"/>
              <w:rPr>
                <w:rFonts w:ascii="Arial" w:hAnsi="Arial" w:cs="Arial"/>
              </w:rPr>
            </w:pPr>
          </w:p>
        </w:tc>
        <w:tc>
          <w:tcPr>
            <w:tcW w:w="2060" w:type="dxa"/>
            <w:shd w:val="clear" w:color="auto" w:fill="F8F9FB"/>
            <w:tcMar>
              <w:top w:w="90" w:type="dxa"/>
              <w:left w:w="110" w:type="dxa"/>
              <w:bottom w:w="90" w:type="dxa"/>
              <w:right w:w="110" w:type="dxa"/>
            </w:tcMar>
            <w:vAlign w:val="center"/>
          </w:tcPr>
          <w:p w14:paraId="1D0B9477" w14:textId="77777777" w:rsidR="00B04DB1" w:rsidRPr="00AF6819" w:rsidRDefault="00B04DB1" w:rsidP="00FA5778">
            <w:pPr>
              <w:spacing w:line="240" w:lineRule="auto"/>
              <w:rPr>
                <w:rFonts w:ascii="Arial" w:hAnsi="Arial" w:cs="Arial"/>
              </w:rPr>
            </w:pPr>
          </w:p>
        </w:tc>
      </w:tr>
      <w:tr w:rsidR="00B04DB1" w:rsidRPr="00AF6819" w14:paraId="689CE76B" w14:textId="77777777" w:rsidTr="00FA5778">
        <w:trPr>
          <w:jc w:val="center"/>
        </w:trPr>
        <w:tc>
          <w:tcPr>
            <w:tcW w:w="3800" w:type="dxa"/>
            <w:tcMar>
              <w:top w:w="90" w:type="dxa"/>
              <w:left w:w="110" w:type="dxa"/>
              <w:bottom w:w="90" w:type="dxa"/>
              <w:right w:w="110" w:type="dxa"/>
            </w:tcMar>
            <w:vAlign w:val="center"/>
          </w:tcPr>
          <w:p w14:paraId="440CAA74" w14:textId="77777777" w:rsidR="00B04DB1" w:rsidRPr="00AF6819" w:rsidRDefault="00B04DB1" w:rsidP="00FA5778">
            <w:pPr>
              <w:spacing w:line="240" w:lineRule="auto"/>
              <w:rPr>
                <w:rFonts w:ascii="Arial" w:hAnsi="Arial" w:cs="Arial"/>
              </w:rPr>
            </w:pPr>
            <w:r w:rsidRPr="00AF6819">
              <w:rPr>
                <w:rFonts w:ascii="Arial" w:hAnsi="Arial" w:cs="Arial"/>
              </w:rPr>
              <w:t>All acceptance costs included in LTSA price</w:t>
            </w:r>
          </w:p>
        </w:tc>
        <w:tc>
          <w:tcPr>
            <w:tcW w:w="1800" w:type="dxa"/>
            <w:tcMar>
              <w:top w:w="90" w:type="dxa"/>
              <w:left w:w="110" w:type="dxa"/>
              <w:bottom w:w="90" w:type="dxa"/>
              <w:right w:w="110" w:type="dxa"/>
            </w:tcMar>
            <w:vAlign w:val="center"/>
          </w:tcPr>
          <w:p w14:paraId="34F3EB79" w14:textId="77777777" w:rsidR="00B04DB1" w:rsidRPr="00AF6819" w:rsidRDefault="00B04DB1" w:rsidP="00FA5778">
            <w:pPr>
              <w:spacing w:line="240" w:lineRule="auto"/>
              <w:rPr>
                <w:rFonts w:ascii="Arial" w:hAnsi="Arial" w:cs="Arial"/>
              </w:rPr>
            </w:pPr>
          </w:p>
        </w:tc>
        <w:tc>
          <w:tcPr>
            <w:tcW w:w="1700" w:type="dxa"/>
            <w:tcMar>
              <w:top w:w="90" w:type="dxa"/>
              <w:left w:w="110" w:type="dxa"/>
              <w:bottom w:w="90" w:type="dxa"/>
              <w:right w:w="110" w:type="dxa"/>
            </w:tcMar>
            <w:vAlign w:val="center"/>
          </w:tcPr>
          <w:p w14:paraId="0C9D57CD" w14:textId="77777777" w:rsidR="00B04DB1" w:rsidRPr="00AF6819" w:rsidRDefault="00B04DB1" w:rsidP="00FA5778">
            <w:pPr>
              <w:spacing w:line="240" w:lineRule="auto"/>
              <w:rPr>
                <w:rFonts w:ascii="Arial" w:hAnsi="Arial" w:cs="Arial"/>
              </w:rPr>
            </w:pPr>
          </w:p>
        </w:tc>
        <w:tc>
          <w:tcPr>
            <w:tcW w:w="2060" w:type="dxa"/>
            <w:tcMar>
              <w:top w:w="90" w:type="dxa"/>
              <w:left w:w="110" w:type="dxa"/>
              <w:bottom w:w="90" w:type="dxa"/>
              <w:right w:w="110" w:type="dxa"/>
            </w:tcMar>
            <w:vAlign w:val="center"/>
          </w:tcPr>
          <w:p w14:paraId="0B3E1AF5" w14:textId="77777777" w:rsidR="00B04DB1" w:rsidRPr="00AF6819" w:rsidRDefault="00B04DB1" w:rsidP="00FA5778">
            <w:pPr>
              <w:spacing w:line="240" w:lineRule="auto"/>
              <w:rPr>
                <w:rFonts w:ascii="Arial" w:hAnsi="Arial" w:cs="Arial"/>
              </w:rPr>
            </w:pPr>
          </w:p>
        </w:tc>
      </w:tr>
    </w:tbl>
    <w:p w14:paraId="6666D979" w14:textId="77777777" w:rsidR="00B04DB1" w:rsidRDefault="00B04DB1" w:rsidP="00B04DB1">
      <w:pPr>
        <w:spacing w:after="0"/>
      </w:pPr>
    </w:p>
    <w:p w14:paraId="12B1DC7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F.6 Spares, Obsolescence, Recycling, and Decommissioning</w:t>
      </w:r>
    </w:p>
    <w:tbl>
      <w:tblPr>
        <w:tblStyle w:val="TableGrid"/>
        <w:tblW w:w="9360" w:type="dxa"/>
        <w:jc w:val="center"/>
        <w:tblLayout w:type="fixed"/>
        <w:tblLook w:val="04A0" w:firstRow="1" w:lastRow="0" w:firstColumn="1" w:lastColumn="0" w:noHBand="0" w:noVBand="1"/>
      </w:tblPr>
      <w:tblGrid>
        <w:gridCol w:w="4300"/>
        <w:gridCol w:w="5060"/>
      </w:tblGrid>
      <w:tr w:rsidR="00B04DB1" w:rsidRPr="00AF6819" w14:paraId="496A8F37" w14:textId="77777777" w:rsidTr="00FA5778">
        <w:trPr>
          <w:tblHeader/>
          <w:jc w:val="center"/>
        </w:trPr>
        <w:tc>
          <w:tcPr>
            <w:tcW w:w="4300" w:type="dxa"/>
            <w:shd w:val="clear" w:color="auto" w:fill="2D2D84"/>
            <w:tcMar>
              <w:top w:w="90" w:type="dxa"/>
              <w:left w:w="110" w:type="dxa"/>
              <w:bottom w:w="90" w:type="dxa"/>
              <w:right w:w="110" w:type="dxa"/>
            </w:tcMar>
            <w:vAlign w:val="center"/>
          </w:tcPr>
          <w:p w14:paraId="4C645F9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5060" w:type="dxa"/>
            <w:shd w:val="clear" w:color="auto" w:fill="2D2D84"/>
            <w:tcMar>
              <w:top w:w="90" w:type="dxa"/>
              <w:left w:w="110" w:type="dxa"/>
              <w:bottom w:w="90" w:type="dxa"/>
              <w:right w:w="110" w:type="dxa"/>
            </w:tcMar>
            <w:vAlign w:val="center"/>
          </w:tcPr>
          <w:p w14:paraId="41B49FFD"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 / price reference</w:t>
            </w:r>
          </w:p>
        </w:tc>
      </w:tr>
      <w:tr w:rsidR="00B04DB1" w:rsidRPr="00AF6819" w14:paraId="03774444" w14:textId="77777777" w:rsidTr="00FA5778">
        <w:trPr>
          <w:jc w:val="center"/>
        </w:trPr>
        <w:tc>
          <w:tcPr>
            <w:tcW w:w="4300" w:type="dxa"/>
            <w:tcMar>
              <w:top w:w="90" w:type="dxa"/>
              <w:left w:w="110" w:type="dxa"/>
              <w:bottom w:w="90" w:type="dxa"/>
              <w:right w:w="110" w:type="dxa"/>
            </w:tcMar>
            <w:vAlign w:val="center"/>
          </w:tcPr>
          <w:p w14:paraId="180516D0" w14:textId="77777777" w:rsidR="00B04DB1" w:rsidRPr="00AF6819" w:rsidRDefault="00B04DB1" w:rsidP="00FA5778">
            <w:pPr>
              <w:spacing w:line="240" w:lineRule="auto"/>
              <w:rPr>
                <w:rFonts w:ascii="Arial" w:hAnsi="Arial" w:cs="Arial"/>
              </w:rPr>
            </w:pPr>
            <w:r w:rsidRPr="00AF6819">
              <w:rPr>
                <w:rFonts w:ascii="Arial" w:hAnsi="Arial" w:cs="Arial"/>
              </w:rPr>
              <w:t>Owner owned non</w:t>
            </w:r>
            <w:r w:rsidR="00AF6819">
              <w:rPr>
                <w:rFonts w:ascii="Arial" w:hAnsi="Arial" w:cs="Arial"/>
              </w:rPr>
              <w:t>-</w:t>
            </w:r>
            <w:r w:rsidRPr="00AF6819">
              <w:rPr>
                <w:rFonts w:ascii="Arial" w:hAnsi="Arial" w:cs="Arial"/>
              </w:rPr>
              <w:t>degrading spares</w:t>
            </w:r>
          </w:p>
        </w:tc>
        <w:tc>
          <w:tcPr>
            <w:tcW w:w="5060" w:type="dxa"/>
            <w:tcMar>
              <w:top w:w="90" w:type="dxa"/>
              <w:left w:w="110" w:type="dxa"/>
              <w:bottom w:w="90" w:type="dxa"/>
              <w:right w:w="110" w:type="dxa"/>
            </w:tcMar>
            <w:vAlign w:val="center"/>
          </w:tcPr>
          <w:p w14:paraId="1648D746" w14:textId="77777777" w:rsidR="00B04DB1" w:rsidRPr="00AF6819" w:rsidRDefault="00B04DB1" w:rsidP="00FA5778">
            <w:pPr>
              <w:spacing w:line="240" w:lineRule="auto"/>
              <w:rPr>
                <w:rFonts w:ascii="Arial" w:hAnsi="Arial" w:cs="Arial"/>
              </w:rPr>
            </w:pPr>
          </w:p>
        </w:tc>
      </w:tr>
      <w:tr w:rsidR="00B04DB1" w:rsidRPr="00AF6819" w14:paraId="3A9F0273" w14:textId="77777777" w:rsidTr="00FA5778">
        <w:trPr>
          <w:jc w:val="center"/>
        </w:trPr>
        <w:tc>
          <w:tcPr>
            <w:tcW w:w="4300" w:type="dxa"/>
            <w:shd w:val="clear" w:color="auto" w:fill="F8F9FB"/>
            <w:tcMar>
              <w:top w:w="90" w:type="dxa"/>
              <w:left w:w="110" w:type="dxa"/>
              <w:bottom w:w="90" w:type="dxa"/>
              <w:right w:w="110" w:type="dxa"/>
            </w:tcMar>
            <w:vAlign w:val="center"/>
          </w:tcPr>
          <w:p w14:paraId="1182A226" w14:textId="77777777" w:rsidR="00B04DB1" w:rsidRPr="00AF6819" w:rsidRDefault="00B04DB1" w:rsidP="00FA5778">
            <w:pPr>
              <w:spacing w:line="240" w:lineRule="auto"/>
              <w:rPr>
                <w:rFonts w:ascii="Arial" w:hAnsi="Arial" w:cs="Arial"/>
              </w:rPr>
            </w:pPr>
            <w:r w:rsidRPr="00AF6819">
              <w:rPr>
                <w:rFonts w:ascii="Arial" w:hAnsi="Arial" w:cs="Arial"/>
              </w:rPr>
              <w:t>Recommended storage by territory</w:t>
            </w:r>
          </w:p>
        </w:tc>
        <w:tc>
          <w:tcPr>
            <w:tcW w:w="5060" w:type="dxa"/>
            <w:shd w:val="clear" w:color="auto" w:fill="F8F9FB"/>
            <w:tcMar>
              <w:top w:w="90" w:type="dxa"/>
              <w:left w:w="110" w:type="dxa"/>
              <w:bottom w:w="90" w:type="dxa"/>
              <w:right w:w="110" w:type="dxa"/>
            </w:tcMar>
            <w:vAlign w:val="center"/>
          </w:tcPr>
          <w:p w14:paraId="5B933D2E" w14:textId="77777777" w:rsidR="00B04DB1" w:rsidRPr="00AF6819" w:rsidRDefault="00B04DB1" w:rsidP="00FA5778">
            <w:pPr>
              <w:spacing w:line="240" w:lineRule="auto"/>
              <w:rPr>
                <w:rFonts w:ascii="Arial" w:hAnsi="Arial" w:cs="Arial"/>
              </w:rPr>
            </w:pPr>
          </w:p>
        </w:tc>
      </w:tr>
      <w:tr w:rsidR="00B04DB1" w:rsidRPr="00AF6819" w14:paraId="35696226" w14:textId="77777777" w:rsidTr="00FA5778">
        <w:trPr>
          <w:jc w:val="center"/>
        </w:trPr>
        <w:tc>
          <w:tcPr>
            <w:tcW w:w="4300" w:type="dxa"/>
            <w:tcMar>
              <w:top w:w="90" w:type="dxa"/>
              <w:left w:w="110" w:type="dxa"/>
              <w:bottom w:w="90" w:type="dxa"/>
              <w:right w:w="110" w:type="dxa"/>
            </w:tcMar>
            <w:vAlign w:val="center"/>
          </w:tcPr>
          <w:p w14:paraId="012DCF78" w14:textId="77777777" w:rsidR="00B04DB1" w:rsidRPr="00AF6819" w:rsidRDefault="00B04DB1" w:rsidP="00FA5778">
            <w:pPr>
              <w:spacing w:line="240" w:lineRule="auto"/>
              <w:rPr>
                <w:rFonts w:ascii="Arial" w:hAnsi="Arial" w:cs="Arial"/>
              </w:rPr>
            </w:pPr>
            <w:r w:rsidRPr="00AF6819">
              <w:rPr>
                <w:rFonts w:ascii="Arial" w:hAnsi="Arial" w:cs="Arial"/>
              </w:rPr>
              <w:t>Access to degrading spares</w:t>
            </w:r>
          </w:p>
        </w:tc>
        <w:tc>
          <w:tcPr>
            <w:tcW w:w="5060" w:type="dxa"/>
            <w:tcMar>
              <w:top w:w="90" w:type="dxa"/>
              <w:left w:w="110" w:type="dxa"/>
              <w:bottom w:w="90" w:type="dxa"/>
              <w:right w:w="110" w:type="dxa"/>
            </w:tcMar>
            <w:vAlign w:val="center"/>
          </w:tcPr>
          <w:p w14:paraId="557CF254" w14:textId="77777777" w:rsidR="00B04DB1" w:rsidRPr="00AF6819" w:rsidRDefault="00B04DB1" w:rsidP="00FA5778">
            <w:pPr>
              <w:spacing w:line="240" w:lineRule="auto"/>
              <w:rPr>
                <w:rFonts w:ascii="Arial" w:hAnsi="Arial" w:cs="Arial"/>
              </w:rPr>
            </w:pPr>
          </w:p>
        </w:tc>
      </w:tr>
      <w:tr w:rsidR="00B04DB1" w:rsidRPr="00AF6819" w14:paraId="2BE9F5BD" w14:textId="77777777" w:rsidTr="00FA5778">
        <w:trPr>
          <w:jc w:val="center"/>
        </w:trPr>
        <w:tc>
          <w:tcPr>
            <w:tcW w:w="4300" w:type="dxa"/>
            <w:shd w:val="clear" w:color="auto" w:fill="F8F9FB"/>
            <w:tcMar>
              <w:top w:w="90" w:type="dxa"/>
              <w:left w:w="110" w:type="dxa"/>
              <w:bottom w:w="90" w:type="dxa"/>
              <w:right w:w="110" w:type="dxa"/>
            </w:tcMar>
            <w:vAlign w:val="center"/>
          </w:tcPr>
          <w:p w14:paraId="26E724BF" w14:textId="77777777" w:rsidR="00B04DB1" w:rsidRPr="00AF6819" w:rsidRDefault="00B04DB1" w:rsidP="00FA5778">
            <w:pPr>
              <w:spacing w:line="240" w:lineRule="auto"/>
              <w:rPr>
                <w:rFonts w:ascii="Arial" w:hAnsi="Arial" w:cs="Arial"/>
              </w:rPr>
            </w:pPr>
            <w:r w:rsidRPr="00AF6819">
              <w:rPr>
                <w:rFonts w:ascii="Arial" w:hAnsi="Arial" w:cs="Arial"/>
              </w:rPr>
              <w:t>18</w:t>
            </w:r>
            <w:r w:rsidR="00004B80">
              <w:rPr>
                <w:rFonts w:ascii="Arial" w:hAnsi="Arial" w:cs="Arial"/>
              </w:rPr>
              <w:t>-</w:t>
            </w:r>
            <w:r w:rsidRPr="00AF6819">
              <w:rPr>
                <w:rFonts w:ascii="Arial" w:hAnsi="Arial" w:cs="Arial"/>
              </w:rPr>
              <w:t>month discontinuation notice</w:t>
            </w:r>
          </w:p>
        </w:tc>
        <w:tc>
          <w:tcPr>
            <w:tcW w:w="5060" w:type="dxa"/>
            <w:shd w:val="clear" w:color="auto" w:fill="F8F9FB"/>
            <w:tcMar>
              <w:top w:w="90" w:type="dxa"/>
              <w:left w:w="110" w:type="dxa"/>
              <w:bottom w:w="90" w:type="dxa"/>
              <w:right w:w="110" w:type="dxa"/>
            </w:tcMar>
            <w:vAlign w:val="center"/>
          </w:tcPr>
          <w:p w14:paraId="0C797E2B" w14:textId="77777777" w:rsidR="00B04DB1" w:rsidRPr="00AF6819" w:rsidRDefault="00B04DB1" w:rsidP="00FA5778">
            <w:pPr>
              <w:spacing w:line="240" w:lineRule="auto"/>
              <w:rPr>
                <w:rFonts w:ascii="Arial" w:hAnsi="Arial" w:cs="Arial"/>
              </w:rPr>
            </w:pPr>
          </w:p>
        </w:tc>
      </w:tr>
      <w:tr w:rsidR="00B04DB1" w:rsidRPr="00AF6819" w14:paraId="3759D7E2" w14:textId="77777777" w:rsidTr="00FA5778">
        <w:trPr>
          <w:jc w:val="center"/>
        </w:trPr>
        <w:tc>
          <w:tcPr>
            <w:tcW w:w="4300" w:type="dxa"/>
            <w:tcMar>
              <w:top w:w="90" w:type="dxa"/>
              <w:left w:w="110" w:type="dxa"/>
              <w:bottom w:w="90" w:type="dxa"/>
              <w:right w:w="110" w:type="dxa"/>
            </w:tcMar>
            <w:vAlign w:val="center"/>
          </w:tcPr>
          <w:p w14:paraId="49851D64" w14:textId="77777777" w:rsidR="00B04DB1" w:rsidRPr="00AF6819" w:rsidRDefault="00B04DB1" w:rsidP="00FA5778">
            <w:pPr>
              <w:spacing w:line="240" w:lineRule="auto"/>
              <w:rPr>
                <w:rFonts w:ascii="Arial" w:hAnsi="Arial" w:cs="Arial"/>
              </w:rPr>
            </w:pPr>
            <w:r w:rsidRPr="00AF6819">
              <w:rPr>
                <w:rFonts w:ascii="Arial" w:hAnsi="Arial" w:cs="Arial"/>
              </w:rPr>
              <w:t>12</w:t>
            </w:r>
            <w:r w:rsidR="00004B80">
              <w:rPr>
                <w:rFonts w:ascii="Arial" w:hAnsi="Arial" w:cs="Arial"/>
              </w:rPr>
              <w:t>-</w:t>
            </w:r>
            <w:r w:rsidRPr="00AF6819">
              <w:rPr>
                <w:rFonts w:ascii="Arial" w:hAnsi="Arial" w:cs="Arial"/>
              </w:rPr>
              <w:t>month last time buy</w:t>
            </w:r>
          </w:p>
        </w:tc>
        <w:tc>
          <w:tcPr>
            <w:tcW w:w="5060" w:type="dxa"/>
            <w:tcMar>
              <w:top w:w="90" w:type="dxa"/>
              <w:left w:w="110" w:type="dxa"/>
              <w:bottom w:w="90" w:type="dxa"/>
              <w:right w:w="110" w:type="dxa"/>
            </w:tcMar>
            <w:vAlign w:val="center"/>
          </w:tcPr>
          <w:p w14:paraId="12C554FB" w14:textId="77777777" w:rsidR="00B04DB1" w:rsidRPr="00AF6819" w:rsidRDefault="00B04DB1" w:rsidP="00FA5778">
            <w:pPr>
              <w:spacing w:line="240" w:lineRule="auto"/>
              <w:rPr>
                <w:rFonts w:ascii="Arial" w:hAnsi="Arial" w:cs="Arial"/>
              </w:rPr>
            </w:pPr>
          </w:p>
        </w:tc>
      </w:tr>
      <w:tr w:rsidR="00B04DB1" w:rsidRPr="00AF6819" w14:paraId="5A2EE39E" w14:textId="77777777" w:rsidTr="00FA5778">
        <w:trPr>
          <w:jc w:val="center"/>
        </w:trPr>
        <w:tc>
          <w:tcPr>
            <w:tcW w:w="4300" w:type="dxa"/>
            <w:shd w:val="clear" w:color="auto" w:fill="F8F9FB"/>
            <w:tcMar>
              <w:top w:w="90" w:type="dxa"/>
              <w:left w:w="110" w:type="dxa"/>
              <w:bottom w:w="90" w:type="dxa"/>
              <w:right w:w="110" w:type="dxa"/>
            </w:tcMar>
            <w:vAlign w:val="center"/>
          </w:tcPr>
          <w:p w14:paraId="0CBBC382" w14:textId="77777777" w:rsidR="00B04DB1" w:rsidRPr="00AF6819" w:rsidRDefault="00B04DB1" w:rsidP="00FA5778">
            <w:pPr>
              <w:spacing w:line="240" w:lineRule="auto"/>
              <w:rPr>
                <w:rFonts w:ascii="Arial" w:hAnsi="Arial" w:cs="Arial"/>
              </w:rPr>
            </w:pPr>
            <w:r w:rsidRPr="00AF6819">
              <w:rPr>
                <w:rFonts w:ascii="Arial" w:hAnsi="Arial" w:cs="Arial"/>
              </w:rPr>
              <w:t>Compliance preserving obsolete replacements</w:t>
            </w:r>
          </w:p>
        </w:tc>
        <w:tc>
          <w:tcPr>
            <w:tcW w:w="5060" w:type="dxa"/>
            <w:shd w:val="clear" w:color="auto" w:fill="F8F9FB"/>
            <w:tcMar>
              <w:top w:w="90" w:type="dxa"/>
              <w:left w:w="110" w:type="dxa"/>
              <w:bottom w:w="90" w:type="dxa"/>
              <w:right w:w="110" w:type="dxa"/>
            </w:tcMar>
            <w:vAlign w:val="center"/>
          </w:tcPr>
          <w:p w14:paraId="1A4813DE" w14:textId="77777777" w:rsidR="00B04DB1" w:rsidRPr="00AF6819" w:rsidRDefault="00B04DB1" w:rsidP="00FA5778">
            <w:pPr>
              <w:spacing w:line="240" w:lineRule="auto"/>
              <w:rPr>
                <w:rFonts w:ascii="Arial" w:hAnsi="Arial" w:cs="Arial"/>
              </w:rPr>
            </w:pPr>
          </w:p>
        </w:tc>
      </w:tr>
      <w:tr w:rsidR="00B04DB1" w:rsidRPr="00AF6819" w14:paraId="64AB6364" w14:textId="77777777" w:rsidTr="00FA5778">
        <w:trPr>
          <w:jc w:val="center"/>
        </w:trPr>
        <w:tc>
          <w:tcPr>
            <w:tcW w:w="4300" w:type="dxa"/>
            <w:tcMar>
              <w:top w:w="90" w:type="dxa"/>
              <w:left w:w="110" w:type="dxa"/>
              <w:bottom w:w="90" w:type="dxa"/>
              <w:right w:w="110" w:type="dxa"/>
            </w:tcMar>
            <w:vAlign w:val="center"/>
          </w:tcPr>
          <w:p w14:paraId="53DF1889" w14:textId="77777777" w:rsidR="00B04DB1" w:rsidRPr="00AF6819" w:rsidRDefault="00B04DB1" w:rsidP="00FA5778">
            <w:pPr>
              <w:spacing w:line="240" w:lineRule="auto"/>
              <w:rPr>
                <w:rFonts w:ascii="Arial" w:hAnsi="Arial" w:cs="Arial"/>
              </w:rPr>
            </w:pPr>
            <w:r w:rsidRPr="00AF6819">
              <w:rPr>
                <w:rFonts w:ascii="Arial" w:hAnsi="Arial" w:cs="Arial"/>
              </w:rPr>
              <w:t>Recycling plan and pricing</w:t>
            </w:r>
          </w:p>
        </w:tc>
        <w:tc>
          <w:tcPr>
            <w:tcW w:w="5060" w:type="dxa"/>
            <w:tcMar>
              <w:top w:w="90" w:type="dxa"/>
              <w:left w:w="110" w:type="dxa"/>
              <w:bottom w:w="90" w:type="dxa"/>
              <w:right w:w="110" w:type="dxa"/>
            </w:tcMar>
            <w:vAlign w:val="center"/>
          </w:tcPr>
          <w:p w14:paraId="30BD2E71" w14:textId="77777777" w:rsidR="00B04DB1" w:rsidRPr="00AF6819" w:rsidRDefault="00B04DB1" w:rsidP="00FA5778">
            <w:pPr>
              <w:spacing w:line="240" w:lineRule="auto"/>
              <w:rPr>
                <w:rFonts w:ascii="Arial" w:hAnsi="Arial" w:cs="Arial"/>
              </w:rPr>
            </w:pPr>
          </w:p>
        </w:tc>
      </w:tr>
      <w:tr w:rsidR="00B04DB1" w:rsidRPr="00AF6819" w14:paraId="542DDBA3" w14:textId="77777777" w:rsidTr="00FA5778">
        <w:trPr>
          <w:jc w:val="center"/>
        </w:trPr>
        <w:tc>
          <w:tcPr>
            <w:tcW w:w="4300" w:type="dxa"/>
            <w:shd w:val="clear" w:color="auto" w:fill="F8F9FB"/>
            <w:tcMar>
              <w:top w:w="90" w:type="dxa"/>
              <w:left w:w="110" w:type="dxa"/>
              <w:bottom w:w="90" w:type="dxa"/>
              <w:right w:w="110" w:type="dxa"/>
            </w:tcMar>
            <w:vAlign w:val="center"/>
          </w:tcPr>
          <w:p w14:paraId="1E10D1F7" w14:textId="77777777" w:rsidR="00B04DB1" w:rsidRPr="00AF6819" w:rsidRDefault="00B04DB1" w:rsidP="00FA5778">
            <w:pPr>
              <w:spacing w:line="240" w:lineRule="auto"/>
              <w:rPr>
                <w:rFonts w:ascii="Arial" w:hAnsi="Arial" w:cs="Arial"/>
              </w:rPr>
            </w:pPr>
            <w:r w:rsidRPr="00AF6819">
              <w:rPr>
                <w:rFonts w:ascii="Arial" w:hAnsi="Arial" w:cs="Arial"/>
              </w:rPr>
              <w:t>Informational decommissioning estimate</w:t>
            </w:r>
          </w:p>
        </w:tc>
        <w:tc>
          <w:tcPr>
            <w:tcW w:w="5060" w:type="dxa"/>
            <w:shd w:val="clear" w:color="auto" w:fill="F8F9FB"/>
            <w:tcMar>
              <w:top w:w="90" w:type="dxa"/>
              <w:left w:w="110" w:type="dxa"/>
              <w:bottom w:w="90" w:type="dxa"/>
              <w:right w:w="110" w:type="dxa"/>
            </w:tcMar>
            <w:vAlign w:val="center"/>
          </w:tcPr>
          <w:p w14:paraId="0653B405" w14:textId="77777777" w:rsidR="00B04DB1" w:rsidRPr="00AF6819" w:rsidRDefault="00B04DB1" w:rsidP="00FA5778">
            <w:pPr>
              <w:spacing w:line="240" w:lineRule="auto"/>
              <w:rPr>
                <w:rFonts w:ascii="Arial" w:hAnsi="Arial" w:cs="Arial"/>
              </w:rPr>
            </w:pPr>
          </w:p>
        </w:tc>
      </w:tr>
    </w:tbl>
    <w:p w14:paraId="7E4FE26A" w14:textId="77777777" w:rsidR="00B04DB1" w:rsidRDefault="00B04DB1" w:rsidP="00B04DB1">
      <w:pPr>
        <w:spacing w:after="0"/>
      </w:pPr>
    </w:p>
    <w:p w14:paraId="59ADF36B" w14:textId="77777777" w:rsidR="00004B80" w:rsidRDefault="00004B80">
      <w:pPr>
        <w:spacing w:line="278" w:lineRule="auto"/>
        <w:rPr>
          <w:rFonts w:ascii="Arial" w:eastAsiaTheme="majorEastAsia" w:hAnsi="Arial" w:cs="Arial"/>
          <w:b/>
          <w:caps/>
          <w:color w:val="000000" w:themeColor="text1"/>
          <w:sz w:val="32"/>
          <w:szCs w:val="40"/>
        </w:rPr>
      </w:pPr>
      <w:r>
        <w:rPr>
          <w:rFonts w:ascii="Arial" w:hAnsi="Arial" w:cs="Arial"/>
          <w:caps/>
        </w:rPr>
        <w:br w:type="page"/>
      </w:r>
    </w:p>
    <w:p w14:paraId="016033E8" w14:textId="77777777" w:rsidR="00B04DB1" w:rsidRPr="00AF6819" w:rsidRDefault="00B04DB1" w:rsidP="00AF6819">
      <w:pPr>
        <w:pStyle w:val="Heading1"/>
        <w:spacing w:after="120"/>
        <w:rPr>
          <w:rFonts w:ascii="Arial" w:hAnsi="Arial" w:cs="Arial"/>
          <w:caps/>
        </w:rPr>
      </w:pPr>
      <w:r>
        <w:rPr>
          <w:rFonts w:ascii="Arial" w:hAnsi="Arial" w:cs="Arial"/>
          <w:caps/>
        </w:rPr>
        <w:lastRenderedPageBreak/>
        <w:t>Appendix G. Bidder Qualifications</w:t>
      </w:r>
    </w:p>
    <w:p w14:paraId="62B3EB33" w14:textId="77777777" w:rsidR="00B04DB1" w:rsidRPr="00AF6819" w:rsidRDefault="00B04DB1" w:rsidP="00B04DB1">
      <w:pPr>
        <w:rPr>
          <w:rFonts w:ascii="Arial" w:hAnsi="Arial" w:cs="Arial"/>
        </w:rPr>
      </w:pPr>
      <w:r w:rsidRPr="00AF6819">
        <w:rPr>
          <w:rFonts w:ascii="Arial" w:hAnsi="Arial" w:cs="Arial"/>
        </w:rPr>
        <w:t>Provide concise responses and three references where available.</w:t>
      </w:r>
    </w:p>
    <w:tbl>
      <w:tblPr>
        <w:tblStyle w:val="TableGrid"/>
        <w:tblW w:w="9360" w:type="dxa"/>
        <w:jc w:val="center"/>
        <w:tblLayout w:type="fixed"/>
        <w:tblLook w:val="04A0" w:firstRow="1" w:lastRow="0" w:firstColumn="1" w:lastColumn="0" w:noHBand="0" w:noVBand="1"/>
      </w:tblPr>
      <w:tblGrid>
        <w:gridCol w:w="3600"/>
        <w:gridCol w:w="5760"/>
      </w:tblGrid>
      <w:tr w:rsidR="00B04DB1" w:rsidRPr="00AF6819" w14:paraId="1988CCAF" w14:textId="77777777" w:rsidTr="00FA5778">
        <w:trPr>
          <w:tblHeader/>
          <w:jc w:val="center"/>
        </w:trPr>
        <w:tc>
          <w:tcPr>
            <w:tcW w:w="3600" w:type="dxa"/>
            <w:shd w:val="clear" w:color="auto" w:fill="2D2D84"/>
            <w:tcMar>
              <w:top w:w="90" w:type="dxa"/>
              <w:left w:w="110" w:type="dxa"/>
              <w:bottom w:w="90" w:type="dxa"/>
              <w:right w:w="110" w:type="dxa"/>
            </w:tcMar>
            <w:vAlign w:val="center"/>
          </w:tcPr>
          <w:p w14:paraId="2B52EBE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Corporate item</w:t>
            </w:r>
          </w:p>
        </w:tc>
        <w:tc>
          <w:tcPr>
            <w:tcW w:w="5760" w:type="dxa"/>
            <w:shd w:val="clear" w:color="auto" w:fill="2D2D84"/>
            <w:tcMar>
              <w:top w:w="90" w:type="dxa"/>
              <w:left w:w="110" w:type="dxa"/>
              <w:bottom w:w="90" w:type="dxa"/>
              <w:right w:w="110" w:type="dxa"/>
            </w:tcMar>
            <w:vAlign w:val="center"/>
          </w:tcPr>
          <w:p w14:paraId="2730E332"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w:t>
            </w:r>
          </w:p>
        </w:tc>
      </w:tr>
      <w:tr w:rsidR="00B04DB1" w:rsidRPr="00AF6819" w14:paraId="7B275855" w14:textId="77777777" w:rsidTr="00FA5778">
        <w:trPr>
          <w:jc w:val="center"/>
        </w:trPr>
        <w:tc>
          <w:tcPr>
            <w:tcW w:w="3600" w:type="dxa"/>
            <w:tcMar>
              <w:top w:w="90" w:type="dxa"/>
              <w:left w:w="110" w:type="dxa"/>
              <w:bottom w:w="90" w:type="dxa"/>
              <w:right w:w="110" w:type="dxa"/>
            </w:tcMar>
            <w:vAlign w:val="center"/>
          </w:tcPr>
          <w:p w14:paraId="30210F0C" w14:textId="77777777" w:rsidR="00B04DB1" w:rsidRPr="00AF6819" w:rsidRDefault="00B04DB1" w:rsidP="00FA5778">
            <w:pPr>
              <w:spacing w:line="240" w:lineRule="auto"/>
              <w:rPr>
                <w:rFonts w:ascii="Arial" w:hAnsi="Arial" w:cs="Arial"/>
              </w:rPr>
            </w:pPr>
            <w:r w:rsidRPr="00AF6819">
              <w:rPr>
                <w:rFonts w:ascii="Arial" w:hAnsi="Arial" w:cs="Arial"/>
              </w:rPr>
              <w:t>Legal entity</w:t>
            </w:r>
          </w:p>
        </w:tc>
        <w:tc>
          <w:tcPr>
            <w:tcW w:w="5760" w:type="dxa"/>
            <w:tcMar>
              <w:top w:w="90" w:type="dxa"/>
              <w:left w:w="110" w:type="dxa"/>
              <w:bottom w:w="90" w:type="dxa"/>
              <w:right w:w="110" w:type="dxa"/>
            </w:tcMar>
            <w:vAlign w:val="center"/>
          </w:tcPr>
          <w:p w14:paraId="7F4AFF0B" w14:textId="77777777" w:rsidR="00B04DB1" w:rsidRPr="00AF6819" w:rsidRDefault="00B04DB1" w:rsidP="00FA5778">
            <w:pPr>
              <w:spacing w:line="240" w:lineRule="auto"/>
              <w:rPr>
                <w:rFonts w:ascii="Arial" w:hAnsi="Arial" w:cs="Arial"/>
              </w:rPr>
            </w:pPr>
          </w:p>
        </w:tc>
      </w:tr>
      <w:tr w:rsidR="00B04DB1" w:rsidRPr="00AF6819" w14:paraId="30AB1451" w14:textId="77777777" w:rsidTr="00FA5778">
        <w:trPr>
          <w:jc w:val="center"/>
        </w:trPr>
        <w:tc>
          <w:tcPr>
            <w:tcW w:w="3600" w:type="dxa"/>
            <w:shd w:val="clear" w:color="auto" w:fill="F8F9FB"/>
            <w:tcMar>
              <w:top w:w="90" w:type="dxa"/>
              <w:left w:w="110" w:type="dxa"/>
              <w:bottom w:w="90" w:type="dxa"/>
              <w:right w:w="110" w:type="dxa"/>
            </w:tcMar>
            <w:vAlign w:val="center"/>
          </w:tcPr>
          <w:p w14:paraId="2F74A127" w14:textId="77777777" w:rsidR="00B04DB1" w:rsidRPr="00AF6819" w:rsidRDefault="00B04DB1" w:rsidP="00FA5778">
            <w:pPr>
              <w:spacing w:line="240" w:lineRule="auto"/>
              <w:rPr>
                <w:rFonts w:ascii="Arial" w:hAnsi="Arial" w:cs="Arial"/>
              </w:rPr>
            </w:pPr>
            <w:r w:rsidRPr="00AF6819">
              <w:rPr>
                <w:rFonts w:ascii="Arial" w:hAnsi="Arial" w:cs="Arial"/>
              </w:rPr>
              <w:t>Role: OEM or integrator</w:t>
            </w:r>
          </w:p>
        </w:tc>
        <w:tc>
          <w:tcPr>
            <w:tcW w:w="5760" w:type="dxa"/>
            <w:shd w:val="clear" w:color="auto" w:fill="F8F9FB"/>
            <w:tcMar>
              <w:top w:w="90" w:type="dxa"/>
              <w:left w:w="110" w:type="dxa"/>
              <w:bottom w:w="90" w:type="dxa"/>
              <w:right w:w="110" w:type="dxa"/>
            </w:tcMar>
            <w:vAlign w:val="center"/>
          </w:tcPr>
          <w:p w14:paraId="28571AC7" w14:textId="77777777" w:rsidR="00B04DB1" w:rsidRPr="00AF6819" w:rsidRDefault="00B04DB1" w:rsidP="00FA5778">
            <w:pPr>
              <w:spacing w:line="240" w:lineRule="auto"/>
              <w:rPr>
                <w:rFonts w:ascii="Arial" w:hAnsi="Arial" w:cs="Arial"/>
              </w:rPr>
            </w:pPr>
          </w:p>
        </w:tc>
      </w:tr>
      <w:tr w:rsidR="00B04DB1" w:rsidRPr="00AF6819" w14:paraId="370857B4" w14:textId="77777777" w:rsidTr="00FA5778">
        <w:trPr>
          <w:jc w:val="center"/>
        </w:trPr>
        <w:tc>
          <w:tcPr>
            <w:tcW w:w="3600" w:type="dxa"/>
            <w:tcMar>
              <w:top w:w="90" w:type="dxa"/>
              <w:left w:w="110" w:type="dxa"/>
              <w:bottom w:w="90" w:type="dxa"/>
              <w:right w:w="110" w:type="dxa"/>
            </w:tcMar>
            <w:vAlign w:val="center"/>
          </w:tcPr>
          <w:p w14:paraId="2E3740F7" w14:textId="77777777" w:rsidR="00B04DB1" w:rsidRPr="00AF6819" w:rsidRDefault="00B04DB1" w:rsidP="00FA5778">
            <w:pPr>
              <w:spacing w:line="240" w:lineRule="auto"/>
              <w:rPr>
                <w:rFonts w:ascii="Arial" w:hAnsi="Arial" w:cs="Arial"/>
              </w:rPr>
            </w:pPr>
            <w:r w:rsidRPr="00AF6819">
              <w:rPr>
                <w:rFonts w:ascii="Arial" w:hAnsi="Arial" w:cs="Arial"/>
              </w:rPr>
              <w:t>Parent and ultimate parent</w:t>
            </w:r>
          </w:p>
        </w:tc>
        <w:tc>
          <w:tcPr>
            <w:tcW w:w="5760" w:type="dxa"/>
            <w:tcMar>
              <w:top w:w="90" w:type="dxa"/>
              <w:left w:w="110" w:type="dxa"/>
              <w:bottom w:w="90" w:type="dxa"/>
              <w:right w:w="110" w:type="dxa"/>
            </w:tcMar>
            <w:vAlign w:val="center"/>
          </w:tcPr>
          <w:p w14:paraId="18C41FE5" w14:textId="77777777" w:rsidR="00B04DB1" w:rsidRPr="00AF6819" w:rsidRDefault="00B04DB1" w:rsidP="00FA5778">
            <w:pPr>
              <w:spacing w:line="240" w:lineRule="auto"/>
              <w:rPr>
                <w:rFonts w:ascii="Arial" w:hAnsi="Arial" w:cs="Arial"/>
              </w:rPr>
            </w:pPr>
          </w:p>
        </w:tc>
      </w:tr>
      <w:tr w:rsidR="00B04DB1" w:rsidRPr="00AF6819" w14:paraId="39104555" w14:textId="77777777" w:rsidTr="00FA5778">
        <w:trPr>
          <w:jc w:val="center"/>
        </w:trPr>
        <w:tc>
          <w:tcPr>
            <w:tcW w:w="3600" w:type="dxa"/>
            <w:shd w:val="clear" w:color="auto" w:fill="F8F9FB"/>
            <w:tcMar>
              <w:top w:w="90" w:type="dxa"/>
              <w:left w:w="110" w:type="dxa"/>
              <w:bottom w:w="90" w:type="dxa"/>
              <w:right w:w="110" w:type="dxa"/>
            </w:tcMar>
            <w:vAlign w:val="center"/>
          </w:tcPr>
          <w:p w14:paraId="5619611E" w14:textId="77777777" w:rsidR="00B04DB1" w:rsidRPr="00AF6819" w:rsidRDefault="00B04DB1" w:rsidP="00FA5778">
            <w:pPr>
              <w:spacing w:line="240" w:lineRule="auto"/>
              <w:rPr>
                <w:rFonts w:ascii="Arial" w:hAnsi="Arial" w:cs="Arial"/>
              </w:rPr>
            </w:pPr>
            <w:r w:rsidRPr="00AF6819">
              <w:rPr>
                <w:rFonts w:ascii="Arial" w:hAnsi="Arial" w:cs="Arial"/>
              </w:rPr>
              <w:t>Ownership countries</w:t>
            </w:r>
          </w:p>
        </w:tc>
        <w:tc>
          <w:tcPr>
            <w:tcW w:w="5760" w:type="dxa"/>
            <w:shd w:val="clear" w:color="auto" w:fill="F8F9FB"/>
            <w:tcMar>
              <w:top w:w="90" w:type="dxa"/>
              <w:left w:w="110" w:type="dxa"/>
              <w:bottom w:w="90" w:type="dxa"/>
              <w:right w:w="110" w:type="dxa"/>
            </w:tcMar>
            <w:vAlign w:val="center"/>
          </w:tcPr>
          <w:p w14:paraId="26AF95BD" w14:textId="77777777" w:rsidR="00B04DB1" w:rsidRPr="00AF6819" w:rsidRDefault="00B04DB1" w:rsidP="00FA5778">
            <w:pPr>
              <w:spacing w:line="240" w:lineRule="auto"/>
              <w:rPr>
                <w:rFonts w:ascii="Arial" w:hAnsi="Arial" w:cs="Arial"/>
              </w:rPr>
            </w:pPr>
          </w:p>
        </w:tc>
      </w:tr>
      <w:tr w:rsidR="00B04DB1" w:rsidRPr="00AF6819" w14:paraId="290C9900" w14:textId="77777777" w:rsidTr="00FA5778">
        <w:trPr>
          <w:jc w:val="center"/>
        </w:trPr>
        <w:tc>
          <w:tcPr>
            <w:tcW w:w="3600" w:type="dxa"/>
            <w:tcMar>
              <w:top w:w="90" w:type="dxa"/>
              <w:left w:w="110" w:type="dxa"/>
              <w:bottom w:w="90" w:type="dxa"/>
              <w:right w:w="110" w:type="dxa"/>
            </w:tcMar>
            <w:vAlign w:val="center"/>
          </w:tcPr>
          <w:p w14:paraId="4040A745" w14:textId="77777777" w:rsidR="00B04DB1" w:rsidRPr="00AF6819" w:rsidRDefault="00B04DB1" w:rsidP="00FA5778">
            <w:pPr>
              <w:spacing w:line="240" w:lineRule="auto"/>
              <w:rPr>
                <w:rFonts w:ascii="Arial" w:hAnsi="Arial" w:cs="Arial"/>
              </w:rPr>
            </w:pPr>
            <w:r w:rsidRPr="00AF6819">
              <w:rPr>
                <w:rFonts w:ascii="Arial" w:hAnsi="Arial" w:cs="Arial"/>
              </w:rPr>
              <w:t>Year established</w:t>
            </w:r>
          </w:p>
        </w:tc>
        <w:tc>
          <w:tcPr>
            <w:tcW w:w="5760" w:type="dxa"/>
            <w:tcMar>
              <w:top w:w="90" w:type="dxa"/>
              <w:left w:w="110" w:type="dxa"/>
              <w:bottom w:w="90" w:type="dxa"/>
              <w:right w:w="110" w:type="dxa"/>
            </w:tcMar>
            <w:vAlign w:val="center"/>
          </w:tcPr>
          <w:p w14:paraId="0B5DD04C" w14:textId="77777777" w:rsidR="00B04DB1" w:rsidRPr="00AF6819" w:rsidRDefault="00B04DB1" w:rsidP="00FA5778">
            <w:pPr>
              <w:spacing w:line="240" w:lineRule="auto"/>
              <w:rPr>
                <w:rFonts w:ascii="Arial" w:hAnsi="Arial" w:cs="Arial"/>
              </w:rPr>
            </w:pPr>
          </w:p>
        </w:tc>
      </w:tr>
      <w:tr w:rsidR="00B04DB1" w:rsidRPr="00AF6819" w14:paraId="590CC8E9" w14:textId="77777777" w:rsidTr="00FA5778">
        <w:trPr>
          <w:jc w:val="center"/>
        </w:trPr>
        <w:tc>
          <w:tcPr>
            <w:tcW w:w="3600" w:type="dxa"/>
            <w:shd w:val="clear" w:color="auto" w:fill="F8F9FB"/>
            <w:tcMar>
              <w:top w:w="90" w:type="dxa"/>
              <w:left w:w="110" w:type="dxa"/>
              <w:bottom w:w="90" w:type="dxa"/>
              <w:right w:w="110" w:type="dxa"/>
            </w:tcMar>
            <w:vAlign w:val="center"/>
          </w:tcPr>
          <w:p w14:paraId="635660FA" w14:textId="77777777" w:rsidR="00B04DB1" w:rsidRPr="00AF6819" w:rsidRDefault="00B04DB1" w:rsidP="00FA5778">
            <w:pPr>
              <w:spacing w:line="240" w:lineRule="auto"/>
              <w:rPr>
                <w:rFonts w:ascii="Arial" w:hAnsi="Arial" w:cs="Arial"/>
              </w:rPr>
            </w:pPr>
            <w:r w:rsidRPr="00AF6819">
              <w:rPr>
                <w:rFonts w:ascii="Arial" w:hAnsi="Arial" w:cs="Arial"/>
              </w:rPr>
              <w:t>U.S. headquarters</w:t>
            </w:r>
          </w:p>
        </w:tc>
        <w:tc>
          <w:tcPr>
            <w:tcW w:w="5760" w:type="dxa"/>
            <w:shd w:val="clear" w:color="auto" w:fill="F8F9FB"/>
            <w:tcMar>
              <w:top w:w="90" w:type="dxa"/>
              <w:left w:w="110" w:type="dxa"/>
              <w:bottom w:w="90" w:type="dxa"/>
              <w:right w:w="110" w:type="dxa"/>
            </w:tcMar>
            <w:vAlign w:val="center"/>
          </w:tcPr>
          <w:p w14:paraId="03D337B5" w14:textId="77777777" w:rsidR="00B04DB1" w:rsidRPr="00AF6819" w:rsidRDefault="00B04DB1" w:rsidP="00FA5778">
            <w:pPr>
              <w:spacing w:line="240" w:lineRule="auto"/>
              <w:rPr>
                <w:rFonts w:ascii="Arial" w:hAnsi="Arial" w:cs="Arial"/>
              </w:rPr>
            </w:pPr>
          </w:p>
        </w:tc>
      </w:tr>
      <w:tr w:rsidR="00B04DB1" w:rsidRPr="00AF6819" w14:paraId="69021C5B" w14:textId="77777777" w:rsidTr="00FA5778">
        <w:trPr>
          <w:jc w:val="center"/>
        </w:trPr>
        <w:tc>
          <w:tcPr>
            <w:tcW w:w="3600" w:type="dxa"/>
            <w:tcMar>
              <w:top w:w="90" w:type="dxa"/>
              <w:left w:w="110" w:type="dxa"/>
              <w:bottom w:w="90" w:type="dxa"/>
              <w:right w:w="110" w:type="dxa"/>
            </w:tcMar>
            <w:vAlign w:val="center"/>
          </w:tcPr>
          <w:p w14:paraId="5A846849" w14:textId="77777777" w:rsidR="00B04DB1" w:rsidRPr="00AF6819" w:rsidRDefault="00B04DB1" w:rsidP="00FA5778">
            <w:pPr>
              <w:spacing w:line="240" w:lineRule="auto"/>
              <w:rPr>
                <w:rFonts w:ascii="Arial" w:hAnsi="Arial" w:cs="Arial"/>
              </w:rPr>
            </w:pPr>
            <w:r w:rsidRPr="00AF6819">
              <w:rPr>
                <w:rFonts w:ascii="Arial" w:hAnsi="Arial" w:cs="Arial"/>
              </w:rPr>
              <w:t>U.S. manufacturing locations</w:t>
            </w:r>
          </w:p>
        </w:tc>
        <w:tc>
          <w:tcPr>
            <w:tcW w:w="5760" w:type="dxa"/>
            <w:tcMar>
              <w:top w:w="90" w:type="dxa"/>
              <w:left w:w="110" w:type="dxa"/>
              <w:bottom w:w="90" w:type="dxa"/>
              <w:right w:w="110" w:type="dxa"/>
            </w:tcMar>
            <w:vAlign w:val="center"/>
          </w:tcPr>
          <w:p w14:paraId="24A1A9F7" w14:textId="77777777" w:rsidR="00B04DB1" w:rsidRPr="00AF6819" w:rsidRDefault="00B04DB1" w:rsidP="00FA5778">
            <w:pPr>
              <w:spacing w:line="240" w:lineRule="auto"/>
              <w:rPr>
                <w:rFonts w:ascii="Arial" w:hAnsi="Arial" w:cs="Arial"/>
              </w:rPr>
            </w:pPr>
          </w:p>
        </w:tc>
      </w:tr>
      <w:tr w:rsidR="00B04DB1" w:rsidRPr="00AF6819" w14:paraId="4B88D10A" w14:textId="77777777" w:rsidTr="00FA5778">
        <w:trPr>
          <w:jc w:val="center"/>
        </w:trPr>
        <w:tc>
          <w:tcPr>
            <w:tcW w:w="3600" w:type="dxa"/>
            <w:shd w:val="clear" w:color="auto" w:fill="F8F9FB"/>
            <w:tcMar>
              <w:top w:w="90" w:type="dxa"/>
              <w:left w:w="110" w:type="dxa"/>
              <w:bottom w:w="90" w:type="dxa"/>
              <w:right w:w="110" w:type="dxa"/>
            </w:tcMar>
            <w:vAlign w:val="center"/>
          </w:tcPr>
          <w:p w14:paraId="1106AEAC" w14:textId="77777777" w:rsidR="00B04DB1" w:rsidRPr="00AF6819" w:rsidRDefault="00B04DB1" w:rsidP="00FA5778">
            <w:pPr>
              <w:spacing w:line="240" w:lineRule="auto"/>
              <w:rPr>
                <w:rFonts w:ascii="Arial" w:hAnsi="Arial" w:cs="Arial"/>
              </w:rPr>
            </w:pPr>
            <w:r w:rsidRPr="00AF6819">
              <w:rPr>
                <w:rFonts w:ascii="Arial" w:hAnsi="Arial" w:cs="Arial"/>
              </w:rPr>
              <w:t>U.S. service locations</w:t>
            </w:r>
          </w:p>
        </w:tc>
        <w:tc>
          <w:tcPr>
            <w:tcW w:w="5760" w:type="dxa"/>
            <w:shd w:val="clear" w:color="auto" w:fill="F8F9FB"/>
            <w:tcMar>
              <w:top w:w="90" w:type="dxa"/>
              <w:left w:w="110" w:type="dxa"/>
              <w:bottom w:w="90" w:type="dxa"/>
              <w:right w:w="110" w:type="dxa"/>
            </w:tcMar>
            <w:vAlign w:val="center"/>
          </w:tcPr>
          <w:p w14:paraId="4867A745" w14:textId="77777777" w:rsidR="00B04DB1" w:rsidRPr="00AF6819" w:rsidRDefault="00B04DB1" w:rsidP="00FA5778">
            <w:pPr>
              <w:spacing w:line="240" w:lineRule="auto"/>
              <w:rPr>
                <w:rFonts w:ascii="Arial" w:hAnsi="Arial" w:cs="Arial"/>
              </w:rPr>
            </w:pPr>
          </w:p>
        </w:tc>
      </w:tr>
      <w:tr w:rsidR="00B04DB1" w:rsidRPr="00AF6819" w14:paraId="7DA559BA" w14:textId="77777777" w:rsidTr="00FA5778">
        <w:trPr>
          <w:jc w:val="center"/>
        </w:trPr>
        <w:tc>
          <w:tcPr>
            <w:tcW w:w="3600" w:type="dxa"/>
            <w:tcMar>
              <w:top w:w="90" w:type="dxa"/>
              <w:left w:w="110" w:type="dxa"/>
              <w:bottom w:w="90" w:type="dxa"/>
              <w:right w:w="110" w:type="dxa"/>
            </w:tcMar>
            <w:vAlign w:val="center"/>
          </w:tcPr>
          <w:p w14:paraId="5AC857B4" w14:textId="77777777" w:rsidR="00B04DB1" w:rsidRPr="00AF6819" w:rsidRDefault="00B04DB1" w:rsidP="00FA5778">
            <w:pPr>
              <w:spacing w:line="240" w:lineRule="auto"/>
              <w:rPr>
                <w:rFonts w:ascii="Arial" w:hAnsi="Arial" w:cs="Arial"/>
              </w:rPr>
            </w:pPr>
            <w:r w:rsidRPr="00AF6819">
              <w:rPr>
                <w:rFonts w:ascii="Arial" w:hAnsi="Arial" w:cs="Arial"/>
              </w:rPr>
              <w:t>Proposed service partner</w:t>
            </w:r>
          </w:p>
        </w:tc>
        <w:tc>
          <w:tcPr>
            <w:tcW w:w="5760" w:type="dxa"/>
            <w:tcMar>
              <w:top w:w="90" w:type="dxa"/>
              <w:left w:w="110" w:type="dxa"/>
              <w:bottom w:w="90" w:type="dxa"/>
              <w:right w:w="110" w:type="dxa"/>
            </w:tcMar>
            <w:vAlign w:val="center"/>
          </w:tcPr>
          <w:p w14:paraId="52D983E2" w14:textId="77777777" w:rsidR="00B04DB1" w:rsidRPr="00AF6819" w:rsidRDefault="00B04DB1" w:rsidP="00FA5778">
            <w:pPr>
              <w:spacing w:line="240" w:lineRule="auto"/>
              <w:rPr>
                <w:rFonts w:ascii="Arial" w:hAnsi="Arial" w:cs="Arial"/>
              </w:rPr>
            </w:pPr>
          </w:p>
        </w:tc>
      </w:tr>
      <w:tr w:rsidR="00B04DB1" w:rsidRPr="00AF6819" w14:paraId="27A9EB40" w14:textId="77777777" w:rsidTr="00B95301">
        <w:trPr>
          <w:jc w:val="center"/>
        </w:trPr>
        <w:tc>
          <w:tcPr>
            <w:tcW w:w="3600" w:type="dxa"/>
            <w:tcBorders>
              <w:bottom w:val="single" w:sz="4" w:space="0" w:color="auto"/>
            </w:tcBorders>
            <w:shd w:val="clear" w:color="auto" w:fill="F8F9FB"/>
            <w:tcMar>
              <w:top w:w="90" w:type="dxa"/>
              <w:left w:w="110" w:type="dxa"/>
              <w:bottom w:w="90" w:type="dxa"/>
              <w:right w:w="110" w:type="dxa"/>
            </w:tcMar>
            <w:vAlign w:val="center"/>
          </w:tcPr>
          <w:p w14:paraId="4B703299" w14:textId="77777777" w:rsidR="00B04DB1" w:rsidRPr="00AF6819" w:rsidRDefault="00B04DB1" w:rsidP="00FA5778">
            <w:pPr>
              <w:spacing w:line="240" w:lineRule="auto"/>
              <w:rPr>
                <w:rFonts w:ascii="Arial" w:hAnsi="Arial" w:cs="Arial"/>
              </w:rPr>
            </w:pPr>
            <w:r w:rsidRPr="00AF6819">
              <w:rPr>
                <w:rFonts w:ascii="Arial" w:hAnsi="Arial" w:cs="Arial"/>
              </w:rPr>
              <w:t>Regional staffing and spares</w:t>
            </w:r>
          </w:p>
        </w:tc>
        <w:tc>
          <w:tcPr>
            <w:tcW w:w="5760" w:type="dxa"/>
            <w:tcBorders>
              <w:bottom w:val="single" w:sz="4" w:space="0" w:color="auto"/>
            </w:tcBorders>
            <w:shd w:val="clear" w:color="auto" w:fill="F8F9FB"/>
            <w:tcMar>
              <w:top w:w="90" w:type="dxa"/>
              <w:left w:w="110" w:type="dxa"/>
              <w:bottom w:w="90" w:type="dxa"/>
              <w:right w:w="110" w:type="dxa"/>
            </w:tcMar>
            <w:vAlign w:val="center"/>
          </w:tcPr>
          <w:p w14:paraId="2A520581" w14:textId="77777777" w:rsidR="00B04DB1" w:rsidRPr="00AF6819" w:rsidRDefault="00B04DB1" w:rsidP="00FA5778">
            <w:pPr>
              <w:spacing w:line="240" w:lineRule="auto"/>
              <w:rPr>
                <w:rFonts w:ascii="Arial" w:hAnsi="Arial" w:cs="Arial"/>
              </w:rPr>
            </w:pPr>
          </w:p>
        </w:tc>
      </w:tr>
      <w:tr w:rsidR="00B95301" w:rsidRPr="00AF6819" w14:paraId="193E52C3" w14:textId="77777777" w:rsidTr="00B95301">
        <w:trPr>
          <w:jc w:val="center"/>
        </w:trPr>
        <w:tc>
          <w:tcPr>
            <w:tcW w:w="3600" w:type="dxa"/>
            <w:tcMar>
              <w:top w:w="90" w:type="dxa"/>
              <w:left w:w="110" w:type="dxa"/>
              <w:bottom w:w="90" w:type="dxa"/>
              <w:right w:w="110" w:type="dxa"/>
            </w:tcMar>
            <w:vAlign w:val="center"/>
          </w:tcPr>
          <w:p w14:paraId="3CB2B15E" w14:textId="77777777" w:rsidR="00B95301" w:rsidRPr="00AF6819" w:rsidRDefault="00B95301" w:rsidP="00FA5778">
            <w:pPr>
              <w:spacing w:line="240" w:lineRule="auto"/>
              <w:rPr>
                <w:rFonts w:ascii="Arial" w:hAnsi="Arial" w:cs="Arial"/>
              </w:rPr>
            </w:pPr>
            <w:r>
              <w:rPr>
                <w:rFonts w:ascii="Arial" w:hAnsi="Arial" w:cs="Arial"/>
              </w:rPr>
              <w:t>Annual production</w:t>
            </w:r>
          </w:p>
        </w:tc>
        <w:tc>
          <w:tcPr>
            <w:tcW w:w="5760" w:type="dxa"/>
            <w:tcMar>
              <w:top w:w="90" w:type="dxa"/>
              <w:left w:w="110" w:type="dxa"/>
              <w:bottom w:w="90" w:type="dxa"/>
              <w:right w:w="110" w:type="dxa"/>
            </w:tcMar>
            <w:vAlign w:val="center"/>
          </w:tcPr>
          <w:p w14:paraId="2E4B490D" w14:textId="77777777" w:rsidR="00B95301" w:rsidRPr="00AF6819" w:rsidRDefault="00B95301" w:rsidP="00FA5778">
            <w:pPr>
              <w:spacing w:line="240" w:lineRule="auto"/>
              <w:rPr>
                <w:rFonts w:ascii="Arial" w:hAnsi="Arial" w:cs="Arial"/>
              </w:rPr>
            </w:pPr>
          </w:p>
        </w:tc>
      </w:tr>
      <w:tr w:rsidR="00E53155" w14:paraId="329256A8" w14:textId="77777777">
        <w:trPr>
          <w:jc w:val="center"/>
        </w:trPr>
        <w:tc>
          <w:tcPr>
            <w:tcW w:w="3600" w:type="dxa"/>
          </w:tcPr>
          <w:p w14:paraId="06F9D0EB" w14:textId="77777777" w:rsidR="00E53155" w:rsidRDefault="00000000">
            <w:r>
              <w:t>Total utility-scale BESS MW manufactured and delivered that is in commercial operation (minimum 200 MW)</w:t>
            </w:r>
          </w:p>
        </w:tc>
        <w:tc>
          <w:tcPr>
            <w:tcW w:w="5760" w:type="dxa"/>
          </w:tcPr>
          <w:p w14:paraId="38D08530" w14:textId="77777777" w:rsidR="00E53155" w:rsidRDefault="00E53155"/>
        </w:tc>
      </w:tr>
      <w:tr w:rsidR="00E53155" w14:paraId="164A01C8" w14:textId="77777777">
        <w:trPr>
          <w:jc w:val="center"/>
        </w:trPr>
        <w:tc>
          <w:tcPr>
            <w:tcW w:w="3600" w:type="dxa"/>
          </w:tcPr>
          <w:p w14:paraId="33134B2A" w14:textId="77777777" w:rsidR="00E53155" w:rsidRDefault="00000000">
            <w:r>
              <w:t>Operating project of at least 20 MW, with project or reference identification</w:t>
            </w:r>
          </w:p>
        </w:tc>
        <w:tc>
          <w:tcPr>
            <w:tcW w:w="5760" w:type="dxa"/>
          </w:tcPr>
          <w:p w14:paraId="063765D3" w14:textId="77777777" w:rsidR="00E53155" w:rsidRDefault="00E53155"/>
        </w:tc>
      </w:tr>
    </w:tbl>
    <w:p w14:paraId="30331CFD" w14:textId="77777777" w:rsidR="00B04DB1" w:rsidRDefault="00B04DB1" w:rsidP="00B04DB1">
      <w:pPr>
        <w:spacing w:after="0"/>
      </w:pPr>
    </w:p>
    <w:p w14:paraId="33EBECC1"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G.1 Operating References</w:t>
      </w:r>
    </w:p>
    <w:tbl>
      <w:tblPr>
        <w:tblStyle w:val="TableGrid"/>
        <w:tblW w:w="9360" w:type="dxa"/>
        <w:jc w:val="center"/>
        <w:tblLayout w:type="fixed"/>
        <w:tblLook w:val="04A0" w:firstRow="1" w:lastRow="0" w:firstColumn="1" w:lastColumn="0" w:noHBand="0" w:noVBand="1"/>
      </w:tblPr>
      <w:tblGrid>
        <w:gridCol w:w="2500"/>
        <w:gridCol w:w="2280"/>
        <w:gridCol w:w="2280"/>
        <w:gridCol w:w="2300"/>
      </w:tblGrid>
      <w:tr w:rsidR="00B04DB1" w:rsidRPr="00AF6819" w14:paraId="05A5DF64" w14:textId="77777777" w:rsidTr="00FA5778">
        <w:trPr>
          <w:tblHeader/>
          <w:jc w:val="center"/>
        </w:trPr>
        <w:tc>
          <w:tcPr>
            <w:tcW w:w="2500" w:type="dxa"/>
            <w:shd w:val="clear" w:color="auto" w:fill="2D2D84"/>
            <w:tcMar>
              <w:top w:w="90" w:type="dxa"/>
              <w:left w:w="110" w:type="dxa"/>
              <w:bottom w:w="90" w:type="dxa"/>
              <w:right w:w="110" w:type="dxa"/>
            </w:tcMar>
            <w:vAlign w:val="center"/>
          </w:tcPr>
          <w:p w14:paraId="7CE66F97"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Item</w:t>
            </w:r>
          </w:p>
        </w:tc>
        <w:tc>
          <w:tcPr>
            <w:tcW w:w="2280" w:type="dxa"/>
            <w:shd w:val="clear" w:color="auto" w:fill="2D2D84"/>
            <w:tcMar>
              <w:top w:w="90" w:type="dxa"/>
              <w:left w:w="110" w:type="dxa"/>
              <w:bottom w:w="90" w:type="dxa"/>
              <w:right w:w="110" w:type="dxa"/>
            </w:tcMar>
            <w:vAlign w:val="center"/>
          </w:tcPr>
          <w:p w14:paraId="2F53FF00"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Reference 1</w:t>
            </w:r>
          </w:p>
        </w:tc>
        <w:tc>
          <w:tcPr>
            <w:tcW w:w="2280" w:type="dxa"/>
            <w:shd w:val="clear" w:color="auto" w:fill="2D2D84"/>
            <w:tcMar>
              <w:top w:w="90" w:type="dxa"/>
              <w:left w:w="110" w:type="dxa"/>
              <w:bottom w:w="90" w:type="dxa"/>
              <w:right w:w="110" w:type="dxa"/>
            </w:tcMar>
            <w:vAlign w:val="center"/>
          </w:tcPr>
          <w:p w14:paraId="446A6251"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Reference 2</w:t>
            </w:r>
          </w:p>
        </w:tc>
        <w:tc>
          <w:tcPr>
            <w:tcW w:w="2300" w:type="dxa"/>
            <w:shd w:val="clear" w:color="auto" w:fill="2D2D84"/>
            <w:tcMar>
              <w:top w:w="90" w:type="dxa"/>
              <w:left w:w="110" w:type="dxa"/>
              <w:bottom w:w="90" w:type="dxa"/>
              <w:right w:w="110" w:type="dxa"/>
            </w:tcMar>
            <w:vAlign w:val="center"/>
          </w:tcPr>
          <w:p w14:paraId="404A838F"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Reference 3</w:t>
            </w:r>
          </w:p>
        </w:tc>
      </w:tr>
      <w:tr w:rsidR="00B04DB1" w:rsidRPr="00AF6819" w14:paraId="6205A543" w14:textId="77777777" w:rsidTr="00FA5778">
        <w:trPr>
          <w:jc w:val="center"/>
        </w:trPr>
        <w:tc>
          <w:tcPr>
            <w:tcW w:w="2500" w:type="dxa"/>
            <w:tcMar>
              <w:top w:w="90" w:type="dxa"/>
              <w:left w:w="110" w:type="dxa"/>
              <w:bottom w:w="90" w:type="dxa"/>
              <w:right w:w="110" w:type="dxa"/>
            </w:tcMar>
            <w:vAlign w:val="center"/>
          </w:tcPr>
          <w:p w14:paraId="4777BC05" w14:textId="77777777" w:rsidR="00B04DB1" w:rsidRPr="00AF6819" w:rsidRDefault="00B04DB1" w:rsidP="00FA5778">
            <w:pPr>
              <w:spacing w:line="240" w:lineRule="auto"/>
              <w:rPr>
                <w:rFonts w:ascii="Arial" w:hAnsi="Arial" w:cs="Arial"/>
              </w:rPr>
            </w:pPr>
            <w:r w:rsidRPr="00AF6819">
              <w:rPr>
                <w:rFonts w:ascii="Arial" w:hAnsi="Arial" w:cs="Arial"/>
              </w:rPr>
              <w:t>Project and location</w:t>
            </w:r>
          </w:p>
        </w:tc>
        <w:tc>
          <w:tcPr>
            <w:tcW w:w="2280" w:type="dxa"/>
            <w:tcMar>
              <w:top w:w="90" w:type="dxa"/>
              <w:left w:w="110" w:type="dxa"/>
              <w:bottom w:w="90" w:type="dxa"/>
              <w:right w:w="110" w:type="dxa"/>
            </w:tcMar>
            <w:vAlign w:val="center"/>
          </w:tcPr>
          <w:p w14:paraId="5774EA99" w14:textId="77777777" w:rsidR="00B04DB1" w:rsidRPr="00AF6819" w:rsidRDefault="00B04DB1" w:rsidP="00FA5778">
            <w:pPr>
              <w:spacing w:line="240" w:lineRule="auto"/>
              <w:rPr>
                <w:rFonts w:ascii="Arial" w:hAnsi="Arial" w:cs="Arial"/>
              </w:rPr>
            </w:pPr>
          </w:p>
        </w:tc>
        <w:tc>
          <w:tcPr>
            <w:tcW w:w="2280" w:type="dxa"/>
            <w:tcMar>
              <w:top w:w="90" w:type="dxa"/>
              <w:left w:w="110" w:type="dxa"/>
              <w:bottom w:w="90" w:type="dxa"/>
              <w:right w:w="110" w:type="dxa"/>
            </w:tcMar>
            <w:vAlign w:val="center"/>
          </w:tcPr>
          <w:p w14:paraId="3B58E72B" w14:textId="77777777" w:rsidR="00B04DB1" w:rsidRPr="00AF6819" w:rsidRDefault="00B04DB1" w:rsidP="00FA5778">
            <w:pPr>
              <w:spacing w:line="240" w:lineRule="auto"/>
              <w:rPr>
                <w:rFonts w:ascii="Arial" w:hAnsi="Arial" w:cs="Arial"/>
              </w:rPr>
            </w:pPr>
          </w:p>
        </w:tc>
        <w:tc>
          <w:tcPr>
            <w:tcW w:w="2300" w:type="dxa"/>
            <w:tcMar>
              <w:top w:w="90" w:type="dxa"/>
              <w:left w:w="110" w:type="dxa"/>
              <w:bottom w:w="90" w:type="dxa"/>
              <w:right w:w="110" w:type="dxa"/>
            </w:tcMar>
            <w:vAlign w:val="center"/>
          </w:tcPr>
          <w:p w14:paraId="5CA93290" w14:textId="77777777" w:rsidR="00B04DB1" w:rsidRPr="00AF6819" w:rsidRDefault="00B04DB1" w:rsidP="00FA5778">
            <w:pPr>
              <w:spacing w:line="240" w:lineRule="auto"/>
              <w:rPr>
                <w:rFonts w:ascii="Arial" w:hAnsi="Arial" w:cs="Arial"/>
              </w:rPr>
            </w:pPr>
          </w:p>
        </w:tc>
      </w:tr>
      <w:tr w:rsidR="00B04DB1" w:rsidRPr="00AF6819" w14:paraId="07B031BE" w14:textId="77777777" w:rsidTr="00FA5778">
        <w:trPr>
          <w:jc w:val="center"/>
        </w:trPr>
        <w:tc>
          <w:tcPr>
            <w:tcW w:w="2500" w:type="dxa"/>
            <w:shd w:val="clear" w:color="auto" w:fill="F8F9FB"/>
            <w:tcMar>
              <w:top w:w="90" w:type="dxa"/>
              <w:left w:w="110" w:type="dxa"/>
              <w:bottom w:w="90" w:type="dxa"/>
              <w:right w:w="110" w:type="dxa"/>
            </w:tcMar>
            <w:vAlign w:val="center"/>
          </w:tcPr>
          <w:p w14:paraId="0DA1EB36" w14:textId="77777777" w:rsidR="00B04DB1" w:rsidRPr="00AF6819" w:rsidRDefault="00B04DB1" w:rsidP="00FA5778">
            <w:pPr>
              <w:spacing w:line="240" w:lineRule="auto"/>
              <w:rPr>
                <w:rFonts w:ascii="Arial" w:hAnsi="Arial" w:cs="Arial"/>
              </w:rPr>
            </w:pPr>
            <w:r w:rsidRPr="00AF6819">
              <w:rPr>
                <w:rFonts w:ascii="Arial" w:hAnsi="Arial" w:cs="Arial"/>
              </w:rPr>
              <w:t>Owner or utility</w:t>
            </w:r>
          </w:p>
        </w:tc>
        <w:tc>
          <w:tcPr>
            <w:tcW w:w="2280" w:type="dxa"/>
            <w:shd w:val="clear" w:color="auto" w:fill="F8F9FB"/>
            <w:tcMar>
              <w:top w:w="90" w:type="dxa"/>
              <w:left w:w="110" w:type="dxa"/>
              <w:bottom w:w="90" w:type="dxa"/>
              <w:right w:w="110" w:type="dxa"/>
            </w:tcMar>
            <w:vAlign w:val="center"/>
          </w:tcPr>
          <w:p w14:paraId="17C9315D" w14:textId="77777777" w:rsidR="00B04DB1" w:rsidRPr="00AF6819" w:rsidRDefault="00B04DB1" w:rsidP="00FA5778">
            <w:pPr>
              <w:spacing w:line="240" w:lineRule="auto"/>
              <w:rPr>
                <w:rFonts w:ascii="Arial" w:hAnsi="Arial" w:cs="Arial"/>
              </w:rPr>
            </w:pPr>
          </w:p>
        </w:tc>
        <w:tc>
          <w:tcPr>
            <w:tcW w:w="2280" w:type="dxa"/>
            <w:shd w:val="clear" w:color="auto" w:fill="F8F9FB"/>
            <w:tcMar>
              <w:top w:w="90" w:type="dxa"/>
              <w:left w:w="110" w:type="dxa"/>
              <w:bottom w:w="90" w:type="dxa"/>
              <w:right w:w="110" w:type="dxa"/>
            </w:tcMar>
            <w:vAlign w:val="center"/>
          </w:tcPr>
          <w:p w14:paraId="1C777FD9" w14:textId="77777777" w:rsidR="00B04DB1" w:rsidRPr="00AF6819" w:rsidRDefault="00B04DB1" w:rsidP="00FA5778">
            <w:pPr>
              <w:spacing w:line="240" w:lineRule="auto"/>
              <w:rPr>
                <w:rFonts w:ascii="Arial" w:hAnsi="Arial" w:cs="Arial"/>
              </w:rPr>
            </w:pPr>
          </w:p>
        </w:tc>
        <w:tc>
          <w:tcPr>
            <w:tcW w:w="2300" w:type="dxa"/>
            <w:shd w:val="clear" w:color="auto" w:fill="F8F9FB"/>
            <w:tcMar>
              <w:top w:w="90" w:type="dxa"/>
              <w:left w:w="110" w:type="dxa"/>
              <w:bottom w:w="90" w:type="dxa"/>
              <w:right w:w="110" w:type="dxa"/>
            </w:tcMar>
            <w:vAlign w:val="center"/>
          </w:tcPr>
          <w:p w14:paraId="2F70711D" w14:textId="77777777" w:rsidR="00B04DB1" w:rsidRPr="00AF6819" w:rsidRDefault="00B04DB1" w:rsidP="00FA5778">
            <w:pPr>
              <w:spacing w:line="240" w:lineRule="auto"/>
              <w:rPr>
                <w:rFonts w:ascii="Arial" w:hAnsi="Arial" w:cs="Arial"/>
              </w:rPr>
            </w:pPr>
          </w:p>
        </w:tc>
      </w:tr>
      <w:tr w:rsidR="00B04DB1" w:rsidRPr="00AF6819" w14:paraId="649D8FE8" w14:textId="77777777" w:rsidTr="00FA5778">
        <w:trPr>
          <w:jc w:val="center"/>
        </w:trPr>
        <w:tc>
          <w:tcPr>
            <w:tcW w:w="2500" w:type="dxa"/>
            <w:tcMar>
              <w:top w:w="90" w:type="dxa"/>
              <w:left w:w="110" w:type="dxa"/>
              <w:bottom w:w="90" w:type="dxa"/>
              <w:right w:w="110" w:type="dxa"/>
            </w:tcMar>
            <w:vAlign w:val="center"/>
          </w:tcPr>
          <w:p w14:paraId="0D70EF16" w14:textId="77777777" w:rsidR="00B04DB1" w:rsidRPr="00AF6819" w:rsidRDefault="00B04DB1" w:rsidP="00FA5778">
            <w:pPr>
              <w:spacing w:line="240" w:lineRule="auto"/>
              <w:rPr>
                <w:rFonts w:ascii="Arial" w:hAnsi="Arial" w:cs="Arial"/>
              </w:rPr>
            </w:pPr>
            <w:r w:rsidRPr="00AF6819">
              <w:rPr>
                <w:rFonts w:ascii="Arial" w:hAnsi="Arial" w:cs="Arial"/>
              </w:rPr>
              <w:t>MW / MWh</w:t>
            </w:r>
          </w:p>
        </w:tc>
        <w:tc>
          <w:tcPr>
            <w:tcW w:w="2280" w:type="dxa"/>
            <w:tcMar>
              <w:top w:w="90" w:type="dxa"/>
              <w:left w:w="110" w:type="dxa"/>
              <w:bottom w:w="90" w:type="dxa"/>
              <w:right w:w="110" w:type="dxa"/>
            </w:tcMar>
            <w:vAlign w:val="center"/>
          </w:tcPr>
          <w:p w14:paraId="4090E726" w14:textId="77777777" w:rsidR="00B04DB1" w:rsidRPr="00AF6819" w:rsidRDefault="00B04DB1" w:rsidP="00FA5778">
            <w:pPr>
              <w:spacing w:line="240" w:lineRule="auto"/>
              <w:rPr>
                <w:rFonts w:ascii="Arial" w:hAnsi="Arial" w:cs="Arial"/>
              </w:rPr>
            </w:pPr>
          </w:p>
        </w:tc>
        <w:tc>
          <w:tcPr>
            <w:tcW w:w="2280" w:type="dxa"/>
            <w:tcMar>
              <w:top w:w="90" w:type="dxa"/>
              <w:left w:w="110" w:type="dxa"/>
              <w:bottom w:w="90" w:type="dxa"/>
              <w:right w:w="110" w:type="dxa"/>
            </w:tcMar>
            <w:vAlign w:val="center"/>
          </w:tcPr>
          <w:p w14:paraId="12007393" w14:textId="77777777" w:rsidR="00B04DB1" w:rsidRPr="00AF6819" w:rsidRDefault="00B04DB1" w:rsidP="00FA5778">
            <w:pPr>
              <w:spacing w:line="240" w:lineRule="auto"/>
              <w:rPr>
                <w:rFonts w:ascii="Arial" w:hAnsi="Arial" w:cs="Arial"/>
              </w:rPr>
            </w:pPr>
          </w:p>
        </w:tc>
        <w:tc>
          <w:tcPr>
            <w:tcW w:w="2300" w:type="dxa"/>
            <w:tcMar>
              <w:top w:w="90" w:type="dxa"/>
              <w:left w:w="110" w:type="dxa"/>
              <w:bottom w:w="90" w:type="dxa"/>
              <w:right w:w="110" w:type="dxa"/>
            </w:tcMar>
            <w:vAlign w:val="center"/>
          </w:tcPr>
          <w:p w14:paraId="365E8EEB" w14:textId="77777777" w:rsidR="00B04DB1" w:rsidRPr="00AF6819" w:rsidRDefault="00B04DB1" w:rsidP="00FA5778">
            <w:pPr>
              <w:spacing w:line="240" w:lineRule="auto"/>
              <w:rPr>
                <w:rFonts w:ascii="Arial" w:hAnsi="Arial" w:cs="Arial"/>
              </w:rPr>
            </w:pPr>
          </w:p>
        </w:tc>
      </w:tr>
      <w:tr w:rsidR="00B04DB1" w:rsidRPr="00AF6819" w14:paraId="32942218" w14:textId="77777777" w:rsidTr="00FA5778">
        <w:trPr>
          <w:jc w:val="center"/>
        </w:trPr>
        <w:tc>
          <w:tcPr>
            <w:tcW w:w="2500" w:type="dxa"/>
            <w:shd w:val="clear" w:color="auto" w:fill="F8F9FB"/>
            <w:tcMar>
              <w:top w:w="90" w:type="dxa"/>
              <w:left w:w="110" w:type="dxa"/>
              <w:bottom w:w="90" w:type="dxa"/>
              <w:right w:w="110" w:type="dxa"/>
            </w:tcMar>
            <w:vAlign w:val="center"/>
          </w:tcPr>
          <w:p w14:paraId="0BA69C83" w14:textId="77777777" w:rsidR="00B04DB1" w:rsidRPr="00AF6819" w:rsidRDefault="00B04DB1" w:rsidP="00FA5778">
            <w:pPr>
              <w:spacing w:line="240" w:lineRule="auto"/>
              <w:rPr>
                <w:rFonts w:ascii="Arial" w:hAnsi="Arial" w:cs="Arial"/>
              </w:rPr>
            </w:pPr>
            <w:r w:rsidRPr="00AF6819">
              <w:rPr>
                <w:rFonts w:ascii="Arial" w:hAnsi="Arial" w:cs="Arial"/>
              </w:rPr>
              <w:t>Product</w:t>
            </w:r>
          </w:p>
        </w:tc>
        <w:tc>
          <w:tcPr>
            <w:tcW w:w="2280" w:type="dxa"/>
            <w:shd w:val="clear" w:color="auto" w:fill="F8F9FB"/>
            <w:tcMar>
              <w:top w:w="90" w:type="dxa"/>
              <w:left w:w="110" w:type="dxa"/>
              <w:bottom w:w="90" w:type="dxa"/>
              <w:right w:w="110" w:type="dxa"/>
            </w:tcMar>
            <w:vAlign w:val="center"/>
          </w:tcPr>
          <w:p w14:paraId="11CF1047" w14:textId="77777777" w:rsidR="00B04DB1" w:rsidRPr="00AF6819" w:rsidRDefault="00B04DB1" w:rsidP="00FA5778">
            <w:pPr>
              <w:spacing w:line="240" w:lineRule="auto"/>
              <w:rPr>
                <w:rFonts w:ascii="Arial" w:hAnsi="Arial" w:cs="Arial"/>
              </w:rPr>
            </w:pPr>
          </w:p>
        </w:tc>
        <w:tc>
          <w:tcPr>
            <w:tcW w:w="2280" w:type="dxa"/>
            <w:shd w:val="clear" w:color="auto" w:fill="F8F9FB"/>
            <w:tcMar>
              <w:top w:w="90" w:type="dxa"/>
              <w:left w:w="110" w:type="dxa"/>
              <w:bottom w:w="90" w:type="dxa"/>
              <w:right w:w="110" w:type="dxa"/>
            </w:tcMar>
            <w:vAlign w:val="center"/>
          </w:tcPr>
          <w:p w14:paraId="4FB04098" w14:textId="77777777" w:rsidR="00B04DB1" w:rsidRPr="00AF6819" w:rsidRDefault="00B04DB1" w:rsidP="00FA5778">
            <w:pPr>
              <w:spacing w:line="240" w:lineRule="auto"/>
              <w:rPr>
                <w:rFonts w:ascii="Arial" w:hAnsi="Arial" w:cs="Arial"/>
              </w:rPr>
            </w:pPr>
          </w:p>
        </w:tc>
        <w:tc>
          <w:tcPr>
            <w:tcW w:w="2300" w:type="dxa"/>
            <w:shd w:val="clear" w:color="auto" w:fill="F8F9FB"/>
            <w:tcMar>
              <w:top w:w="90" w:type="dxa"/>
              <w:left w:w="110" w:type="dxa"/>
              <w:bottom w:w="90" w:type="dxa"/>
              <w:right w:w="110" w:type="dxa"/>
            </w:tcMar>
            <w:vAlign w:val="center"/>
          </w:tcPr>
          <w:p w14:paraId="37AAE807" w14:textId="77777777" w:rsidR="00B04DB1" w:rsidRPr="00AF6819" w:rsidRDefault="00B04DB1" w:rsidP="00FA5778">
            <w:pPr>
              <w:spacing w:line="240" w:lineRule="auto"/>
              <w:rPr>
                <w:rFonts w:ascii="Arial" w:hAnsi="Arial" w:cs="Arial"/>
              </w:rPr>
            </w:pPr>
          </w:p>
        </w:tc>
      </w:tr>
      <w:tr w:rsidR="00B04DB1" w:rsidRPr="00AF6819" w14:paraId="77FA6AF6" w14:textId="77777777" w:rsidTr="00FA5778">
        <w:trPr>
          <w:jc w:val="center"/>
        </w:trPr>
        <w:tc>
          <w:tcPr>
            <w:tcW w:w="2500" w:type="dxa"/>
            <w:tcMar>
              <w:top w:w="90" w:type="dxa"/>
              <w:left w:w="110" w:type="dxa"/>
              <w:bottom w:w="90" w:type="dxa"/>
              <w:right w:w="110" w:type="dxa"/>
            </w:tcMar>
            <w:vAlign w:val="center"/>
          </w:tcPr>
          <w:p w14:paraId="77ECCC7B" w14:textId="77777777" w:rsidR="00B04DB1" w:rsidRPr="00AF6819" w:rsidRDefault="00B04DB1" w:rsidP="00FA5778">
            <w:pPr>
              <w:spacing w:line="240" w:lineRule="auto"/>
              <w:rPr>
                <w:rFonts w:ascii="Arial" w:hAnsi="Arial" w:cs="Arial"/>
              </w:rPr>
            </w:pPr>
            <w:r>
              <w:rPr>
                <w:rFonts w:ascii="Arial" w:hAnsi="Arial" w:cs="Arial"/>
              </w:rPr>
              <w:t>Bidder role</w:t>
            </w:r>
          </w:p>
        </w:tc>
        <w:tc>
          <w:tcPr>
            <w:tcW w:w="2280" w:type="dxa"/>
            <w:tcMar>
              <w:top w:w="90" w:type="dxa"/>
              <w:left w:w="110" w:type="dxa"/>
              <w:bottom w:w="90" w:type="dxa"/>
              <w:right w:w="110" w:type="dxa"/>
            </w:tcMar>
            <w:vAlign w:val="center"/>
          </w:tcPr>
          <w:p w14:paraId="526D7BC0" w14:textId="77777777" w:rsidR="00B04DB1" w:rsidRPr="00AF6819" w:rsidRDefault="00B04DB1" w:rsidP="00FA5778">
            <w:pPr>
              <w:spacing w:line="240" w:lineRule="auto"/>
              <w:rPr>
                <w:rFonts w:ascii="Arial" w:hAnsi="Arial" w:cs="Arial"/>
              </w:rPr>
            </w:pPr>
          </w:p>
        </w:tc>
        <w:tc>
          <w:tcPr>
            <w:tcW w:w="2280" w:type="dxa"/>
            <w:tcMar>
              <w:top w:w="90" w:type="dxa"/>
              <w:left w:w="110" w:type="dxa"/>
              <w:bottom w:w="90" w:type="dxa"/>
              <w:right w:w="110" w:type="dxa"/>
            </w:tcMar>
            <w:vAlign w:val="center"/>
          </w:tcPr>
          <w:p w14:paraId="4D315256" w14:textId="77777777" w:rsidR="00B04DB1" w:rsidRPr="00AF6819" w:rsidRDefault="00B04DB1" w:rsidP="00FA5778">
            <w:pPr>
              <w:spacing w:line="240" w:lineRule="auto"/>
              <w:rPr>
                <w:rFonts w:ascii="Arial" w:hAnsi="Arial" w:cs="Arial"/>
              </w:rPr>
            </w:pPr>
          </w:p>
        </w:tc>
        <w:tc>
          <w:tcPr>
            <w:tcW w:w="2300" w:type="dxa"/>
            <w:tcMar>
              <w:top w:w="90" w:type="dxa"/>
              <w:left w:w="110" w:type="dxa"/>
              <w:bottom w:w="90" w:type="dxa"/>
              <w:right w:w="110" w:type="dxa"/>
            </w:tcMar>
            <w:vAlign w:val="center"/>
          </w:tcPr>
          <w:p w14:paraId="7830820F" w14:textId="77777777" w:rsidR="00B04DB1" w:rsidRPr="00AF6819" w:rsidRDefault="00B04DB1" w:rsidP="00FA5778">
            <w:pPr>
              <w:spacing w:line="240" w:lineRule="auto"/>
              <w:rPr>
                <w:rFonts w:ascii="Arial" w:hAnsi="Arial" w:cs="Arial"/>
              </w:rPr>
            </w:pPr>
          </w:p>
        </w:tc>
      </w:tr>
      <w:tr w:rsidR="00B04DB1" w:rsidRPr="00AF6819" w14:paraId="13B92686" w14:textId="77777777" w:rsidTr="00FA5778">
        <w:trPr>
          <w:jc w:val="center"/>
        </w:trPr>
        <w:tc>
          <w:tcPr>
            <w:tcW w:w="2500" w:type="dxa"/>
            <w:shd w:val="clear" w:color="auto" w:fill="F8F9FB"/>
            <w:tcMar>
              <w:top w:w="90" w:type="dxa"/>
              <w:left w:w="110" w:type="dxa"/>
              <w:bottom w:w="90" w:type="dxa"/>
              <w:right w:w="110" w:type="dxa"/>
            </w:tcMar>
            <w:vAlign w:val="center"/>
          </w:tcPr>
          <w:p w14:paraId="5CE666C3" w14:textId="77777777" w:rsidR="00B04DB1" w:rsidRPr="00AF6819" w:rsidRDefault="00B04DB1" w:rsidP="00FA5778">
            <w:pPr>
              <w:spacing w:line="240" w:lineRule="auto"/>
              <w:rPr>
                <w:rFonts w:ascii="Arial" w:hAnsi="Arial" w:cs="Arial"/>
              </w:rPr>
            </w:pPr>
            <w:r w:rsidRPr="00AF6819">
              <w:rPr>
                <w:rFonts w:ascii="Arial" w:hAnsi="Arial" w:cs="Arial"/>
              </w:rPr>
              <w:t>COD</w:t>
            </w:r>
          </w:p>
        </w:tc>
        <w:tc>
          <w:tcPr>
            <w:tcW w:w="2280" w:type="dxa"/>
            <w:shd w:val="clear" w:color="auto" w:fill="F8F9FB"/>
            <w:tcMar>
              <w:top w:w="90" w:type="dxa"/>
              <w:left w:w="110" w:type="dxa"/>
              <w:bottom w:w="90" w:type="dxa"/>
              <w:right w:w="110" w:type="dxa"/>
            </w:tcMar>
            <w:vAlign w:val="center"/>
          </w:tcPr>
          <w:p w14:paraId="0E012960" w14:textId="77777777" w:rsidR="00B04DB1" w:rsidRPr="00AF6819" w:rsidRDefault="00B04DB1" w:rsidP="00FA5778">
            <w:pPr>
              <w:spacing w:line="240" w:lineRule="auto"/>
              <w:rPr>
                <w:rFonts w:ascii="Arial" w:hAnsi="Arial" w:cs="Arial"/>
              </w:rPr>
            </w:pPr>
          </w:p>
        </w:tc>
        <w:tc>
          <w:tcPr>
            <w:tcW w:w="2280" w:type="dxa"/>
            <w:shd w:val="clear" w:color="auto" w:fill="F8F9FB"/>
            <w:tcMar>
              <w:top w:w="90" w:type="dxa"/>
              <w:left w:w="110" w:type="dxa"/>
              <w:bottom w:w="90" w:type="dxa"/>
              <w:right w:w="110" w:type="dxa"/>
            </w:tcMar>
            <w:vAlign w:val="center"/>
          </w:tcPr>
          <w:p w14:paraId="5D9CF5E1" w14:textId="77777777" w:rsidR="00B04DB1" w:rsidRPr="00AF6819" w:rsidRDefault="00B04DB1" w:rsidP="00FA5778">
            <w:pPr>
              <w:spacing w:line="240" w:lineRule="auto"/>
              <w:rPr>
                <w:rFonts w:ascii="Arial" w:hAnsi="Arial" w:cs="Arial"/>
              </w:rPr>
            </w:pPr>
          </w:p>
        </w:tc>
        <w:tc>
          <w:tcPr>
            <w:tcW w:w="2300" w:type="dxa"/>
            <w:shd w:val="clear" w:color="auto" w:fill="F8F9FB"/>
            <w:tcMar>
              <w:top w:w="90" w:type="dxa"/>
              <w:left w:w="110" w:type="dxa"/>
              <w:bottom w:w="90" w:type="dxa"/>
              <w:right w:w="110" w:type="dxa"/>
            </w:tcMar>
            <w:vAlign w:val="center"/>
          </w:tcPr>
          <w:p w14:paraId="6991A6CE" w14:textId="77777777" w:rsidR="00B04DB1" w:rsidRPr="00AF6819" w:rsidRDefault="00B04DB1" w:rsidP="00FA5778">
            <w:pPr>
              <w:spacing w:line="240" w:lineRule="auto"/>
              <w:rPr>
                <w:rFonts w:ascii="Arial" w:hAnsi="Arial" w:cs="Arial"/>
              </w:rPr>
            </w:pPr>
          </w:p>
        </w:tc>
      </w:tr>
      <w:tr w:rsidR="00B04DB1" w:rsidRPr="00AF6819" w14:paraId="28E94267" w14:textId="77777777" w:rsidTr="00FA5778">
        <w:trPr>
          <w:jc w:val="center"/>
        </w:trPr>
        <w:tc>
          <w:tcPr>
            <w:tcW w:w="2500" w:type="dxa"/>
            <w:tcMar>
              <w:top w:w="90" w:type="dxa"/>
              <w:left w:w="110" w:type="dxa"/>
              <w:bottom w:w="90" w:type="dxa"/>
              <w:right w:w="110" w:type="dxa"/>
            </w:tcMar>
            <w:vAlign w:val="center"/>
          </w:tcPr>
          <w:p w14:paraId="4107958E" w14:textId="77777777" w:rsidR="00B04DB1" w:rsidRPr="00AF6819" w:rsidRDefault="00B04DB1" w:rsidP="00FA5778">
            <w:pPr>
              <w:spacing w:line="240" w:lineRule="auto"/>
              <w:rPr>
                <w:rFonts w:ascii="Arial" w:hAnsi="Arial" w:cs="Arial"/>
              </w:rPr>
            </w:pPr>
            <w:r w:rsidRPr="00AF6819">
              <w:rPr>
                <w:rFonts w:ascii="Arial" w:hAnsi="Arial" w:cs="Arial"/>
              </w:rPr>
              <w:t>Months operating</w:t>
            </w:r>
          </w:p>
        </w:tc>
        <w:tc>
          <w:tcPr>
            <w:tcW w:w="2280" w:type="dxa"/>
            <w:tcMar>
              <w:top w:w="90" w:type="dxa"/>
              <w:left w:w="110" w:type="dxa"/>
              <w:bottom w:w="90" w:type="dxa"/>
              <w:right w:w="110" w:type="dxa"/>
            </w:tcMar>
            <w:vAlign w:val="center"/>
          </w:tcPr>
          <w:p w14:paraId="5B014F3D" w14:textId="77777777" w:rsidR="00B04DB1" w:rsidRPr="00AF6819" w:rsidRDefault="00B04DB1" w:rsidP="00FA5778">
            <w:pPr>
              <w:spacing w:line="240" w:lineRule="auto"/>
              <w:rPr>
                <w:rFonts w:ascii="Arial" w:hAnsi="Arial" w:cs="Arial"/>
              </w:rPr>
            </w:pPr>
          </w:p>
        </w:tc>
        <w:tc>
          <w:tcPr>
            <w:tcW w:w="2280" w:type="dxa"/>
            <w:tcMar>
              <w:top w:w="90" w:type="dxa"/>
              <w:left w:w="110" w:type="dxa"/>
              <w:bottom w:w="90" w:type="dxa"/>
              <w:right w:w="110" w:type="dxa"/>
            </w:tcMar>
            <w:vAlign w:val="center"/>
          </w:tcPr>
          <w:p w14:paraId="5C49AB27" w14:textId="77777777" w:rsidR="00B04DB1" w:rsidRPr="00AF6819" w:rsidRDefault="00B04DB1" w:rsidP="00FA5778">
            <w:pPr>
              <w:spacing w:line="240" w:lineRule="auto"/>
              <w:rPr>
                <w:rFonts w:ascii="Arial" w:hAnsi="Arial" w:cs="Arial"/>
              </w:rPr>
            </w:pPr>
          </w:p>
        </w:tc>
        <w:tc>
          <w:tcPr>
            <w:tcW w:w="2300" w:type="dxa"/>
            <w:tcMar>
              <w:top w:w="90" w:type="dxa"/>
              <w:left w:w="110" w:type="dxa"/>
              <w:bottom w:w="90" w:type="dxa"/>
              <w:right w:w="110" w:type="dxa"/>
            </w:tcMar>
            <w:vAlign w:val="center"/>
          </w:tcPr>
          <w:p w14:paraId="1137E8C3" w14:textId="77777777" w:rsidR="00B04DB1" w:rsidRPr="00AF6819" w:rsidRDefault="00B04DB1" w:rsidP="00FA5778">
            <w:pPr>
              <w:spacing w:line="240" w:lineRule="auto"/>
              <w:rPr>
                <w:rFonts w:ascii="Arial" w:hAnsi="Arial" w:cs="Arial"/>
              </w:rPr>
            </w:pPr>
          </w:p>
        </w:tc>
      </w:tr>
      <w:tr w:rsidR="00B04DB1" w:rsidRPr="00AF6819" w14:paraId="4AD40267" w14:textId="77777777" w:rsidTr="00FA5778">
        <w:trPr>
          <w:jc w:val="center"/>
        </w:trPr>
        <w:tc>
          <w:tcPr>
            <w:tcW w:w="2500" w:type="dxa"/>
            <w:shd w:val="clear" w:color="auto" w:fill="F8F9FB"/>
            <w:tcMar>
              <w:top w:w="90" w:type="dxa"/>
              <w:left w:w="110" w:type="dxa"/>
              <w:bottom w:w="90" w:type="dxa"/>
              <w:right w:w="110" w:type="dxa"/>
            </w:tcMar>
            <w:vAlign w:val="center"/>
          </w:tcPr>
          <w:p w14:paraId="17A540CA" w14:textId="77777777" w:rsidR="00B04DB1" w:rsidRPr="00AF6819" w:rsidRDefault="00B04DB1" w:rsidP="00FA5778">
            <w:pPr>
              <w:spacing w:line="240" w:lineRule="auto"/>
              <w:rPr>
                <w:rFonts w:ascii="Arial" w:hAnsi="Arial" w:cs="Arial"/>
              </w:rPr>
            </w:pPr>
            <w:r w:rsidRPr="00AF6819">
              <w:rPr>
                <w:rFonts w:ascii="Arial" w:hAnsi="Arial" w:cs="Arial"/>
              </w:rPr>
              <w:lastRenderedPageBreak/>
              <w:t>Reference name</w:t>
            </w:r>
          </w:p>
        </w:tc>
        <w:tc>
          <w:tcPr>
            <w:tcW w:w="2280" w:type="dxa"/>
            <w:shd w:val="clear" w:color="auto" w:fill="F8F9FB"/>
            <w:tcMar>
              <w:top w:w="90" w:type="dxa"/>
              <w:left w:w="110" w:type="dxa"/>
              <w:bottom w:w="90" w:type="dxa"/>
              <w:right w:w="110" w:type="dxa"/>
            </w:tcMar>
            <w:vAlign w:val="center"/>
          </w:tcPr>
          <w:p w14:paraId="39B330EB" w14:textId="77777777" w:rsidR="00B04DB1" w:rsidRPr="00AF6819" w:rsidRDefault="00B04DB1" w:rsidP="00FA5778">
            <w:pPr>
              <w:spacing w:line="240" w:lineRule="auto"/>
              <w:rPr>
                <w:rFonts w:ascii="Arial" w:hAnsi="Arial" w:cs="Arial"/>
              </w:rPr>
            </w:pPr>
          </w:p>
        </w:tc>
        <w:tc>
          <w:tcPr>
            <w:tcW w:w="2280" w:type="dxa"/>
            <w:shd w:val="clear" w:color="auto" w:fill="F8F9FB"/>
            <w:tcMar>
              <w:top w:w="90" w:type="dxa"/>
              <w:left w:w="110" w:type="dxa"/>
              <w:bottom w:w="90" w:type="dxa"/>
              <w:right w:w="110" w:type="dxa"/>
            </w:tcMar>
            <w:vAlign w:val="center"/>
          </w:tcPr>
          <w:p w14:paraId="2A686F4E" w14:textId="77777777" w:rsidR="00B04DB1" w:rsidRPr="00AF6819" w:rsidRDefault="00B04DB1" w:rsidP="00FA5778">
            <w:pPr>
              <w:spacing w:line="240" w:lineRule="auto"/>
              <w:rPr>
                <w:rFonts w:ascii="Arial" w:hAnsi="Arial" w:cs="Arial"/>
              </w:rPr>
            </w:pPr>
          </w:p>
        </w:tc>
        <w:tc>
          <w:tcPr>
            <w:tcW w:w="2300" w:type="dxa"/>
            <w:shd w:val="clear" w:color="auto" w:fill="F8F9FB"/>
            <w:tcMar>
              <w:top w:w="90" w:type="dxa"/>
              <w:left w:w="110" w:type="dxa"/>
              <w:bottom w:w="90" w:type="dxa"/>
              <w:right w:w="110" w:type="dxa"/>
            </w:tcMar>
            <w:vAlign w:val="center"/>
          </w:tcPr>
          <w:p w14:paraId="0382C534" w14:textId="77777777" w:rsidR="00B04DB1" w:rsidRPr="00AF6819" w:rsidRDefault="00B04DB1" w:rsidP="00FA5778">
            <w:pPr>
              <w:spacing w:line="240" w:lineRule="auto"/>
              <w:rPr>
                <w:rFonts w:ascii="Arial" w:hAnsi="Arial" w:cs="Arial"/>
              </w:rPr>
            </w:pPr>
          </w:p>
        </w:tc>
      </w:tr>
      <w:tr w:rsidR="00B04DB1" w:rsidRPr="00AF6819" w14:paraId="41C2E016" w14:textId="77777777" w:rsidTr="00FA5778">
        <w:trPr>
          <w:jc w:val="center"/>
        </w:trPr>
        <w:tc>
          <w:tcPr>
            <w:tcW w:w="2500" w:type="dxa"/>
            <w:tcMar>
              <w:top w:w="90" w:type="dxa"/>
              <w:left w:w="110" w:type="dxa"/>
              <w:bottom w:w="90" w:type="dxa"/>
              <w:right w:w="110" w:type="dxa"/>
            </w:tcMar>
            <w:vAlign w:val="center"/>
          </w:tcPr>
          <w:p w14:paraId="426D1132" w14:textId="77777777" w:rsidR="00B04DB1" w:rsidRPr="00AF6819" w:rsidRDefault="00B04DB1" w:rsidP="00FA5778">
            <w:pPr>
              <w:spacing w:line="240" w:lineRule="auto"/>
              <w:rPr>
                <w:rFonts w:ascii="Arial" w:hAnsi="Arial" w:cs="Arial"/>
              </w:rPr>
            </w:pPr>
            <w:r w:rsidRPr="00AF6819">
              <w:rPr>
                <w:rFonts w:ascii="Arial" w:hAnsi="Arial" w:cs="Arial"/>
              </w:rPr>
              <w:t>Email and telephone</w:t>
            </w:r>
          </w:p>
        </w:tc>
        <w:tc>
          <w:tcPr>
            <w:tcW w:w="2280" w:type="dxa"/>
            <w:tcMar>
              <w:top w:w="90" w:type="dxa"/>
              <w:left w:w="110" w:type="dxa"/>
              <w:bottom w:w="90" w:type="dxa"/>
              <w:right w:w="110" w:type="dxa"/>
            </w:tcMar>
            <w:vAlign w:val="center"/>
          </w:tcPr>
          <w:p w14:paraId="6D397497" w14:textId="77777777" w:rsidR="00B04DB1" w:rsidRPr="00AF6819" w:rsidRDefault="00B04DB1" w:rsidP="00FA5778">
            <w:pPr>
              <w:spacing w:line="240" w:lineRule="auto"/>
              <w:rPr>
                <w:rFonts w:ascii="Arial" w:hAnsi="Arial" w:cs="Arial"/>
              </w:rPr>
            </w:pPr>
          </w:p>
        </w:tc>
        <w:tc>
          <w:tcPr>
            <w:tcW w:w="2280" w:type="dxa"/>
            <w:tcMar>
              <w:top w:w="90" w:type="dxa"/>
              <w:left w:w="110" w:type="dxa"/>
              <w:bottom w:w="90" w:type="dxa"/>
              <w:right w:w="110" w:type="dxa"/>
            </w:tcMar>
            <w:vAlign w:val="center"/>
          </w:tcPr>
          <w:p w14:paraId="503AC55B" w14:textId="77777777" w:rsidR="00B04DB1" w:rsidRPr="00AF6819" w:rsidRDefault="00B04DB1" w:rsidP="00FA5778">
            <w:pPr>
              <w:spacing w:line="240" w:lineRule="auto"/>
              <w:rPr>
                <w:rFonts w:ascii="Arial" w:hAnsi="Arial" w:cs="Arial"/>
              </w:rPr>
            </w:pPr>
          </w:p>
        </w:tc>
        <w:tc>
          <w:tcPr>
            <w:tcW w:w="2300" w:type="dxa"/>
            <w:tcMar>
              <w:top w:w="90" w:type="dxa"/>
              <w:left w:w="110" w:type="dxa"/>
              <w:bottom w:w="90" w:type="dxa"/>
              <w:right w:w="110" w:type="dxa"/>
            </w:tcMar>
            <w:vAlign w:val="center"/>
          </w:tcPr>
          <w:p w14:paraId="79B221AD" w14:textId="77777777" w:rsidR="00B04DB1" w:rsidRPr="00AF6819" w:rsidRDefault="00B04DB1" w:rsidP="00FA5778">
            <w:pPr>
              <w:spacing w:line="240" w:lineRule="auto"/>
              <w:rPr>
                <w:rFonts w:ascii="Arial" w:hAnsi="Arial" w:cs="Arial"/>
              </w:rPr>
            </w:pPr>
          </w:p>
        </w:tc>
      </w:tr>
      <w:tr w:rsidR="00B04DB1" w:rsidRPr="00AF6819" w14:paraId="1136CEE0" w14:textId="77777777" w:rsidTr="00FA5778">
        <w:trPr>
          <w:jc w:val="center"/>
        </w:trPr>
        <w:tc>
          <w:tcPr>
            <w:tcW w:w="2500" w:type="dxa"/>
            <w:shd w:val="clear" w:color="auto" w:fill="F8F9FB"/>
            <w:tcMar>
              <w:top w:w="90" w:type="dxa"/>
              <w:left w:w="110" w:type="dxa"/>
              <w:bottom w:w="90" w:type="dxa"/>
              <w:right w:w="110" w:type="dxa"/>
            </w:tcMar>
            <w:vAlign w:val="center"/>
          </w:tcPr>
          <w:p w14:paraId="6C1B77BE" w14:textId="77777777" w:rsidR="00B04DB1" w:rsidRPr="00AF6819" w:rsidRDefault="00B04DB1" w:rsidP="00FA5778">
            <w:pPr>
              <w:spacing w:line="240" w:lineRule="auto"/>
              <w:rPr>
                <w:rFonts w:ascii="Arial" w:hAnsi="Arial" w:cs="Arial"/>
              </w:rPr>
            </w:pPr>
            <w:r w:rsidRPr="00AF6819">
              <w:rPr>
                <w:rFonts w:ascii="Arial" w:hAnsi="Arial" w:cs="Arial"/>
              </w:rPr>
              <w:t>Relevant compliance experience</w:t>
            </w:r>
          </w:p>
        </w:tc>
        <w:tc>
          <w:tcPr>
            <w:tcW w:w="2280" w:type="dxa"/>
            <w:shd w:val="clear" w:color="auto" w:fill="F8F9FB"/>
            <w:tcMar>
              <w:top w:w="90" w:type="dxa"/>
              <w:left w:w="110" w:type="dxa"/>
              <w:bottom w:w="90" w:type="dxa"/>
              <w:right w:w="110" w:type="dxa"/>
            </w:tcMar>
            <w:vAlign w:val="center"/>
          </w:tcPr>
          <w:p w14:paraId="74CDA65C" w14:textId="77777777" w:rsidR="00B04DB1" w:rsidRPr="00AF6819" w:rsidRDefault="00B04DB1" w:rsidP="00FA5778">
            <w:pPr>
              <w:spacing w:line="240" w:lineRule="auto"/>
              <w:rPr>
                <w:rFonts w:ascii="Arial" w:hAnsi="Arial" w:cs="Arial"/>
              </w:rPr>
            </w:pPr>
          </w:p>
        </w:tc>
        <w:tc>
          <w:tcPr>
            <w:tcW w:w="2280" w:type="dxa"/>
            <w:shd w:val="clear" w:color="auto" w:fill="F8F9FB"/>
            <w:tcMar>
              <w:top w:w="90" w:type="dxa"/>
              <w:left w:w="110" w:type="dxa"/>
              <w:bottom w:w="90" w:type="dxa"/>
              <w:right w:w="110" w:type="dxa"/>
            </w:tcMar>
            <w:vAlign w:val="center"/>
          </w:tcPr>
          <w:p w14:paraId="10741ED2" w14:textId="77777777" w:rsidR="00B04DB1" w:rsidRPr="00AF6819" w:rsidRDefault="00B04DB1" w:rsidP="00FA5778">
            <w:pPr>
              <w:spacing w:line="240" w:lineRule="auto"/>
              <w:rPr>
                <w:rFonts w:ascii="Arial" w:hAnsi="Arial" w:cs="Arial"/>
              </w:rPr>
            </w:pPr>
          </w:p>
        </w:tc>
        <w:tc>
          <w:tcPr>
            <w:tcW w:w="2300" w:type="dxa"/>
            <w:shd w:val="clear" w:color="auto" w:fill="F8F9FB"/>
            <w:tcMar>
              <w:top w:w="90" w:type="dxa"/>
              <w:left w:w="110" w:type="dxa"/>
              <w:bottom w:w="90" w:type="dxa"/>
              <w:right w:w="110" w:type="dxa"/>
            </w:tcMar>
            <w:vAlign w:val="center"/>
          </w:tcPr>
          <w:p w14:paraId="51CF1A75" w14:textId="77777777" w:rsidR="00B04DB1" w:rsidRPr="00AF6819" w:rsidRDefault="00B04DB1" w:rsidP="00FA5778">
            <w:pPr>
              <w:spacing w:line="240" w:lineRule="auto"/>
              <w:rPr>
                <w:rFonts w:ascii="Arial" w:hAnsi="Arial" w:cs="Arial"/>
              </w:rPr>
            </w:pPr>
          </w:p>
        </w:tc>
      </w:tr>
    </w:tbl>
    <w:p w14:paraId="7EAB2F14" w14:textId="77777777" w:rsidR="00B04DB1" w:rsidRDefault="00B04DB1" w:rsidP="00B04DB1">
      <w:pPr>
        <w:spacing w:after="0"/>
      </w:pPr>
    </w:p>
    <w:p w14:paraId="083A0BF4" w14:textId="77777777" w:rsidR="00B04DB1" w:rsidRPr="00AF6819" w:rsidRDefault="00B04DB1" w:rsidP="00AF6819">
      <w:pPr>
        <w:pStyle w:val="Heading1"/>
        <w:spacing w:after="120"/>
        <w:rPr>
          <w:rFonts w:ascii="Arial" w:hAnsi="Arial" w:cs="Arial"/>
          <w:caps/>
        </w:rPr>
      </w:pPr>
      <w:r w:rsidRPr="00AF6819">
        <w:rPr>
          <w:rFonts w:ascii="Arial" w:hAnsi="Arial" w:cs="Arial"/>
          <w:caps/>
        </w:rPr>
        <w:t>Appendix H. Financial Qualifications</w:t>
      </w:r>
    </w:p>
    <w:p w14:paraId="35E94285" w14:textId="77777777" w:rsidR="00B04DB1" w:rsidRPr="00AF6819" w:rsidRDefault="00B04DB1" w:rsidP="00B04DB1">
      <w:pPr>
        <w:rPr>
          <w:rFonts w:ascii="Arial" w:hAnsi="Arial" w:cs="Arial"/>
        </w:rPr>
      </w:pPr>
      <w:r w:rsidRPr="00AF6819">
        <w:rPr>
          <w:rFonts w:ascii="Arial" w:hAnsi="Arial" w:cs="Arial"/>
        </w:rPr>
        <w:t>Confidential financial attachments may be separated and clearly identified.</w:t>
      </w:r>
    </w:p>
    <w:tbl>
      <w:tblPr>
        <w:tblStyle w:val="TableGrid"/>
        <w:tblW w:w="9360" w:type="dxa"/>
        <w:jc w:val="center"/>
        <w:tblLayout w:type="fixed"/>
        <w:tblLook w:val="04A0" w:firstRow="1" w:lastRow="0" w:firstColumn="1" w:lastColumn="0" w:noHBand="0" w:noVBand="1"/>
      </w:tblPr>
      <w:tblGrid>
        <w:gridCol w:w="4700"/>
        <w:gridCol w:w="4660"/>
      </w:tblGrid>
      <w:tr w:rsidR="00B04DB1" w:rsidRPr="00AF6819" w14:paraId="3F827990" w14:textId="77777777" w:rsidTr="00FA5778">
        <w:trPr>
          <w:tblHeader/>
          <w:jc w:val="center"/>
        </w:trPr>
        <w:tc>
          <w:tcPr>
            <w:tcW w:w="4700" w:type="dxa"/>
            <w:shd w:val="clear" w:color="auto" w:fill="2D2D84"/>
            <w:tcMar>
              <w:top w:w="90" w:type="dxa"/>
              <w:left w:w="110" w:type="dxa"/>
              <w:bottom w:w="90" w:type="dxa"/>
              <w:right w:w="110" w:type="dxa"/>
            </w:tcMar>
            <w:vAlign w:val="center"/>
          </w:tcPr>
          <w:p w14:paraId="50A9A89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Required information</w:t>
            </w:r>
          </w:p>
        </w:tc>
        <w:tc>
          <w:tcPr>
            <w:tcW w:w="4660" w:type="dxa"/>
            <w:shd w:val="clear" w:color="auto" w:fill="2D2D84"/>
            <w:tcMar>
              <w:top w:w="90" w:type="dxa"/>
              <w:left w:w="110" w:type="dxa"/>
              <w:bottom w:w="90" w:type="dxa"/>
              <w:right w:w="110" w:type="dxa"/>
            </w:tcMar>
            <w:vAlign w:val="center"/>
          </w:tcPr>
          <w:p w14:paraId="17B6164E"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 / attachment</w:t>
            </w:r>
          </w:p>
        </w:tc>
      </w:tr>
      <w:tr w:rsidR="00B04DB1" w:rsidRPr="00AF6819" w14:paraId="6412F4F0" w14:textId="77777777" w:rsidTr="00FA5778">
        <w:trPr>
          <w:jc w:val="center"/>
        </w:trPr>
        <w:tc>
          <w:tcPr>
            <w:tcW w:w="4700" w:type="dxa"/>
            <w:tcMar>
              <w:top w:w="90" w:type="dxa"/>
              <w:left w:w="110" w:type="dxa"/>
              <w:bottom w:w="90" w:type="dxa"/>
              <w:right w:w="110" w:type="dxa"/>
            </w:tcMar>
            <w:vAlign w:val="center"/>
          </w:tcPr>
          <w:p w14:paraId="0B7E713E" w14:textId="77777777" w:rsidR="00B04DB1" w:rsidRPr="00AF6819" w:rsidRDefault="00B04DB1" w:rsidP="00FA5778">
            <w:pPr>
              <w:spacing w:line="240" w:lineRule="auto"/>
              <w:rPr>
                <w:rFonts w:ascii="Arial" w:hAnsi="Arial" w:cs="Arial"/>
              </w:rPr>
            </w:pPr>
            <w:r w:rsidRPr="00AF6819">
              <w:rPr>
                <w:rFonts w:ascii="Arial" w:hAnsi="Arial" w:cs="Arial"/>
              </w:rPr>
              <w:t>Three years audited consolidated financial statements</w:t>
            </w:r>
          </w:p>
        </w:tc>
        <w:tc>
          <w:tcPr>
            <w:tcW w:w="4660" w:type="dxa"/>
            <w:tcMar>
              <w:top w:w="90" w:type="dxa"/>
              <w:left w:w="110" w:type="dxa"/>
              <w:bottom w:w="90" w:type="dxa"/>
              <w:right w:w="110" w:type="dxa"/>
            </w:tcMar>
            <w:vAlign w:val="center"/>
          </w:tcPr>
          <w:p w14:paraId="0CCB0888" w14:textId="77777777" w:rsidR="00B04DB1" w:rsidRPr="00AF6819" w:rsidRDefault="00B04DB1" w:rsidP="00FA5778">
            <w:pPr>
              <w:spacing w:line="240" w:lineRule="auto"/>
              <w:rPr>
                <w:rFonts w:ascii="Arial" w:hAnsi="Arial" w:cs="Arial"/>
              </w:rPr>
            </w:pPr>
          </w:p>
        </w:tc>
      </w:tr>
      <w:tr w:rsidR="00B04DB1" w:rsidRPr="00AF6819" w14:paraId="48C98685" w14:textId="77777777" w:rsidTr="00FA5778">
        <w:trPr>
          <w:jc w:val="center"/>
        </w:trPr>
        <w:tc>
          <w:tcPr>
            <w:tcW w:w="4700" w:type="dxa"/>
            <w:shd w:val="clear" w:color="auto" w:fill="F8F9FB"/>
            <w:tcMar>
              <w:top w:w="90" w:type="dxa"/>
              <w:left w:w="110" w:type="dxa"/>
              <w:bottom w:w="90" w:type="dxa"/>
              <w:right w:w="110" w:type="dxa"/>
            </w:tcMar>
            <w:vAlign w:val="center"/>
          </w:tcPr>
          <w:p w14:paraId="464B897B" w14:textId="77777777" w:rsidR="00B04DB1" w:rsidRPr="00AF6819" w:rsidRDefault="00B04DB1" w:rsidP="00FA5778">
            <w:pPr>
              <w:spacing w:line="240" w:lineRule="auto"/>
              <w:rPr>
                <w:rFonts w:ascii="Arial" w:hAnsi="Arial" w:cs="Arial"/>
              </w:rPr>
            </w:pPr>
            <w:r w:rsidRPr="00AF6819">
              <w:rPr>
                <w:rFonts w:ascii="Arial" w:hAnsi="Arial" w:cs="Arial"/>
              </w:rPr>
              <w:t>Current interim statements if latest audit exceeds six months</w:t>
            </w:r>
          </w:p>
        </w:tc>
        <w:tc>
          <w:tcPr>
            <w:tcW w:w="4660" w:type="dxa"/>
            <w:shd w:val="clear" w:color="auto" w:fill="F8F9FB"/>
            <w:tcMar>
              <w:top w:w="90" w:type="dxa"/>
              <w:left w:w="110" w:type="dxa"/>
              <w:bottom w:w="90" w:type="dxa"/>
              <w:right w:w="110" w:type="dxa"/>
            </w:tcMar>
            <w:vAlign w:val="center"/>
          </w:tcPr>
          <w:p w14:paraId="5AE61BE8" w14:textId="77777777" w:rsidR="00B04DB1" w:rsidRPr="00AF6819" w:rsidRDefault="00B04DB1" w:rsidP="00FA5778">
            <w:pPr>
              <w:spacing w:line="240" w:lineRule="auto"/>
              <w:rPr>
                <w:rFonts w:ascii="Arial" w:hAnsi="Arial" w:cs="Arial"/>
              </w:rPr>
            </w:pPr>
          </w:p>
        </w:tc>
      </w:tr>
      <w:tr w:rsidR="00B04DB1" w:rsidRPr="00AF6819" w14:paraId="61F7C9F1" w14:textId="77777777" w:rsidTr="00FA5778">
        <w:trPr>
          <w:jc w:val="center"/>
        </w:trPr>
        <w:tc>
          <w:tcPr>
            <w:tcW w:w="4700" w:type="dxa"/>
            <w:tcMar>
              <w:top w:w="90" w:type="dxa"/>
              <w:left w:w="110" w:type="dxa"/>
              <w:bottom w:w="90" w:type="dxa"/>
              <w:right w:w="110" w:type="dxa"/>
            </w:tcMar>
            <w:vAlign w:val="center"/>
          </w:tcPr>
          <w:p w14:paraId="763A8417" w14:textId="77777777" w:rsidR="00B04DB1" w:rsidRPr="00AF6819" w:rsidRDefault="00B04DB1" w:rsidP="00FA5778">
            <w:pPr>
              <w:spacing w:line="240" w:lineRule="auto"/>
              <w:rPr>
                <w:rFonts w:ascii="Arial" w:hAnsi="Arial" w:cs="Arial"/>
              </w:rPr>
            </w:pPr>
            <w:r w:rsidRPr="00AF6819">
              <w:rPr>
                <w:rFonts w:ascii="Arial" w:hAnsi="Arial" w:cs="Arial"/>
              </w:rPr>
              <w:t>Auditor and going concern information</w:t>
            </w:r>
          </w:p>
        </w:tc>
        <w:tc>
          <w:tcPr>
            <w:tcW w:w="4660" w:type="dxa"/>
            <w:tcMar>
              <w:top w:w="90" w:type="dxa"/>
              <w:left w:w="110" w:type="dxa"/>
              <w:bottom w:w="90" w:type="dxa"/>
              <w:right w:w="110" w:type="dxa"/>
            </w:tcMar>
            <w:vAlign w:val="center"/>
          </w:tcPr>
          <w:p w14:paraId="3DEA5626" w14:textId="77777777" w:rsidR="00B04DB1" w:rsidRPr="00AF6819" w:rsidRDefault="00B04DB1" w:rsidP="00FA5778">
            <w:pPr>
              <w:spacing w:line="240" w:lineRule="auto"/>
              <w:rPr>
                <w:rFonts w:ascii="Arial" w:hAnsi="Arial" w:cs="Arial"/>
              </w:rPr>
            </w:pPr>
          </w:p>
        </w:tc>
      </w:tr>
      <w:tr w:rsidR="00B04DB1" w:rsidRPr="00AF6819" w14:paraId="51BD54B5" w14:textId="77777777" w:rsidTr="00FA5778">
        <w:trPr>
          <w:jc w:val="center"/>
        </w:trPr>
        <w:tc>
          <w:tcPr>
            <w:tcW w:w="4700" w:type="dxa"/>
            <w:shd w:val="clear" w:color="auto" w:fill="F8F9FB"/>
            <w:tcMar>
              <w:top w:w="90" w:type="dxa"/>
              <w:left w:w="110" w:type="dxa"/>
              <w:bottom w:w="90" w:type="dxa"/>
              <w:right w:w="110" w:type="dxa"/>
            </w:tcMar>
            <w:vAlign w:val="center"/>
          </w:tcPr>
          <w:p w14:paraId="7A0B1018" w14:textId="77777777" w:rsidR="00B04DB1" w:rsidRPr="00AF6819" w:rsidRDefault="00B04DB1" w:rsidP="00FA5778">
            <w:pPr>
              <w:spacing w:line="240" w:lineRule="auto"/>
              <w:rPr>
                <w:rFonts w:ascii="Arial" w:hAnsi="Arial" w:cs="Arial"/>
              </w:rPr>
            </w:pPr>
            <w:r w:rsidRPr="00AF6819">
              <w:rPr>
                <w:rFonts w:ascii="Arial" w:hAnsi="Arial" w:cs="Arial"/>
              </w:rPr>
              <w:t>Credit ratings</w:t>
            </w:r>
          </w:p>
        </w:tc>
        <w:tc>
          <w:tcPr>
            <w:tcW w:w="4660" w:type="dxa"/>
            <w:shd w:val="clear" w:color="auto" w:fill="F8F9FB"/>
            <w:tcMar>
              <w:top w:w="90" w:type="dxa"/>
              <w:left w:w="110" w:type="dxa"/>
              <w:bottom w:w="90" w:type="dxa"/>
              <w:right w:w="110" w:type="dxa"/>
            </w:tcMar>
            <w:vAlign w:val="center"/>
          </w:tcPr>
          <w:p w14:paraId="157557FD" w14:textId="77777777" w:rsidR="00B04DB1" w:rsidRPr="00AF6819" w:rsidRDefault="00B04DB1" w:rsidP="00FA5778">
            <w:pPr>
              <w:spacing w:line="240" w:lineRule="auto"/>
              <w:rPr>
                <w:rFonts w:ascii="Arial" w:hAnsi="Arial" w:cs="Arial"/>
              </w:rPr>
            </w:pPr>
          </w:p>
        </w:tc>
      </w:tr>
      <w:tr w:rsidR="00B04DB1" w:rsidRPr="00AF6819" w14:paraId="3F341A2E" w14:textId="77777777" w:rsidTr="00FA5778">
        <w:trPr>
          <w:jc w:val="center"/>
        </w:trPr>
        <w:tc>
          <w:tcPr>
            <w:tcW w:w="4700" w:type="dxa"/>
            <w:tcMar>
              <w:top w:w="90" w:type="dxa"/>
              <w:left w:w="110" w:type="dxa"/>
              <w:bottom w:w="90" w:type="dxa"/>
              <w:right w:w="110" w:type="dxa"/>
            </w:tcMar>
            <w:vAlign w:val="center"/>
          </w:tcPr>
          <w:p w14:paraId="67678EC0" w14:textId="77777777" w:rsidR="00B04DB1" w:rsidRPr="00AF6819" w:rsidRDefault="00B04DB1" w:rsidP="00FA5778">
            <w:pPr>
              <w:spacing w:line="240" w:lineRule="auto"/>
              <w:rPr>
                <w:rFonts w:ascii="Arial" w:hAnsi="Arial" w:cs="Arial"/>
              </w:rPr>
            </w:pPr>
            <w:r w:rsidRPr="00AF6819">
              <w:rPr>
                <w:rFonts w:ascii="Arial" w:hAnsi="Arial" w:cs="Arial"/>
              </w:rPr>
              <w:t>Liquidity and working capital</w:t>
            </w:r>
          </w:p>
        </w:tc>
        <w:tc>
          <w:tcPr>
            <w:tcW w:w="4660" w:type="dxa"/>
            <w:tcMar>
              <w:top w:w="90" w:type="dxa"/>
              <w:left w:w="110" w:type="dxa"/>
              <w:bottom w:w="90" w:type="dxa"/>
              <w:right w:w="110" w:type="dxa"/>
            </w:tcMar>
            <w:vAlign w:val="center"/>
          </w:tcPr>
          <w:p w14:paraId="0ADC4447" w14:textId="77777777" w:rsidR="00B04DB1" w:rsidRPr="00AF6819" w:rsidRDefault="00B04DB1" w:rsidP="00FA5778">
            <w:pPr>
              <w:spacing w:line="240" w:lineRule="auto"/>
              <w:rPr>
                <w:rFonts w:ascii="Arial" w:hAnsi="Arial" w:cs="Arial"/>
              </w:rPr>
            </w:pPr>
          </w:p>
        </w:tc>
      </w:tr>
      <w:tr w:rsidR="00B04DB1" w:rsidRPr="00AF6819" w14:paraId="5130B44C" w14:textId="77777777" w:rsidTr="00FA5778">
        <w:trPr>
          <w:jc w:val="center"/>
        </w:trPr>
        <w:tc>
          <w:tcPr>
            <w:tcW w:w="4700" w:type="dxa"/>
            <w:shd w:val="clear" w:color="auto" w:fill="F8F9FB"/>
            <w:tcMar>
              <w:top w:w="90" w:type="dxa"/>
              <w:left w:w="110" w:type="dxa"/>
              <w:bottom w:w="90" w:type="dxa"/>
              <w:right w:w="110" w:type="dxa"/>
            </w:tcMar>
            <w:vAlign w:val="center"/>
          </w:tcPr>
          <w:p w14:paraId="4CDD2E00" w14:textId="77777777" w:rsidR="00B04DB1" w:rsidRPr="00AF6819" w:rsidRDefault="00B04DB1" w:rsidP="00FA5778">
            <w:pPr>
              <w:spacing w:line="240" w:lineRule="auto"/>
              <w:rPr>
                <w:rFonts w:ascii="Arial" w:hAnsi="Arial" w:cs="Arial"/>
              </w:rPr>
            </w:pPr>
            <w:r w:rsidRPr="00AF6819">
              <w:rPr>
                <w:rFonts w:ascii="Arial" w:hAnsi="Arial" w:cs="Arial"/>
              </w:rPr>
              <w:t>Material debt and covenants</w:t>
            </w:r>
          </w:p>
        </w:tc>
        <w:tc>
          <w:tcPr>
            <w:tcW w:w="4660" w:type="dxa"/>
            <w:shd w:val="clear" w:color="auto" w:fill="F8F9FB"/>
            <w:tcMar>
              <w:top w:w="90" w:type="dxa"/>
              <w:left w:w="110" w:type="dxa"/>
              <w:bottom w:w="90" w:type="dxa"/>
              <w:right w:w="110" w:type="dxa"/>
            </w:tcMar>
            <w:vAlign w:val="center"/>
          </w:tcPr>
          <w:p w14:paraId="5C3AA74A" w14:textId="77777777" w:rsidR="00B04DB1" w:rsidRPr="00AF6819" w:rsidRDefault="00B04DB1" w:rsidP="00FA5778">
            <w:pPr>
              <w:spacing w:line="240" w:lineRule="auto"/>
              <w:rPr>
                <w:rFonts w:ascii="Arial" w:hAnsi="Arial" w:cs="Arial"/>
              </w:rPr>
            </w:pPr>
          </w:p>
        </w:tc>
      </w:tr>
      <w:tr w:rsidR="00B04DB1" w:rsidRPr="00AF6819" w14:paraId="250A90B9" w14:textId="77777777" w:rsidTr="00FA5778">
        <w:trPr>
          <w:jc w:val="center"/>
        </w:trPr>
        <w:tc>
          <w:tcPr>
            <w:tcW w:w="4700" w:type="dxa"/>
            <w:tcMar>
              <w:top w:w="90" w:type="dxa"/>
              <w:left w:w="110" w:type="dxa"/>
              <w:bottom w:w="90" w:type="dxa"/>
              <w:right w:w="110" w:type="dxa"/>
            </w:tcMar>
            <w:vAlign w:val="center"/>
          </w:tcPr>
          <w:p w14:paraId="5481AF76" w14:textId="77777777" w:rsidR="00B04DB1" w:rsidRPr="00AF6819" w:rsidRDefault="00B04DB1" w:rsidP="00FA5778">
            <w:pPr>
              <w:spacing w:line="240" w:lineRule="auto"/>
              <w:rPr>
                <w:rFonts w:ascii="Arial" w:hAnsi="Arial" w:cs="Arial"/>
              </w:rPr>
            </w:pPr>
            <w:r w:rsidRPr="00AF6819">
              <w:rPr>
                <w:rFonts w:ascii="Arial" w:hAnsi="Arial" w:cs="Arial"/>
              </w:rPr>
              <w:t>Material litigation or investigations</w:t>
            </w:r>
          </w:p>
        </w:tc>
        <w:tc>
          <w:tcPr>
            <w:tcW w:w="4660" w:type="dxa"/>
            <w:tcMar>
              <w:top w:w="90" w:type="dxa"/>
              <w:left w:w="110" w:type="dxa"/>
              <w:bottom w:w="90" w:type="dxa"/>
              <w:right w:w="110" w:type="dxa"/>
            </w:tcMar>
            <w:vAlign w:val="center"/>
          </w:tcPr>
          <w:p w14:paraId="0E351245" w14:textId="77777777" w:rsidR="00B04DB1" w:rsidRPr="00AF6819" w:rsidRDefault="00B04DB1" w:rsidP="00FA5778">
            <w:pPr>
              <w:spacing w:line="240" w:lineRule="auto"/>
              <w:rPr>
                <w:rFonts w:ascii="Arial" w:hAnsi="Arial" w:cs="Arial"/>
              </w:rPr>
            </w:pPr>
          </w:p>
        </w:tc>
      </w:tr>
      <w:tr w:rsidR="00B04DB1" w:rsidRPr="00AF6819" w14:paraId="1DCBBFFA" w14:textId="77777777" w:rsidTr="00FA5778">
        <w:trPr>
          <w:jc w:val="center"/>
        </w:trPr>
        <w:tc>
          <w:tcPr>
            <w:tcW w:w="4700" w:type="dxa"/>
            <w:shd w:val="clear" w:color="auto" w:fill="F8F9FB"/>
            <w:tcMar>
              <w:top w:w="90" w:type="dxa"/>
              <w:left w:w="110" w:type="dxa"/>
              <w:bottom w:w="90" w:type="dxa"/>
              <w:right w:w="110" w:type="dxa"/>
            </w:tcMar>
            <w:vAlign w:val="center"/>
          </w:tcPr>
          <w:p w14:paraId="215ED0C4" w14:textId="77777777" w:rsidR="00B04DB1" w:rsidRPr="00AF6819" w:rsidRDefault="00B04DB1" w:rsidP="00FA5778">
            <w:pPr>
              <w:spacing w:line="240" w:lineRule="auto"/>
              <w:rPr>
                <w:rFonts w:ascii="Arial" w:hAnsi="Arial" w:cs="Arial"/>
              </w:rPr>
            </w:pPr>
            <w:r w:rsidRPr="00AF6819">
              <w:rPr>
                <w:rFonts w:ascii="Arial" w:hAnsi="Arial" w:cs="Arial"/>
              </w:rPr>
              <w:t>Insolvency or restructuring history</w:t>
            </w:r>
          </w:p>
        </w:tc>
        <w:tc>
          <w:tcPr>
            <w:tcW w:w="4660" w:type="dxa"/>
            <w:shd w:val="clear" w:color="auto" w:fill="F8F9FB"/>
            <w:tcMar>
              <w:top w:w="90" w:type="dxa"/>
              <w:left w:w="110" w:type="dxa"/>
              <w:bottom w:w="90" w:type="dxa"/>
              <w:right w:w="110" w:type="dxa"/>
            </w:tcMar>
            <w:vAlign w:val="center"/>
          </w:tcPr>
          <w:p w14:paraId="4D7BB496" w14:textId="77777777" w:rsidR="00B04DB1" w:rsidRPr="00AF6819" w:rsidRDefault="00B04DB1" w:rsidP="00FA5778">
            <w:pPr>
              <w:spacing w:line="240" w:lineRule="auto"/>
              <w:rPr>
                <w:rFonts w:ascii="Arial" w:hAnsi="Arial" w:cs="Arial"/>
              </w:rPr>
            </w:pPr>
          </w:p>
        </w:tc>
      </w:tr>
      <w:tr w:rsidR="00B04DB1" w:rsidRPr="00AF6819" w14:paraId="4DA131F1" w14:textId="77777777" w:rsidTr="00FA5778">
        <w:trPr>
          <w:jc w:val="center"/>
        </w:trPr>
        <w:tc>
          <w:tcPr>
            <w:tcW w:w="4700" w:type="dxa"/>
            <w:tcMar>
              <w:top w:w="90" w:type="dxa"/>
              <w:left w:w="110" w:type="dxa"/>
              <w:bottom w:w="90" w:type="dxa"/>
              <w:right w:w="110" w:type="dxa"/>
            </w:tcMar>
            <w:vAlign w:val="center"/>
          </w:tcPr>
          <w:p w14:paraId="2C90995C" w14:textId="77777777" w:rsidR="00B04DB1" w:rsidRPr="00AF6819" w:rsidRDefault="00B04DB1" w:rsidP="00FA5778">
            <w:pPr>
              <w:spacing w:line="240" w:lineRule="auto"/>
              <w:rPr>
                <w:rFonts w:ascii="Arial" w:hAnsi="Arial" w:cs="Arial"/>
              </w:rPr>
            </w:pPr>
            <w:r w:rsidRPr="00AF6819">
              <w:rPr>
                <w:rFonts w:ascii="Arial" w:hAnsi="Arial" w:cs="Arial"/>
              </w:rPr>
              <w:t>BESS defaults or terminations in past five years</w:t>
            </w:r>
          </w:p>
        </w:tc>
        <w:tc>
          <w:tcPr>
            <w:tcW w:w="4660" w:type="dxa"/>
            <w:tcMar>
              <w:top w:w="90" w:type="dxa"/>
              <w:left w:w="110" w:type="dxa"/>
              <w:bottom w:w="90" w:type="dxa"/>
              <w:right w:w="110" w:type="dxa"/>
            </w:tcMar>
            <w:vAlign w:val="center"/>
          </w:tcPr>
          <w:p w14:paraId="42583976" w14:textId="77777777" w:rsidR="00B04DB1" w:rsidRPr="00AF6819" w:rsidRDefault="00B04DB1" w:rsidP="00FA5778">
            <w:pPr>
              <w:spacing w:line="240" w:lineRule="auto"/>
              <w:rPr>
                <w:rFonts w:ascii="Arial" w:hAnsi="Arial" w:cs="Arial"/>
              </w:rPr>
            </w:pPr>
          </w:p>
        </w:tc>
      </w:tr>
      <w:tr w:rsidR="00B04DB1" w:rsidRPr="00AF6819" w14:paraId="24EAA84E" w14:textId="77777777" w:rsidTr="00FA5778">
        <w:trPr>
          <w:jc w:val="center"/>
        </w:trPr>
        <w:tc>
          <w:tcPr>
            <w:tcW w:w="4700" w:type="dxa"/>
            <w:shd w:val="clear" w:color="auto" w:fill="F8F9FB"/>
            <w:tcMar>
              <w:top w:w="90" w:type="dxa"/>
              <w:left w:w="110" w:type="dxa"/>
              <w:bottom w:w="90" w:type="dxa"/>
              <w:right w:w="110" w:type="dxa"/>
            </w:tcMar>
            <w:vAlign w:val="center"/>
          </w:tcPr>
          <w:p w14:paraId="3C05CEBB" w14:textId="77777777" w:rsidR="00B04DB1" w:rsidRPr="00AF6819" w:rsidRDefault="00B04DB1" w:rsidP="00FA5778">
            <w:pPr>
              <w:spacing w:line="240" w:lineRule="auto"/>
              <w:rPr>
                <w:rFonts w:ascii="Arial" w:hAnsi="Arial" w:cs="Arial"/>
              </w:rPr>
            </w:pPr>
            <w:r w:rsidRPr="00AF6819">
              <w:rPr>
                <w:rFonts w:ascii="Arial" w:hAnsi="Arial" w:cs="Arial"/>
              </w:rPr>
              <w:t>Manufacturing and supply chain financing</w:t>
            </w:r>
          </w:p>
        </w:tc>
        <w:tc>
          <w:tcPr>
            <w:tcW w:w="4660" w:type="dxa"/>
            <w:shd w:val="clear" w:color="auto" w:fill="F8F9FB"/>
            <w:tcMar>
              <w:top w:w="90" w:type="dxa"/>
              <w:left w:w="110" w:type="dxa"/>
              <w:bottom w:w="90" w:type="dxa"/>
              <w:right w:w="110" w:type="dxa"/>
            </w:tcMar>
            <w:vAlign w:val="center"/>
          </w:tcPr>
          <w:p w14:paraId="45D8B027" w14:textId="77777777" w:rsidR="00B04DB1" w:rsidRPr="00AF6819" w:rsidRDefault="00B04DB1" w:rsidP="00FA5778">
            <w:pPr>
              <w:spacing w:line="240" w:lineRule="auto"/>
              <w:rPr>
                <w:rFonts w:ascii="Arial" w:hAnsi="Arial" w:cs="Arial"/>
              </w:rPr>
            </w:pPr>
          </w:p>
        </w:tc>
      </w:tr>
      <w:tr w:rsidR="00B04DB1" w:rsidRPr="00AF6819" w14:paraId="120446AD" w14:textId="77777777" w:rsidTr="00FA5778">
        <w:trPr>
          <w:jc w:val="center"/>
        </w:trPr>
        <w:tc>
          <w:tcPr>
            <w:tcW w:w="4700" w:type="dxa"/>
            <w:tcMar>
              <w:top w:w="90" w:type="dxa"/>
              <w:left w:w="110" w:type="dxa"/>
              <w:bottom w:w="90" w:type="dxa"/>
              <w:right w:w="110" w:type="dxa"/>
            </w:tcMar>
            <w:vAlign w:val="center"/>
          </w:tcPr>
          <w:p w14:paraId="59476D89" w14:textId="77777777" w:rsidR="00B04DB1" w:rsidRPr="00AF6819" w:rsidRDefault="00B04DB1" w:rsidP="00FA5778">
            <w:pPr>
              <w:spacing w:line="240" w:lineRule="auto"/>
              <w:rPr>
                <w:rFonts w:ascii="Arial" w:hAnsi="Arial" w:cs="Arial"/>
              </w:rPr>
            </w:pPr>
            <w:r w:rsidRPr="00AF6819">
              <w:rPr>
                <w:rFonts w:ascii="Arial" w:hAnsi="Arial" w:cs="Arial"/>
              </w:rPr>
              <w:t>Contracting entity organization chart</w:t>
            </w:r>
          </w:p>
        </w:tc>
        <w:tc>
          <w:tcPr>
            <w:tcW w:w="4660" w:type="dxa"/>
            <w:tcMar>
              <w:top w:w="90" w:type="dxa"/>
              <w:left w:w="110" w:type="dxa"/>
              <w:bottom w:w="90" w:type="dxa"/>
              <w:right w:w="110" w:type="dxa"/>
            </w:tcMar>
            <w:vAlign w:val="center"/>
          </w:tcPr>
          <w:p w14:paraId="2441F943" w14:textId="77777777" w:rsidR="00B04DB1" w:rsidRPr="00AF6819" w:rsidRDefault="00B04DB1" w:rsidP="00FA5778">
            <w:pPr>
              <w:spacing w:line="240" w:lineRule="auto"/>
              <w:rPr>
                <w:rFonts w:ascii="Arial" w:hAnsi="Arial" w:cs="Arial"/>
              </w:rPr>
            </w:pPr>
          </w:p>
        </w:tc>
      </w:tr>
      <w:tr w:rsidR="00B04DB1" w:rsidRPr="00AF6819" w14:paraId="1037876B" w14:textId="77777777" w:rsidTr="00FA5778">
        <w:trPr>
          <w:jc w:val="center"/>
        </w:trPr>
        <w:tc>
          <w:tcPr>
            <w:tcW w:w="4700" w:type="dxa"/>
            <w:shd w:val="clear" w:color="auto" w:fill="F8F9FB"/>
            <w:tcMar>
              <w:top w:w="90" w:type="dxa"/>
              <w:left w:w="110" w:type="dxa"/>
              <w:bottom w:w="90" w:type="dxa"/>
              <w:right w:w="110" w:type="dxa"/>
            </w:tcMar>
            <w:vAlign w:val="center"/>
          </w:tcPr>
          <w:p w14:paraId="49180B53" w14:textId="77777777" w:rsidR="00B04DB1" w:rsidRPr="00AF6819" w:rsidRDefault="00B04DB1" w:rsidP="00FA5778">
            <w:pPr>
              <w:spacing w:line="240" w:lineRule="auto"/>
              <w:rPr>
                <w:rFonts w:ascii="Arial" w:hAnsi="Arial" w:cs="Arial"/>
              </w:rPr>
            </w:pPr>
            <w:r>
              <w:rPr>
                <w:rFonts w:ascii="Arial" w:hAnsi="Arial" w:cs="Arial"/>
              </w:rPr>
              <w:t>Guarantor financial statements or alternative security-provider evidence</w:t>
            </w:r>
          </w:p>
        </w:tc>
        <w:tc>
          <w:tcPr>
            <w:tcW w:w="4660" w:type="dxa"/>
            <w:shd w:val="clear" w:color="auto" w:fill="F8F9FB"/>
            <w:tcMar>
              <w:top w:w="90" w:type="dxa"/>
              <w:left w:w="110" w:type="dxa"/>
              <w:bottom w:w="90" w:type="dxa"/>
              <w:right w:w="110" w:type="dxa"/>
            </w:tcMar>
            <w:vAlign w:val="center"/>
          </w:tcPr>
          <w:p w14:paraId="3A775CFF" w14:textId="77777777" w:rsidR="00B04DB1" w:rsidRPr="00AF6819" w:rsidRDefault="00B04DB1" w:rsidP="00FA5778">
            <w:pPr>
              <w:spacing w:line="240" w:lineRule="auto"/>
              <w:rPr>
                <w:rFonts w:ascii="Arial" w:hAnsi="Arial" w:cs="Arial"/>
              </w:rPr>
            </w:pPr>
          </w:p>
        </w:tc>
      </w:tr>
      <w:tr w:rsidR="00B04DB1" w:rsidRPr="00AF6819" w14:paraId="3295B797" w14:textId="77777777" w:rsidTr="00FA5778">
        <w:trPr>
          <w:jc w:val="center"/>
        </w:trPr>
        <w:tc>
          <w:tcPr>
            <w:tcW w:w="4700" w:type="dxa"/>
            <w:tcMar>
              <w:top w:w="90" w:type="dxa"/>
              <w:left w:w="110" w:type="dxa"/>
              <w:bottom w:w="90" w:type="dxa"/>
              <w:right w:w="110" w:type="dxa"/>
            </w:tcMar>
            <w:vAlign w:val="center"/>
          </w:tcPr>
          <w:p w14:paraId="3D52D31C" w14:textId="77777777" w:rsidR="00B04DB1" w:rsidRPr="00AF6819" w:rsidRDefault="00B04DB1" w:rsidP="00FA5778">
            <w:pPr>
              <w:spacing w:line="240" w:lineRule="auto"/>
              <w:rPr>
                <w:rFonts w:ascii="Arial" w:hAnsi="Arial" w:cs="Arial"/>
              </w:rPr>
            </w:pPr>
            <w:r w:rsidRPr="00AF6819">
              <w:rPr>
                <w:rFonts w:ascii="Arial" w:hAnsi="Arial" w:cs="Arial"/>
              </w:rPr>
              <w:t>Permission for adviser review</w:t>
            </w:r>
          </w:p>
        </w:tc>
        <w:tc>
          <w:tcPr>
            <w:tcW w:w="4660" w:type="dxa"/>
            <w:tcMar>
              <w:top w:w="90" w:type="dxa"/>
              <w:left w:w="110" w:type="dxa"/>
              <w:bottom w:w="90" w:type="dxa"/>
              <w:right w:w="110" w:type="dxa"/>
            </w:tcMar>
            <w:vAlign w:val="center"/>
          </w:tcPr>
          <w:p w14:paraId="2D79BEB3" w14:textId="77777777" w:rsidR="00B04DB1" w:rsidRPr="00AF6819" w:rsidRDefault="00B04DB1" w:rsidP="00FA5778">
            <w:pPr>
              <w:spacing w:line="240" w:lineRule="auto"/>
              <w:rPr>
                <w:rFonts w:ascii="Arial" w:hAnsi="Arial" w:cs="Arial"/>
              </w:rPr>
            </w:pPr>
          </w:p>
        </w:tc>
      </w:tr>
      <w:tr w:rsidR="00B04DB1" w:rsidRPr="00AF6819" w14:paraId="6B98E6B5" w14:textId="77777777" w:rsidTr="00FA5778">
        <w:trPr>
          <w:jc w:val="center"/>
        </w:trPr>
        <w:tc>
          <w:tcPr>
            <w:tcW w:w="4700" w:type="dxa"/>
            <w:tcMar>
              <w:top w:w="90" w:type="dxa"/>
              <w:left w:w="110" w:type="dxa"/>
              <w:bottom w:w="90" w:type="dxa"/>
              <w:right w:w="110" w:type="dxa"/>
            </w:tcMar>
            <w:vAlign w:val="center"/>
          </w:tcPr>
          <w:p w14:paraId="34B0D82C" w14:textId="77777777" w:rsidR="00B04DB1" w:rsidRPr="00AF6819" w:rsidRDefault="00B04DB1" w:rsidP="00FA5778">
            <w:pPr>
              <w:spacing w:line="240" w:lineRule="auto"/>
              <w:rPr>
                <w:rFonts w:ascii="Arial" w:hAnsi="Arial" w:cs="Arial"/>
              </w:rPr>
            </w:pPr>
            <w:r w:rsidRPr="00AF6819">
              <w:rPr>
                <w:rFonts w:ascii="Arial" w:hAnsi="Arial" w:cs="Arial"/>
              </w:rPr>
              <w:t>Narrative explaining funding, reserves, insurance, guarantees, and other financial support for 20</w:t>
            </w:r>
            <w:r w:rsidR="00004B80">
              <w:rPr>
                <w:rFonts w:ascii="Arial" w:hAnsi="Arial" w:cs="Arial"/>
              </w:rPr>
              <w:t>-</w:t>
            </w:r>
            <w:r w:rsidRPr="00AF6819">
              <w:rPr>
                <w:rFonts w:ascii="Arial" w:hAnsi="Arial" w:cs="Arial"/>
              </w:rPr>
              <w:t>year obligations</w:t>
            </w:r>
          </w:p>
        </w:tc>
        <w:tc>
          <w:tcPr>
            <w:tcW w:w="4660" w:type="dxa"/>
            <w:tcMar>
              <w:top w:w="90" w:type="dxa"/>
              <w:left w:w="110" w:type="dxa"/>
              <w:bottom w:w="90" w:type="dxa"/>
              <w:right w:w="110" w:type="dxa"/>
            </w:tcMar>
            <w:vAlign w:val="center"/>
          </w:tcPr>
          <w:p w14:paraId="7F61F249" w14:textId="77777777" w:rsidR="00B04DB1" w:rsidRPr="00AF6819" w:rsidRDefault="00B04DB1" w:rsidP="00FA5778">
            <w:pPr>
              <w:spacing w:line="240" w:lineRule="auto"/>
              <w:rPr>
                <w:rFonts w:ascii="Arial" w:hAnsi="Arial" w:cs="Arial"/>
              </w:rPr>
            </w:pPr>
          </w:p>
        </w:tc>
      </w:tr>
    </w:tbl>
    <w:p w14:paraId="63D7A843" w14:textId="77777777" w:rsidR="00B04DB1" w:rsidRDefault="00B04DB1" w:rsidP="00B04DB1">
      <w:pPr>
        <w:spacing w:after="0"/>
      </w:pPr>
    </w:p>
    <w:p w14:paraId="635EEB94" w14:textId="77777777" w:rsidR="00004B80" w:rsidRDefault="00004B80">
      <w:pPr>
        <w:spacing w:line="278" w:lineRule="auto"/>
        <w:rPr>
          <w:rFonts w:ascii="Arial" w:eastAsiaTheme="majorEastAsia" w:hAnsi="Arial" w:cs="Arial"/>
          <w:b/>
          <w:caps/>
          <w:color w:val="000000" w:themeColor="text1"/>
          <w:sz w:val="32"/>
          <w:szCs w:val="40"/>
        </w:rPr>
      </w:pPr>
      <w:r>
        <w:rPr>
          <w:rFonts w:ascii="Arial" w:hAnsi="Arial" w:cs="Arial"/>
          <w:caps/>
        </w:rPr>
        <w:br w:type="page"/>
      </w:r>
    </w:p>
    <w:p w14:paraId="4B80736B" w14:textId="77777777" w:rsidR="00B04DB1" w:rsidRPr="00AF6819" w:rsidRDefault="00B04DB1" w:rsidP="00AF6819">
      <w:pPr>
        <w:pStyle w:val="Heading1"/>
        <w:spacing w:after="120"/>
        <w:rPr>
          <w:rFonts w:ascii="Arial" w:hAnsi="Arial" w:cs="Arial"/>
          <w:caps/>
        </w:rPr>
      </w:pPr>
      <w:r w:rsidRPr="00AF6819">
        <w:rPr>
          <w:rFonts w:ascii="Arial" w:hAnsi="Arial" w:cs="Arial"/>
          <w:caps/>
        </w:rPr>
        <w:lastRenderedPageBreak/>
        <w:t>Appendix I. Exceptions and Alternate Proposals</w:t>
      </w:r>
    </w:p>
    <w:p w14:paraId="19D8A3DE" w14:textId="77777777" w:rsidR="00B04DB1" w:rsidRPr="00AF6819" w:rsidRDefault="00B04DB1" w:rsidP="00B04DB1">
      <w:pPr>
        <w:rPr>
          <w:rFonts w:ascii="Arial" w:hAnsi="Arial" w:cs="Arial"/>
        </w:rPr>
      </w:pPr>
      <w:r w:rsidRPr="00AF6819">
        <w:rPr>
          <w:rFonts w:ascii="Arial" w:hAnsi="Arial" w:cs="Arial"/>
        </w:rPr>
        <w:t>List every exception, qualification, assumption, or requested change. Embedded exceptions elsewhere are not recognized.</w:t>
      </w:r>
    </w:p>
    <w:p w14:paraId="271346E1"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I.1 RFP and Mandatory Requirements</w:t>
      </w:r>
    </w:p>
    <w:tbl>
      <w:tblPr>
        <w:tblStyle w:val="TableGrid"/>
        <w:tblW w:w="9360" w:type="dxa"/>
        <w:jc w:val="center"/>
        <w:tblLayout w:type="fixed"/>
        <w:tblLook w:val="04A0" w:firstRow="1" w:lastRow="0" w:firstColumn="1" w:lastColumn="0" w:noHBand="0" w:noVBand="1"/>
      </w:tblPr>
      <w:tblGrid>
        <w:gridCol w:w="1200"/>
        <w:gridCol w:w="2000"/>
        <w:gridCol w:w="2600"/>
        <w:gridCol w:w="2360"/>
        <w:gridCol w:w="1200"/>
      </w:tblGrid>
      <w:tr w:rsidR="00B04DB1" w:rsidRPr="00AF6819" w14:paraId="774EAA55" w14:textId="77777777" w:rsidTr="00FA5778">
        <w:trPr>
          <w:tblHeader/>
          <w:jc w:val="center"/>
        </w:trPr>
        <w:tc>
          <w:tcPr>
            <w:tcW w:w="1200" w:type="dxa"/>
            <w:shd w:val="clear" w:color="auto" w:fill="2D2D84"/>
            <w:tcMar>
              <w:top w:w="90" w:type="dxa"/>
              <w:left w:w="110" w:type="dxa"/>
              <w:bottom w:w="90" w:type="dxa"/>
              <w:right w:w="110" w:type="dxa"/>
            </w:tcMar>
            <w:vAlign w:val="center"/>
          </w:tcPr>
          <w:p w14:paraId="2992E74D"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RFP section</w:t>
            </w:r>
          </w:p>
        </w:tc>
        <w:tc>
          <w:tcPr>
            <w:tcW w:w="2000" w:type="dxa"/>
            <w:shd w:val="clear" w:color="auto" w:fill="2D2D84"/>
            <w:tcMar>
              <w:top w:w="90" w:type="dxa"/>
              <w:left w:w="110" w:type="dxa"/>
              <w:bottom w:w="90" w:type="dxa"/>
              <w:right w:w="110" w:type="dxa"/>
            </w:tcMar>
            <w:vAlign w:val="center"/>
          </w:tcPr>
          <w:p w14:paraId="03C04C5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Requirement</w:t>
            </w:r>
          </w:p>
        </w:tc>
        <w:tc>
          <w:tcPr>
            <w:tcW w:w="2600" w:type="dxa"/>
            <w:shd w:val="clear" w:color="auto" w:fill="2D2D84"/>
            <w:tcMar>
              <w:top w:w="90" w:type="dxa"/>
              <w:left w:w="110" w:type="dxa"/>
              <w:bottom w:w="90" w:type="dxa"/>
              <w:right w:w="110" w:type="dxa"/>
            </w:tcMar>
            <w:vAlign w:val="center"/>
          </w:tcPr>
          <w:p w14:paraId="033D7782"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Exception or assumption</w:t>
            </w:r>
          </w:p>
        </w:tc>
        <w:tc>
          <w:tcPr>
            <w:tcW w:w="2360" w:type="dxa"/>
            <w:shd w:val="clear" w:color="auto" w:fill="2D2D84"/>
            <w:tcMar>
              <w:top w:w="90" w:type="dxa"/>
              <w:left w:w="110" w:type="dxa"/>
              <w:bottom w:w="90" w:type="dxa"/>
              <w:right w:w="110" w:type="dxa"/>
            </w:tcMar>
            <w:vAlign w:val="center"/>
          </w:tcPr>
          <w:p w14:paraId="681E57C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Proposed alternative</w:t>
            </w:r>
          </w:p>
        </w:tc>
        <w:tc>
          <w:tcPr>
            <w:tcW w:w="1200" w:type="dxa"/>
            <w:shd w:val="clear" w:color="auto" w:fill="2D2D84"/>
            <w:tcMar>
              <w:top w:w="90" w:type="dxa"/>
              <w:left w:w="110" w:type="dxa"/>
              <w:bottom w:w="90" w:type="dxa"/>
              <w:right w:w="110" w:type="dxa"/>
            </w:tcMar>
            <w:vAlign w:val="center"/>
          </w:tcPr>
          <w:p w14:paraId="6F1AEEF9"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Commercial effect</w:t>
            </w:r>
          </w:p>
        </w:tc>
      </w:tr>
      <w:tr w:rsidR="00B04DB1" w:rsidRPr="00AF6819" w14:paraId="4820FE83" w14:textId="77777777" w:rsidTr="00FA5778">
        <w:trPr>
          <w:jc w:val="center"/>
        </w:trPr>
        <w:tc>
          <w:tcPr>
            <w:tcW w:w="1200" w:type="dxa"/>
            <w:tcMar>
              <w:top w:w="90" w:type="dxa"/>
              <w:left w:w="110" w:type="dxa"/>
              <w:bottom w:w="90" w:type="dxa"/>
              <w:right w:w="110" w:type="dxa"/>
            </w:tcMar>
            <w:vAlign w:val="center"/>
          </w:tcPr>
          <w:p w14:paraId="1FE98407"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5C7AD1D7"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6ED10204"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63473648"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3DFA5879" w14:textId="77777777" w:rsidR="00B04DB1" w:rsidRPr="00AF6819" w:rsidRDefault="00B04DB1" w:rsidP="00FA5778">
            <w:pPr>
              <w:spacing w:line="240" w:lineRule="auto"/>
              <w:rPr>
                <w:rFonts w:ascii="Arial" w:hAnsi="Arial" w:cs="Arial"/>
              </w:rPr>
            </w:pPr>
          </w:p>
        </w:tc>
      </w:tr>
      <w:tr w:rsidR="00B04DB1" w:rsidRPr="00AF6819" w14:paraId="76B3ED54" w14:textId="77777777" w:rsidTr="00FA5778">
        <w:trPr>
          <w:jc w:val="center"/>
        </w:trPr>
        <w:tc>
          <w:tcPr>
            <w:tcW w:w="1200" w:type="dxa"/>
            <w:shd w:val="clear" w:color="auto" w:fill="F8F9FB"/>
            <w:tcMar>
              <w:top w:w="90" w:type="dxa"/>
              <w:left w:w="110" w:type="dxa"/>
              <w:bottom w:w="90" w:type="dxa"/>
              <w:right w:w="110" w:type="dxa"/>
            </w:tcMar>
            <w:vAlign w:val="center"/>
          </w:tcPr>
          <w:p w14:paraId="34D0B84A"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463ABA69"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560E2B94"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78AABA02"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48AED87C" w14:textId="77777777" w:rsidR="00B04DB1" w:rsidRPr="00AF6819" w:rsidRDefault="00B04DB1" w:rsidP="00FA5778">
            <w:pPr>
              <w:spacing w:line="240" w:lineRule="auto"/>
              <w:rPr>
                <w:rFonts w:ascii="Arial" w:hAnsi="Arial" w:cs="Arial"/>
              </w:rPr>
            </w:pPr>
          </w:p>
        </w:tc>
      </w:tr>
      <w:tr w:rsidR="00B04DB1" w:rsidRPr="00AF6819" w14:paraId="2330E1E7" w14:textId="77777777" w:rsidTr="00FA5778">
        <w:trPr>
          <w:jc w:val="center"/>
        </w:trPr>
        <w:tc>
          <w:tcPr>
            <w:tcW w:w="1200" w:type="dxa"/>
            <w:tcMar>
              <w:top w:w="90" w:type="dxa"/>
              <w:left w:w="110" w:type="dxa"/>
              <w:bottom w:w="90" w:type="dxa"/>
              <w:right w:w="110" w:type="dxa"/>
            </w:tcMar>
            <w:vAlign w:val="center"/>
          </w:tcPr>
          <w:p w14:paraId="6FA49903"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188EFEB4"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40CE078C"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3B045CA1"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31624D01" w14:textId="77777777" w:rsidR="00B04DB1" w:rsidRPr="00AF6819" w:rsidRDefault="00B04DB1" w:rsidP="00FA5778">
            <w:pPr>
              <w:spacing w:line="240" w:lineRule="auto"/>
              <w:rPr>
                <w:rFonts w:ascii="Arial" w:hAnsi="Arial" w:cs="Arial"/>
              </w:rPr>
            </w:pPr>
          </w:p>
        </w:tc>
      </w:tr>
      <w:tr w:rsidR="00B04DB1" w:rsidRPr="00AF6819" w14:paraId="47E42E4A" w14:textId="77777777" w:rsidTr="00FA5778">
        <w:trPr>
          <w:jc w:val="center"/>
        </w:trPr>
        <w:tc>
          <w:tcPr>
            <w:tcW w:w="1200" w:type="dxa"/>
            <w:shd w:val="clear" w:color="auto" w:fill="F8F9FB"/>
            <w:tcMar>
              <w:top w:w="90" w:type="dxa"/>
              <w:left w:w="110" w:type="dxa"/>
              <w:bottom w:w="90" w:type="dxa"/>
              <w:right w:w="110" w:type="dxa"/>
            </w:tcMar>
            <w:vAlign w:val="center"/>
          </w:tcPr>
          <w:p w14:paraId="255719C9"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1984F6B5"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1CF94A8F"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22AE0A65"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09D1923F" w14:textId="77777777" w:rsidR="00B04DB1" w:rsidRPr="00AF6819" w:rsidRDefault="00B04DB1" w:rsidP="00FA5778">
            <w:pPr>
              <w:spacing w:line="240" w:lineRule="auto"/>
              <w:rPr>
                <w:rFonts w:ascii="Arial" w:hAnsi="Arial" w:cs="Arial"/>
              </w:rPr>
            </w:pPr>
          </w:p>
        </w:tc>
      </w:tr>
      <w:tr w:rsidR="00B04DB1" w:rsidRPr="00AF6819" w14:paraId="4E035F2C" w14:textId="77777777" w:rsidTr="00FA5778">
        <w:trPr>
          <w:jc w:val="center"/>
        </w:trPr>
        <w:tc>
          <w:tcPr>
            <w:tcW w:w="1200" w:type="dxa"/>
            <w:tcMar>
              <w:top w:w="90" w:type="dxa"/>
              <w:left w:w="110" w:type="dxa"/>
              <w:bottom w:w="90" w:type="dxa"/>
              <w:right w:w="110" w:type="dxa"/>
            </w:tcMar>
            <w:vAlign w:val="center"/>
          </w:tcPr>
          <w:p w14:paraId="17D09797"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38543301"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11357B38"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4BC4BC41"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5576EA32" w14:textId="77777777" w:rsidR="00B04DB1" w:rsidRPr="00AF6819" w:rsidRDefault="00B04DB1" w:rsidP="00FA5778">
            <w:pPr>
              <w:spacing w:line="240" w:lineRule="auto"/>
              <w:rPr>
                <w:rFonts w:ascii="Arial" w:hAnsi="Arial" w:cs="Arial"/>
              </w:rPr>
            </w:pPr>
          </w:p>
        </w:tc>
      </w:tr>
      <w:tr w:rsidR="00B04DB1" w:rsidRPr="00AF6819" w14:paraId="3343774C" w14:textId="77777777" w:rsidTr="00FA5778">
        <w:trPr>
          <w:jc w:val="center"/>
        </w:trPr>
        <w:tc>
          <w:tcPr>
            <w:tcW w:w="1200" w:type="dxa"/>
            <w:shd w:val="clear" w:color="auto" w:fill="F8F9FB"/>
            <w:tcMar>
              <w:top w:w="90" w:type="dxa"/>
              <w:left w:w="110" w:type="dxa"/>
              <w:bottom w:w="90" w:type="dxa"/>
              <w:right w:w="110" w:type="dxa"/>
            </w:tcMar>
            <w:vAlign w:val="center"/>
          </w:tcPr>
          <w:p w14:paraId="7267011C"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74A27F1D"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18F363C3"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4C46FCCA"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5A5CC020" w14:textId="77777777" w:rsidR="00B04DB1" w:rsidRPr="00AF6819" w:rsidRDefault="00B04DB1" w:rsidP="00FA5778">
            <w:pPr>
              <w:spacing w:line="240" w:lineRule="auto"/>
              <w:rPr>
                <w:rFonts w:ascii="Arial" w:hAnsi="Arial" w:cs="Arial"/>
              </w:rPr>
            </w:pPr>
          </w:p>
        </w:tc>
      </w:tr>
      <w:tr w:rsidR="00B04DB1" w:rsidRPr="00AF6819" w14:paraId="67F645A0" w14:textId="77777777" w:rsidTr="00FA5778">
        <w:trPr>
          <w:jc w:val="center"/>
        </w:trPr>
        <w:tc>
          <w:tcPr>
            <w:tcW w:w="1200" w:type="dxa"/>
            <w:tcMar>
              <w:top w:w="90" w:type="dxa"/>
              <w:left w:w="110" w:type="dxa"/>
              <w:bottom w:w="90" w:type="dxa"/>
              <w:right w:w="110" w:type="dxa"/>
            </w:tcMar>
            <w:vAlign w:val="center"/>
          </w:tcPr>
          <w:p w14:paraId="3E447920"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63E78449"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43CABF2F"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54153FAC"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4E387BE8" w14:textId="77777777" w:rsidR="00B04DB1" w:rsidRPr="00AF6819" w:rsidRDefault="00B04DB1" w:rsidP="00FA5778">
            <w:pPr>
              <w:spacing w:line="240" w:lineRule="auto"/>
              <w:rPr>
                <w:rFonts w:ascii="Arial" w:hAnsi="Arial" w:cs="Arial"/>
              </w:rPr>
            </w:pPr>
          </w:p>
        </w:tc>
      </w:tr>
      <w:tr w:rsidR="00B04DB1" w:rsidRPr="00AF6819" w14:paraId="25D60108" w14:textId="77777777" w:rsidTr="00FA5778">
        <w:trPr>
          <w:jc w:val="center"/>
        </w:trPr>
        <w:tc>
          <w:tcPr>
            <w:tcW w:w="1200" w:type="dxa"/>
            <w:shd w:val="clear" w:color="auto" w:fill="F8F9FB"/>
            <w:tcMar>
              <w:top w:w="90" w:type="dxa"/>
              <w:left w:w="110" w:type="dxa"/>
              <w:bottom w:w="90" w:type="dxa"/>
              <w:right w:w="110" w:type="dxa"/>
            </w:tcMar>
            <w:vAlign w:val="center"/>
          </w:tcPr>
          <w:p w14:paraId="6DD9FCDD"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5EC6A025"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04FAA102"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1DFF7CFB"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6D6A65F3" w14:textId="77777777" w:rsidR="00B04DB1" w:rsidRPr="00AF6819" w:rsidRDefault="00B04DB1" w:rsidP="00FA5778">
            <w:pPr>
              <w:spacing w:line="240" w:lineRule="auto"/>
              <w:rPr>
                <w:rFonts w:ascii="Arial" w:hAnsi="Arial" w:cs="Arial"/>
              </w:rPr>
            </w:pPr>
          </w:p>
        </w:tc>
      </w:tr>
      <w:tr w:rsidR="00B04DB1" w:rsidRPr="00AF6819" w14:paraId="666CA06F" w14:textId="77777777" w:rsidTr="00FA5778">
        <w:trPr>
          <w:jc w:val="center"/>
        </w:trPr>
        <w:tc>
          <w:tcPr>
            <w:tcW w:w="1200" w:type="dxa"/>
            <w:tcMar>
              <w:top w:w="90" w:type="dxa"/>
              <w:left w:w="110" w:type="dxa"/>
              <w:bottom w:w="90" w:type="dxa"/>
              <w:right w:w="110" w:type="dxa"/>
            </w:tcMar>
            <w:vAlign w:val="center"/>
          </w:tcPr>
          <w:p w14:paraId="1DF25D29"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75ECABC8"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13871936"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40DEE257"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419E0683" w14:textId="77777777" w:rsidR="00B04DB1" w:rsidRPr="00AF6819" w:rsidRDefault="00B04DB1" w:rsidP="00FA5778">
            <w:pPr>
              <w:spacing w:line="240" w:lineRule="auto"/>
              <w:rPr>
                <w:rFonts w:ascii="Arial" w:hAnsi="Arial" w:cs="Arial"/>
              </w:rPr>
            </w:pPr>
          </w:p>
        </w:tc>
      </w:tr>
      <w:tr w:rsidR="00B04DB1" w:rsidRPr="00AF6819" w14:paraId="75D131A7" w14:textId="77777777" w:rsidTr="00FA5778">
        <w:trPr>
          <w:jc w:val="center"/>
        </w:trPr>
        <w:tc>
          <w:tcPr>
            <w:tcW w:w="1200" w:type="dxa"/>
            <w:shd w:val="clear" w:color="auto" w:fill="F8F9FB"/>
            <w:tcMar>
              <w:top w:w="90" w:type="dxa"/>
              <w:left w:w="110" w:type="dxa"/>
              <w:bottom w:w="90" w:type="dxa"/>
              <w:right w:w="110" w:type="dxa"/>
            </w:tcMar>
            <w:vAlign w:val="center"/>
          </w:tcPr>
          <w:p w14:paraId="7053C226"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584C275C"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7C8EE27D"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1093CF19"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117CA4F6" w14:textId="77777777" w:rsidR="00B04DB1" w:rsidRPr="00AF6819" w:rsidRDefault="00B04DB1" w:rsidP="00FA5778">
            <w:pPr>
              <w:spacing w:line="240" w:lineRule="auto"/>
              <w:rPr>
                <w:rFonts w:ascii="Arial" w:hAnsi="Arial" w:cs="Arial"/>
              </w:rPr>
            </w:pPr>
          </w:p>
        </w:tc>
      </w:tr>
      <w:tr w:rsidR="00B04DB1" w:rsidRPr="00AF6819" w14:paraId="2030A353" w14:textId="77777777" w:rsidTr="00FA5778">
        <w:trPr>
          <w:jc w:val="center"/>
        </w:trPr>
        <w:tc>
          <w:tcPr>
            <w:tcW w:w="1200" w:type="dxa"/>
            <w:tcMar>
              <w:top w:w="90" w:type="dxa"/>
              <w:left w:w="110" w:type="dxa"/>
              <w:bottom w:w="90" w:type="dxa"/>
              <w:right w:w="110" w:type="dxa"/>
            </w:tcMar>
            <w:vAlign w:val="center"/>
          </w:tcPr>
          <w:p w14:paraId="756ACE06" w14:textId="77777777" w:rsidR="00B04DB1" w:rsidRPr="00AF6819" w:rsidRDefault="00B04DB1" w:rsidP="00FA5778">
            <w:pPr>
              <w:spacing w:line="240" w:lineRule="auto"/>
              <w:rPr>
                <w:rFonts w:ascii="Arial" w:hAnsi="Arial" w:cs="Arial"/>
              </w:rPr>
            </w:pPr>
          </w:p>
        </w:tc>
        <w:tc>
          <w:tcPr>
            <w:tcW w:w="2000" w:type="dxa"/>
            <w:tcMar>
              <w:top w:w="90" w:type="dxa"/>
              <w:left w:w="110" w:type="dxa"/>
              <w:bottom w:w="90" w:type="dxa"/>
              <w:right w:w="110" w:type="dxa"/>
            </w:tcMar>
            <w:vAlign w:val="center"/>
          </w:tcPr>
          <w:p w14:paraId="1D6EADD9"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3A102670"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189F70E7" w14:textId="77777777" w:rsidR="00B04DB1" w:rsidRPr="00AF6819" w:rsidRDefault="00B04DB1" w:rsidP="00FA5778">
            <w:pPr>
              <w:spacing w:line="240" w:lineRule="auto"/>
              <w:rPr>
                <w:rFonts w:ascii="Arial" w:hAnsi="Arial" w:cs="Arial"/>
              </w:rPr>
            </w:pPr>
          </w:p>
        </w:tc>
        <w:tc>
          <w:tcPr>
            <w:tcW w:w="1200" w:type="dxa"/>
            <w:tcMar>
              <w:top w:w="90" w:type="dxa"/>
              <w:left w:w="110" w:type="dxa"/>
              <w:bottom w:w="90" w:type="dxa"/>
              <w:right w:w="110" w:type="dxa"/>
            </w:tcMar>
            <w:vAlign w:val="center"/>
          </w:tcPr>
          <w:p w14:paraId="37BB1C12" w14:textId="77777777" w:rsidR="00B04DB1" w:rsidRPr="00AF6819" w:rsidRDefault="00B04DB1" w:rsidP="00FA5778">
            <w:pPr>
              <w:spacing w:line="240" w:lineRule="auto"/>
              <w:rPr>
                <w:rFonts w:ascii="Arial" w:hAnsi="Arial" w:cs="Arial"/>
              </w:rPr>
            </w:pPr>
          </w:p>
        </w:tc>
      </w:tr>
      <w:tr w:rsidR="00B04DB1" w:rsidRPr="00AF6819" w14:paraId="514B3814" w14:textId="77777777" w:rsidTr="00FA5778">
        <w:trPr>
          <w:jc w:val="center"/>
        </w:trPr>
        <w:tc>
          <w:tcPr>
            <w:tcW w:w="1200" w:type="dxa"/>
            <w:shd w:val="clear" w:color="auto" w:fill="F8F9FB"/>
            <w:tcMar>
              <w:top w:w="90" w:type="dxa"/>
              <w:left w:w="110" w:type="dxa"/>
              <w:bottom w:w="90" w:type="dxa"/>
              <w:right w:w="110" w:type="dxa"/>
            </w:tcMar>
            <w:vAlign w:val="center"/>
          </w:tcPr>
          <w:p w14:paraId="04F67741" w14:textId="77777777" w:rsidR="00B04DB1" w:rsidRPr="00AF6819" w:rsidRDefault="00B04DB1" w:rsidP="00FA5778">
            <w:pPr>
              <w:spacing w:line="240" w:lineRule="auto"/>
              <w:rPr>
                <w:rFonts w:ascii="Arial" w:hAnsi="Arial" w:cs="Arial"/>
              </w:rPr>
            </w:pPr>
          </w:p>
        </w:tc>
        <w:tc>
          <w:tcPr>
            <w:tcW w:w="2000" w:type="dxa"/>
            <w:shd w:val="clear" w:color="auto" w:fill="F8F9FB"/>
            <w:tcMar>
              <w:top w:w="90" w:type="dxa"/>
              <w:left w:w="110" w:type="dxa"/>
              <w:bottom w:w="90" w:type="dxa"/>
              <w:right w:w="110" w:type="dxa"/>
            </w:tcMar>
            <w:vAlign w:val="center"/>
          </w:tcPr>
          <w:p w14:paraId="7E49B2C1"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6C5B9484"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105D7648" w14:textId="77777777" w:rsidR="00B04DB1" w:rsidRPr="00AF6819" w:rsidRDefault="00B04DB1" w:rsidP="00FA5778">
            <w:pPr>
              <w:spacing w:line="240" w:lineRule="auto"/>
              <w:rPr>
                <w:rFonts w:ascii="Arial" w:hAnsi="Arial" w:cs="Arial"/>
              </w:rPr>
            </w:pPr>
          </w:p>
        </w:tc>
        <w:tc>
          <w:tcPr>
            <w:tcW w:w="1200" w:type="dxa"/>
            <w:shd w:val="clear" w:color="auto" w:fill="F8F9FB"/>
            <w:tcMar>
              <w:top w:w="90" w:type="dxa"/>
              <w:left w:w="110" w:type="dxa"/>
              <w:bottom w:w="90" w:type="dxa"/>
              <w:right w:w="110" w:type="dxa"/>
            </w:tcMar>
            <w:vAlign w:val="center"/>
          </w:tcPr>
          <w:p w14:paraId="6C8F520A" w14:textId="77777777" w:rsidR="00B04DB1" w:rsidRPr="00AF6819" w:rsidRDefault="00B04DB1" w:rsidP="00FA5778">
            <w:pPr>
              <w:spacing w:line="240" w:lineRule="auto"/>
              <w:rPr>
                <w:rFonts w:ascii="Arial" w:hAnsi="Arial" w:cs="Arial"/>
              </w:rPr>
            </w:pPr>
          </w:p>
        </w:tc>
      </w:tr>
    </w:tbl>
    <w:p w14:paraId="4DB32737" w14:textId="77777777" w:rsidR="00B04DB1" w:rsidRDefault="00B04DB1" w:rsidP="00B04DB1">
      <w:pPr>
        <w:spacing w:after="0"/>
      </w:pPr>
    </w:p>
    <w:p w14:paraId="6CF43B8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I.2 Draft Equipment Supply Agreement</w:t>
      </w:r>
    </w:p>
    <w:tbl>
      <w:tblPr>
        <w:tblStyle w:val="TableGrid"/>
        <w:tblW w:w="9360" w:type="dxa"/>
        <w:jc w:val="center"/>
        <w:tblLayout w:type="fixed"/>
        <w:tblLook w:val="04A0" w:firstRow="1" w:lastRow="0" w:firstColumn="1" w:lastColumn="0" w:noHBand="0" w:noVBand="1"/>
      </w:tblPr>
      <w:tblGrid>
        <w:gridCol w:w="1600"/>
        <w:gridCol w:w="2600"/>
        <w:gridCol w:w="3260"/>
        <w:gridCol w:w="1900"/>
      </w:tblGrid>
      <w:tr w:rsidR="00B04DB1" w:rsidRPr="00AF6819" w14:paraId="5C1F6996" w14:textId="77777777" w:rsidTr="00FA5778">
        <w:trPr>
          <w:tblHeader/>
          <w:jc w:val="center"/>
        </w:trPr>
        <w:tc>
          <w:tcPr>
            <w:tcW w:w="1600" w:type="dxa"/>
            <w:shd w:val="clear" w:color="auto" w:fill="2D2D84"/>
            <w:tcMar>
              <w:top w:w="90" w:type="dxa"/>
              <w:left w:w="110" w:type="dxa"/>
              <w:bottom w:w="90" w:type="dxa"/>
              <w:right w:w="110" w:type="dxa"/>
            </w:tcMar>
            <w:vAlign w:val="center"/>
          </w:tcPr>
          <w:p w14:paraId="709D7081"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Agreement section</w:t>
            </w:r>
          </w:p>
        </w:tc>
        <w:tc>
          <w:tcPr>
            <w:tcW w:w="2600" w:type="dxa"/>
            <w:shd w:val="clear" w:color="auto" w:fill="2D2D84"/>
            <w:tcMar>
              <w:top w:w="90" w:type="dxa"/>
              <w:left w:w="110" w:type="dxa"/>
              <w:bottom w:w="90" w:type="dxa"/>
              <w:right w:w="110" w:type="dxa"/>
            </w:tcMar>
            <w:vAlign w:val="center"/>
          </w:tcPr>
          <w:p w14:paraId="62F1EE6F"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Requested change</w:t>
            </w:r>
          </w:p>
        </w:tc>
        <w:tc>
          <w:tcPr>
            <w:tcW w:w="3260" w:type="dxa"/>
            <w:shd w:val="clear" w:color="auto" w:fill="2D2D84"/>
            <w:tcMar>
              <w:top w:w="90" w:type="dxa"/>
              <w:left w:w="110" w:type="dxa"/>
              <w:bottom w:w="90" w:type="dxa"/>
              <w:right w:w="110" w:type="dxa"/>
            </w:tcMar>
            <w:vAlign w:val="center"/>
          </w:tcPr>
          <w:p w14:paraId="765515F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Proposed language</w:t>
            </w:r>
          </w:p>
        </w:tc>
        <w:tc>
          <w:tcPr>
            <w:tcW w:w="1900" w:type="dxa"/>
            <w:shd w:val="clear" w:color="auto" w:fill="2D2D84"/>
            <w:tcMar>
              <w:top w:w="90" w:type="dxa"/>
              <w:left w:w="110" w:type="dxa"/>
              <w:bottom w:w="90" w:type="dxa"/>
              <w:right w:w="110" w:type="dxa"/>
            </w:tcMar>
            <w:vAlign w:val="center"/>
          </w:tcPr>
          <w:p w14:paraId="3939091D"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Reason / effect</w:t>
            </w:r>
          </w:p>
        </w:tc>
      </w:tr>
      <w:tr w:rsidR="00B04DB1" w:rsidRPr="00AF6819" w14:paraId="3BE7E218" w14:textId="77777777" w:rsidTr="00FA5778">
        <w:trPr>
          <w:jc w:val="center"/>
        </w:trPr>
        <w:tc>
          <w:tcPr>
            <w:tcW w:w="1600" w:type="dxa"/>
            <w:tcMar>
              <w:top w:w="90" w:type="dxa"/>
              <w:left w:w="110" w:type="dxa"/>
              <w:bottom w:w="90" w:type="dxa"/>
              <w:right w:w="110" w:type="dxa"/>
            </w:tcMar>
            <w:vAlign w:val="center"/>
          </w:tcPr>
          <w:p w14:paraId="3C228758"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13AF0B5F" w14:textId="77777777" w:rsidR="00B04DB1" w:rsidRPr="00AF6819" w:rsidRDefault="00B04DB1" w:rsidP="00FA5778">
            <w:pPr>
              <w:spacing w:line="240" w:lineRule="auto"/>
              <w:rPr>
                <w:rFonts w:ascii="Arial" w:hAnsi="Arial" w:cs="Arial"/>
              </w:rPr>
            </w:pPr>
          </w:p>
        </w:tc>
        <w:tc>
          <w:tcPr>
            <w:tcW w:w="3260" w:type="dxa"/>
            <w:tcMar>
              <w:top w:w="90" w:type="dxa"/>
              <w:left w:w="110" w:type="dxa"/>
              <w:bottom w:w="90" w:type="dxa"/>
              <w:right w:w="110" w:type="dxa"/>
            </w:tcMar>
            <w:vAlign w:val="center"/>
          </w:tcPr>
          <w:p w14:paraId="3D53EB2B" w14:textId="77777777" w:rsidR="00B04DB1" w:rsidRPr="00AF6819" w:rsidRDefault="00B04DB1" w:rsidP="00FA5778">
            <w:pPr>
              <w:spacing w:line="240" w:lineRule="auto"/>
              <w:rPr>
                <w:rFonts w:ascii="Arial" w:hAnsi="Arial" w:cs="Arial"/>
              </w:rPr>
            </w:pPr>
          </w:p>
        </w:tc>
        <w:tc>
          <w:tcPr>
            <w:tcW w:w="1900" w:type="dxa"/>
            <w:tcMar>
              <w:top w:w="90" w:type="dxa"/>
              <w:left w:w="110" w:type="dxa"/>
              <w:bottom w:w="90" w:type="dxa"/>
              <w:right w:w="110" w:type="dxa"/>
            </w:tcMar>
            <w:vAlign w:val="center"/>
          </w:tcPr>
          <w:p w14:paraId="5771982D" w14:textId="77777777" w:rsidR="00B04DB1" w:rsidRPr="00AF6819" w:rsidRDefault="00B04DB1" w:rsidP="00FA5778">
            <w:pPr>
              <w:spacing w:line="240" w:lineRule="auto"/>
              <w:rPr>
                <w:rFonts w:ascii="Arial" w:hAnsi="Arial" w:cs="Arial"/>
              </w:rPr>
            </w:pPr>
          </w:p>
        </w:tc>
      </w:tr>
      <w:tr w:rsidR="00B04DB1" w:rsidRPr="00AF6819" w14:paraId="57F36815" w14:textId="77777777" w:rsidTr="00FA5778">
        <w:trPr>
          <w:jc w:val="center"/>
        </w:trPr>
        <w:tc>
          <w:tcPr>
            <w:tcW w:w="1600" w:type="dxa"/>
            <w:shd w:val="clear" w:color="auto" w:fill="F8F9FB"/>
            <w:tcMar>
              <w:top w:w="90" w:type="dxa"/>
              <w:left w:w="110" w:type="dxa"/>
              <w:bottom w:w="90" w:type="dxa"/>
              <w:right w:w="110" w:type="dxa"/>
            </w:tcMar>
            <w:vAlign w:val="center"/>
          </w:tcPr>
          <w:p w14:paraId="49D99433"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3B174E6E" w14:textId="77777777" w:rsidR="00B04DB1" w:rsidRPr="00AF6819" w:rsidRDefault="00B04DB1" w:rsidP="00FA5778">
            <w:pPr>
              <w:spacing w:line="240" w:lineRule="auto"/>
              <w:rPr>
                <w:rFonts w:ascii="Arial" w:hAnsi="Arial" w:cs="Arial"/>
              </w:rPr>
            </w:pPr>
          </w:p>
        </w:tc>
        <w:tc>
          <w:tcPr>
            <w:tcW w:w="3260" w:type="dxa"/>
            <w:shd w:val="clear" w:color="auto" w:fill="F8F9FB"/>
            <w:tcMar>
              <w:top w:w="90" w:type="dxa"/>
              <w:left w:w="110" w:type="dxa"/>
              <w:bottom w:w="90" w:type="dxa"/>
              <w:right w:w="110" w:type="dxa"/>
            </w:tcMar>
            <w:vAlign w:val="center"/>
          </w:tcPr>
          <w:p w14:paraId="0828AD01" w14:textId="77777777" w:rsidR="00B04DB1" w:rsidRPr="00AF6819" w:rsidRDefault="00B04DB1" w:rsidP="00FA5778">
            <w:pPr>
              <w:spacing w:line="240" w:lineRule="auto"/>
              <w:rPr>
                <w:rFonts w:ascii="Arial" w:hAnsi="Arial" w:cs="Arial"/>
              </w:rPr>
            </w:pPr>
          </w:p>
        </w:tc>
        <w:tc>
          <w:tcPr>
            <w:tcW w:w="1900" w:type="dxa"/>
            <w:shd w:val="clear" w:color="auto" w:fill="F8F9FB"/>
            <w:tcMar>
              <w:top w:w="90" w:type="dxa"/>
              <w:left w:w="110" w:type="dxa"/>
              <w:bottom w:w="90" w:type="dxa"/>
              <w:right w:w="110" w:type="dxa"/>
            </w:tcMar>
            <w:vAlign w:val="center"/>
          </w:tcPr>
          <w:p w14:paraId="1B81A714" w14:textId="77777777" w:rsidR="00B04DB1" w:rsidRPr="00AF6819" w:rsidRDefault="00B04DB1" w:rsidP="00FA5778">
            <w:pPr>
              <w:spacing w:line="240" w:lineRule="auto"/>
              <w:rPr>
                <w:rFonts w:ascii="Arial" w:hAnsi="Arial" w:cs="Arial"/>
              </w:rPr>
            </w:pPr>
          </w:p>
        </w:tc>
      </w:tr>
      <w:tr w:rsidR="00B04DB1" w:rsidRPr="00AF6819" w14:paraId="7EC556FD" w14:textId="77777777" w:rsidTr="00FA5778">
        <w:trPr>
          <w:jc w:val="center"/>
        </w:trPr>
        <w:tc>
          <w:tcPr>
            <w:tcW w:w="1600" w:type="dxa"/>
            <w:tcMar>
              <w:top w:w="90" w:type="dxa"/>
              <w:left w:w="110" w:type="dxa"/>
              <w:bottom w:w="90" w:type="dxa"/>
              <w:right w:w="110" w:type="dxa"/>
            </w:tcMar>
            <w:vAlign w:val="center"/>
          </w:tcPr>
          <w:p w14:paraId="2FECC1DA"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28D581F7" w14:textId="77777777" w:rsidR="00B04DB1" w:rsidRPr="00AF6819" w:rsidRDefault="00B04DB1" w:rsidP="00FA5778">
            <w:pPr>
              <w:spacing w:line="240" w:lineRule="auto"/>
              <w:rPr>
                <w:rFonts w:ascii="Arial" w:hAnsi="Arial" w:cs="Arial"/>
              </w:rPr>
            </w:pPr>
          </w:p>
        </w:tc>
        <w:tc>
          <w:tcPr>
            <w:tcW w:w="3260" w:type="dxa"/>
            <w:tcMar>
              <w:top w:w="90" w:type="dxa"/>
              <w:left w:w="110" w:type="dxa"/>
              <w:bottom w:w="90" w:type="dxa"/>
              <w:right w:w="110" w:type="dxa"/>
            </w:tcMar>
            <w:vAlign w:val="center"/>
          </w:tcPr>
          <w:p w14:paraId="21E7BC4C" w14:textId="77777777" w:rsidR="00B04DB1" w:rsidRPr="00AF6819" w:rsidRDefault="00B04DB1" w:rsidP="00FA5778">
            <w:pPr>
              <w:spacing w:line="240" w:lineRule="auto"/>
              <w:rPr>
                <w:rFonts w:ascii="Arial" w:hAnsi="Arial" w:cs="Arial"/>
              </w:rPr>
            </w:pPr>
          </w:p>
        </w:tc>
        <w:tc>
          <w:tcPr>
            <w:tcW w:w="1900" w:type="dxa"/>
            <w:tcMar>
              <w:top w:w="90" w:type="dxa"/>
              <w:left w:w="110" w:type="dxa"/>
              <w:bottom w:w="90" w:type="dxa"/>
              <w:right w:w="110" w:type="dxa"/>
            </w:tcMar>
            <w:vAlign w:val="center"/>
          </w:tcPr>
          <w:p w14:paraId="522F61BC" w14:textId="77777777" w:rsidR="00B04DB1" w:rsidRPr="00AF6819" w:rsidRDefault="00B04DB1" w:rsidP="00FA5778">
            <w:pPr>
              <w:spacing w:line="240" w:lineRule="auto"/>
              <w:rPr>
                <w:rFonts w:ascii="Arial" w:hAnsi="Arial" w:cs="Arial"/>
              </w:rPr>
            </w:pPr>
          </w:p>
        </w:tc>
      </w:tr>
      <w:tr w:rsidR="00B04DB1" w:rsidRPr="00AF6819" w14:paraId="7F83AC93" w14:textId="77777777" w:rsidTr="00FA5778">
        <w:trPr>
          <w:jc w:val="center"/>
        </w:trPr>
        <w:tc>
          <w:tcPr>
            <w:tcW w:w="1600" w:type="dxa"/>
            <w:shd w:val="clear" w:color="auto" w:fill="F8F9FB"/>
            <w:tcMar>
              <w:top w:w="90" w:type="dxa"/>
              <w:left w:w="110" w:type="dxa"/>
              <w:bottom w:w="90" w:type="dxa"/>
              <w:right w:w="110" w:type="dxa"/>
            </w:tcMar>
            <w:vAlign w:val="center"/>
          </w:tcPr>
          <w:p w14:paraId="73A7251D"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6E47B774" w14:textId="77777777" w:rsidR="00B04DB1" w:rsidRPr="00AF6819" w:rsidRDefault="00B04DB1" w:rsidP="00FA5778">
            <w:pPr>
              <w:spacing w:line="240" w:lineRule="auto"/>
              <w:rPr>
                <w:rFonts w:ascii="Arial" w:hAnsi="Arial" w:cs="Arial"/>
              </w:rPr>
            </w:pPr>
          </w:p>
        </w:tc>
        <w:tc>
          <w:tcPr>
            <w:tcW w:w="3260" w:type="dxa"/>
            <w:shd w:val="clear" w:color="auto" w:fill="F8F9FB"/>
            <w:tcMar>
              <w:top w:w="90" w:type="dxa"/>
              <w:left w:w="110" w:type="dxa"/>
              <w:bottom w:w="90" w:type="dxa"/>
              <w:right w:w="110" w:type="dxa"/>
            </w:tcMar>
            <w:vAlign w:val="center"/>
          </w:tcPr>
          <w:p w14:paraId="5055C8F6" w14:textId="77777777" w:rsidR="00B04DB1" w:rsidRPr="00AF6819" w:rsidRDefault="00B04DB1" w:rsidP="00FA5778">
            <w:pPr>
              <w:spacing w:line="240" w:lineRule="auto"/>
              <w:rPr>
                <w:rFonts w:ascii="Arial" w:hAnsi="Arial" w:cs="Arial"/>
              </w:rPr>
            </w:pPr>
          </w:p>
        </w:tc>
        <w:tc>
          <w:tcPr>
            <w:tcW w:w="1900" w:type="dxa"/>
            <w:shd w:val="clear" w:color="auto" w:fill="F8F9FB"/>
            <w:tcMar>
              <w:top w:w="90" w:type="dxa"/>
              <w:left w:w="110" w:type="dxa"/>
              <w:bottom w:w="90" w:type="dxa"/>
              <w:right w:w="110" w:type="dxa"/>
            </w:tcMar>
            <w:vAlign w:val="center"/>
          </w:tcPr>
          <w:p w14:paraId="060B6DE5" w14:textId="77777777" w:rsidR="00B04DB1" w:rsidRPr="00AF6819" w:rsidRDefault="00B04DB1" w:rsidP="00FA5778">
            <w:pPr>
              <w:spacing w:line="240" w:lineRule="auto"/>
              <w:rPr>
                <w:rFonts w:ascii="Arial" w:hAnsi="Arial" w:cs="Arial"/>
              </w:rPr>
            </w:pPr>
          </w:p>
        </w:tc>
      </w:tr>
      <w:tr w:rsidR="00B04DB1" w:rsidRPr="00AF6819" w14:paraId="60493CC9" w14:textId="77777777" w:rsidTr="00FA5778">
        <w:trPr>
          <w:jc w:val="center"/>
        </w:trPr>
        <w:tc>
          <w:tcPr>
            <w:tcW w:w="1600" w:type="dxa"/>
            <w:shd w:val="clear" w:color="auto" w:fill="F8F9FB"/>
            <w:tcMar>
              <w:top w:w="90" w:type="dxa"/>
              <w:left w:w="110" w:type="dxa"/>
              <w:bottom w:w="90" w:type="dxa"/>
              <w:right w:w="110" w:type="dxa"/>
            </w:tcMar>
            <w:vAlign w:val="center"/>
          </w:tcPr>
          <w:p w14:paraId="7980810E"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51E3E774" w14:textId="77777777" w:rsidR="00B04DB1" w:rsidRPr="00AF6819" w:rsidRDefault="00B04DB1" w:rsidP="00FA5778">
            <w:pPr>
              <w:spacing w:line="240" w:lineRule="auto"/>
              <w:rPr>
                <w:rFonts w:ascii="Arial" w:hAnsi="Arial" w:cs="Arial"/>
              </w:rPr>
            </w:pPr>
          </w:p>
        </w:tc>
        <w:tc>
          <w:tcPr>
            <w:tcW w:w="3260" w:type="dxa"/>
            <w:shd w:val="clear" w:color="auto" w:fill="F8F9FB"/>
            <w:tcMar>
              <w:top w:w="90" w:type="dxa"/>
              <w:left w:w="110" w:type="dxa"/>
              <w:bottom w:w="90" w:type="dxa"/>
              <w:right w:w="110" w:type="dxa"/>
            </w:tcMar>
            <w:vAlign w:val="center"/>
          </w:tcPr>
          <w:p w14:paraId="2F33203D" w14:textId="77777777" w:rsidR="00B04DB1" w:rsidRPr="00AF6819" w:rsidRDefault="00B04DB1" w:rsidP="00FA5778">
            <w:pPr>
              <w:spacing w:line="240" w:lineRule="auto"/>
              <w:rPr>
                <w:rFonts w:ascii="Arial" w:hAnsi="Arial" w:cs="Arial"/>
              </w:rPr>
            </w:pPr>
          </w:p>
        </w:tc>
        <w:tc>
          <w:tcPr>
            <w:tcW w:w="1900" w:type="dxa"/>
            <w:shd w:val="clear" w:color="auto" w:fill="F8F9FB"/>
            <w:tcMar>
              <w:top w:w="90" w:type="dxa"/>
              <w:left w:w="110" w:type="dxa"/>
              <w:bottom w:w="90" w:type="dxa"/>
              <w:right w:w="110" w:type="dxa"/>
            </w:tcMar>
            <w:vAlign w:val="center"/>
          </w:tcPr>
          <w:p w14:paraId="5768887E" w14:textId="77777777" w:rsidR="00B04DB1" w:rsidRPr="00AF6819" w:rsidRDefault="00B04DB1" w:rsidP="00FA5778">
            <w:pPr>
              <w:spacing w:line="240" w:lineRule="auto"/>
              <w:rPr>
                <w:rFonts w:ascii="Arial" w:hAnsi="Arial" w:cs="Arial"/>
              </w:rPr>
            </w:pPr>
          </w:p>
        </w:tc>
      </w:tr>
      <w:tr w:rsidR="00B04DB1" w:rsidRPr="00AF6819" w14:paraId="3D6D73CF" w14:textId="77777777" w:rsidTr="00FA5778">
        <w:trPr>
          <w:jc w:val="center"/>
        </w:trPr>
        <w:tc>
          <w:tcPr>
            <w:tcW w:w="1600" w:type="dxa"/>
            <w:tcMar>
              <w:top w:w="90" w:type="dxa"/>
              <w:left w:w="110" w:type="dxa"/>
              <w:bottom w:w="90" w:type="dxa"/>
              <w:right w:w="110" w:type="dxa"/>
            </w:tcMar>
            <w:vAlign w:val="center"/>
          </w:tcPr>
          <w:p w14:paraId="74ADE440" w14:textId="77777777" w:rsidR="00B04DB1" w:rsidRPr="00AF6819" w:rsidRDefault="00B04DB1" w:rsidP="00FA5778">
            <w:pPr>
              <w:spacing w:line="240" w:lineRule="auto"/>
              <w:rPr>
                <w:rFonts w:ascii="Arial" w:hAnsi="Arial" w:cs="Arial"/>
              </w:rPr>
            </w:pPr>
          </w:p>
        </w:tc>
        <w:tc>
          <w:tcPr>
            <w:tcW w:w="2600" w:type="dxa"/>
            <w:tcMar>
              <w:top w:w="90" w:type="dxa"/>
              <w:left w:w="110" w:type="dxa"/>
              <w:bottom w:w="90" w:type="dxa"/>
              <w:right w:w="110" w:type="dxa"/>
            </w:tcMar>
            <w:vAlign w:val="center"/>
          </w:tcPr>
          <w:p w14:paraId="4E1A6768" w14:textId="77777777" w:rsidR="00B04DB1" w:rsidRPr="00AF6819" w:rsidRDefault="00B04DB1" w:rsidP="00FA5778">
            <w:pPr>
              <w:spacing w:line="240" w:lineRule="auto"/>
              <w:rPr>
                <w:rFonts w:ascii="Arial" w:hAnsi="Arial" w:cs="Arial"/>
              </w:rPr>
            </w:pPr>
          </w:p>
        </w:tc>
        <w:tc>
          <w:tcPr>
            <w:tcW w:w="3260" w:type="dxa"/>
            <w:tcMar>
              <w:top w:w="90" w:type="dxa"/>
              <w:left w:w="110" w:type="dxa"/>
              <w:bottom w:w="90" w:type="dxa"/>
              <w:right w:w="110" w:type="dxa"/>
            </w:tcMar>
            <w:vAlign w:val="center"/>
          </w:tcPr>
          <w:p w14:paraId="65FDD9DE" w14:textId="77777777" w:rsidR="00B04DB1" w:rsidRPr="00AF6819" w:rsidRDefault="00B04DB1" w:rsidP="00FA5778">
            <w:pPr>
              <w:spacing w:line="240" w:lineRule="auto"/>
              <w:rPr>
                <w:rFonts w:ascii="Arial" w:hAnsi="Arial" w:cs="Arial"/>
              </w:rPr>
            </w:pPr>
          </w:p>
        </w:tc>
        <w:tc>
          <w:tcPr>
            <w:tcW w:w="1900" w:type="dxa"/>
            <w:tcMar>
              <w:top w:w="90" w:type="dxa"/>
              <w:left w:w="110" w:type="dxa"/>
              <w:bottom w:w="90" w:type="dxa"/>
              <w:right w:w="110" w:type="dxa"/>
            </w:tcMar>
            <w:vAlign w:val="center"/>
          </w:tcPr>
          <w:p w14:paraId="569C18BA" w14:textId="77777777" w:rsidR="00B04DB1" w:rsidRPr="00AF6819" w:rsidRDefault="00B04DB1" w:rsidP="00FA5778">
            <w:pPr>
              <w:spacing w:line="240" w:lineRule="auto"/>
              <w:rPr>
                <w:rFonts w:ascii="Arial" w:hAnsi="Arial" w:cs="Arial"/>
              </w:rPr>
            </w:pPr>
          </w:p>
        </w:tc>
      </w:tr>
      <w:tr w:rsidR="00B04DB1" w:rsidRPr="00AF6819" w14:paraId="661D6C37" w14:textId="77777777" w:rsidTr="00FA5778">
        <w:trPr>
          <w:jc w:val="center"/>
        </w:trPr>
        <w:tc>
          <w:tcPr>
            <w:tcW w:w="1600" w:type="dxa"/>
            <w:shd w:val="clear" w:color="auto" w:fill="F8F9FB"/>
            <w:tcMar>
              <w:top w:w="90" w:type="dxa"/>
              <w:left w:w="110" w:type="dxa"/>
              <w:bottom w:w="90" w:type="dxa"/>
              <w:right w:w="110" w:type="dxa"/>
            </w:tcMar>
            <w:vAlign w:val="center"/>
          </w:tcPr>
          <w:p w14:paraId="2B0096AE" w14:textId="77777777" w:rsidR="00B04DB1" w:rsidRPr="00AF6819" w:rsidRDefault="00B04DB1" w:rsidP="00FA5778">
            <w:pPr>
              <w:spacing w:line="240" w:lineRule="auto"/>
              <w:rPr>
                <w:rFonts w:ascii="Arial" w:hAnsi="Arial" w:cs="Arial"/>
              </w:rPr>
            </w:pPr>
          </w:p>
        </w:tc>
        <w:tc>
          <w:tcPr>
            <w:tcW w:w="2600" w:type="dxa"/>
            <w:shd w:val="clear" w:color="auto" w:fill="F8F9FB"/>
            <w:tcMar>
              <w:top w:w="90" w:type="dxa"/>
              <w:left w:w="110" w:type="dxa"/>
              <w:bottom w:w="90" w:type="dxa"/>
              <w:right w:w="110" w:type="dxa"/>
            </w:tcMar>
            <w:vAlign w:val="center"/>
          </w:tcPr>
          <w:p w14:paraId="50A159D1" w14:textId="77777777" w:rsidR="00B04DB1" w:rsidRPr="00AF6819" w:rsidRDefault="00B04DB1" w:rsidP="00FA5778">
            <w:pPr>
              <w:spacing w:line="240" w:lineRule="auto"/>
              <w:rPr>
                <w:rFonts w:ascii="Arial" w:hAnsi="Arial" w:cs="Arial"/>
              </w:rPr>
            </w:pPr>
          </w:p>
        </w:tc>
        <w:tc>
          <w:tcPr>
            <w:tcW w:w="3260" w:type="dxa"/>
            <w:shd w:val="clear" w:color="auto" w:fill="F8F9FB"/>
            <w:tcMar>
              <w:top w:w="90" w:type="dxa"/>
              <w:left w:w="110" w:type="dxa"/>
              <w:bottom w:w="90" w:type="dxa"/>
              <w:right w:w="110" w:type="dxa"/>
            </w:tcMar>
            <w:vAlign w:val="center"/>
          </w:tcPr>
          <w:p w14:paraId="58FF8123" w14:textId="77777777" w:rsidR="00B04DB1" w:rsidRPr="00AF6819" w:rsidRDefault="00B04DB1" w:rsidP="00FA5778">
            <w:pPr>
              <w:spacing w:line="240" w:lineRule="auto"/>
              <w:rPr>
                <w:rFonts w:ascii="Arial" w:hAnsi="Arial" w:cs="Arial"/>
              </w:rPr>
            </w:pPr>
          </w:p>
        </w:tc>
        <w:tc>
          <w:tcPr>
            <w:tcW w:w="1900" w:type="dxa"/>
            <w:shd w:val="clear" w:color="auto" w:fill="F8F9FB"/>
            <w:tcMar>
              <w:top w:w="90" w:type="dxa"/>
              <w:left w:w="110" w:type="dxa"/>
              <w:bottom w:w="90" w:type="dxa"/>
              <w:right w:w="110" w:type="dxa"/>
            </w:tcMar>
            <w:vAlign w:val="center"/>
          </w:tcPr>
          <w:p w14:paraId="5D0A103A" w14:textId="77777777" w:rsidR="00B04DB1" w:rsidRPr="00AF6819" w:rsidRDefault="00B04DB1" w:rsidP="00FA5778">
            <w:pPr>
              <w:spacing w:line="240" w:lineRule="auto"/>
              <w:rPr>
                <w:rFonts w:ascii="Arial" w:hAnsi="Arial" w:cs="Arial"/>
              </w:rPr>
            </w:pPr>
          </w:p>
        </w:tc>
      </w:tr>
    </w:tbl>
    <w:p w14:paraId="11CD7072"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lastRenderedPageBreak/>
        <w:t>I.3 Draft LTSA Mandatory Term Matrix</w:t>
      </w:r>
    </w:p>
    <w:tbl>
      <w:tblPr>
        <w:tblStyle w:val="TableGrid"/>
        <w:tblW w:w="9360" w:type="dxa"/>
        <w:jc w:val="center"/>
        <w:tblLayout w:type="fixed"/>
        <w:tblLook w:val="04A0" w:firstRow="1" w:lastRow="0" w:firstColumn="1" w:lastColumn="0" w:noHBand="0" w:noVBand="1"/>
      </w:tblPr>
      <w:tblGrid>
        <w:gridCol w:w="3900"/>
        <w:gridCol w:w="900"/>
        <w:gridCol w:w="2200"/>
        <w:gridCol w:w="2360"/>
      </w:tblGrid>
      <w:tr w:rsidR="00B04DB1" w:rsidRPr="00AF6819" w14:paraId="75549CC0" w14:textId="77777777" w:rsidTr="00FA5778">
        <w:trPr>
          <w:tblHeader/>
          <w:jc w:val="center"/>
        </w:trPr>
        <w:tc>
          <w:tcPr>
            <w:tcW w:w="3900" w:type="dxa"/>
            <w:shd w:val="clear" w:color="auto" w:fill="2D2D84"/>
            <w:tcMar>
              <w:top w:w="90" w:type="dxa"/>
              <w:left w:w="110" w:type="dxa"/>
              <w:bottom w:w="90" w:type="dxa"/>
              <w:right w:w="110" w:type="dxa"/>
            </w:tcMar>
            <w:vAlign w:val="center"/>
          </w:tcPr>
          <w:p w14:paraId="115F7F90"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Mandatory term</w:t>
            </w:r>
          </w:p>
        </w:tc>
        <w:tc>
          <w:tcPr>
            <w:tcW w:w="900" w:type="dxa"/>
            <w:shd w:val="clear" w:color="auto" w:fill="2D2D84"/>
            <w:tcMar>
              <w:top w:w="90" w:type="dxa"/>
              <w:left w:w="110" w:type="dxa"/>
              <w:bottom w:w="90" w:type="dxa"/>
              <w:right w:w="110" w:type="dxa"/>
            </w:tcMar>
            <w:vAlign w:val="center"/>
          </w:tcPr>
          <w:p w14:paraId="17AD68FE"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Comply</w:t>
            </w:r>
          </w:p>
        </w:tc>
        <w:tc>
          <w:tcPr>
            <w:tcW w:w="2200" w:type="dxa"/>
            <w:shd w:val="clear" w:color="auto" w:fill="2D2D84"/>
            <w:tcMar>
              <w:top w:w="90" w:type="dxa"/>
              <w:left w:w="110" w:type="dxa"/>
              <w:bottom w:w="90" w:type="dxa"/>
              <w:right w:w="110" w:type="dxa"/>
            </w:tcMar>
            <w:vAlign w:val="center"/>
          </w:tcPr>
          <w:p w14:paraId="72A19C28"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Draft LTSA section</w:t>
            </w:r>
          </w:p>
        </w:tc>
        <w:tc>
          <w:tcPr>
            <w:tcW w:w="2360" w:type="dxa"/>
            <w:shd w:val="clear" w:color="auto" w:fill="2D2D84"/>
            <w:tcMar>
              <w:top w:w="90" w:type="dxa"/>
              <w:left w:w="110" w:type="dxa"/>
              <w:bottom w:w="90" w:type="dxa"/>
              <w:right w:w="110" w:type="dxa"/>
            </w:tcMar>
            <w:vAlign w:val="center"/>
          </w:tcPr>
          <w:p w14:paraId="3CF09A1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Exception</w:t>
            </w:r>
          </w:p>
        </w:tc>
      </w:tr>
      <w:tr w:rsidR="00B04DB1" w:rsidRPr="00AF6819" w14:paraId="3A201539" w14:textId="77777777" w:rsidTr="00FA5778">
        <w:trPr>
          <w:jc w:val="center"/>
        </w:trPr>
        <w:tc>
          <w:tcPr>
            <w:tcW w:w="3900" w:type="dxa"/>
            <w:tcMar>
              <w:top w:w="90" w:type="dxa"/>
              <w:left w:w="110" w:type="dxa"/>
              <w:bottom w:w="90" w:type="dxa"/>
              <w:right w:w="110" w:type="dxa"/>
            </w:tcMar>
            <w:vAlign w:val="center"/>
          </w:tcPr>
          <w:p w14:paraId="4A0E72A0" w14:textId="77777777" w:rsidR="00B04DB1" w:rsidRPr="00AF6819" w:rsidRDefault="00B04DB1" w:rsidP="00FA5778">
            <w:pPr>
              <w:spacing w:line="240" w:lineRule="auto"/>
              <w:rPr>
                <w:rFonts w:ascii="Arial" w:hAnsi="Arial" w:cs="Arial"/>
              </w:rPr>
            </w:pPr>
            <w:r>
              <w:rPr>
                <w:rFonts w:ascii="Arial" w:hAnsi="Arial" w:cs="Arial"/>
              </w:rPr>
              <w:t>20-year equipment warranty by site COD, subject only to RFP-permitted exclusions</w:t>
            </w:r>
          </w:p>
        </w:tc>
        <w:tc>
          <w:tcPr>
            <w:tcW w:w="900" w:type="dxa"/>
            <w:tcMar>
              <w:top w:w="90" w:type="dxa"/>
              <w:left w:w="110" w:type="dxa"/>
              <w:bottom w:w="90" w:type="dxa"/>
              <w:right w:w="110" w:type="dxa"/>
            </w:tcMar>
            <w:vAlign w:val="center"/>
          </w:tcPr>
          <w:p w14:paraId="27504E26"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4ED2E278"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0B46E732" w14:textId="77777777" w:rsidR="00B04DB1" w:rsidRPr="00AF6819" w:rsidRDefault="00B04DB1" w:rsidP="00FA5778">
            <w:pPr>
              <w:spacing w:line="240" w:lineRule="auto"/>
              <w:rPr>
                <w:rFonts w:ascii="Arial" w:hAnsi="Arial" w:cs="Arial"/>
              </w:rPr>
            </w:pPr>
          </w:p>
        </w:tc>
      </w:tr>
      <w:tr w:rsidR="00B04DB1" w:rsidRPr="00AF6819" w14:paraId="3A97DCE1" w14:textId="77777777" w:rsidTr="00FA5778">
        <w:trPr>
          <w:jc w:val="center"/>
        </w:trPr>
        <w:tc>
          <w:tcPr>
            <w:tcW w:w="3900" w:type="dxa"/>
            <w:shd w:val="clear" w:color="auto" w:fill="F8F9FB"/>
            <w:tcMar>
              <w:top w:w="90" w:type="dxa"/>
              <w:left w:w="110" w:type="dxa"/>
              <w:bottom w:w="90" w:type="dxa"/>
              <w:right w:w="110" w:type="dxa"/>
            </w:tcMar>
            <w:vAlign w:val="center"/>
          </w:tcPr>
          <w:p w14:paraId="7BDAFE0D" w14:textId="77777777" w:rsidR="00B04DB1" w:rsidRPr="00AF6819" w:rsidRDefault="00B04DB1" w:rsidP="00FA5778">
            <w:pPr>
              <w:spacing w:line="240" w:lineRule="auto"/>
              <w:rPr>
                <w:rFonts w:ascii="Arial" w:hAnsi="Arial" w:cs="Arial"/>
              </w:rPr>
            </w:pPr>
            <w:r w:rsidRPr="00AF6819">
              <w:rPr>
                <w:rFonts w:ascii="Arial" w:hAnsi="Arial" w:cs="Arial"/>
              </w:rPr>
              <w:t>20</w:t>
            </w:r>
            <w:r w:rsidR="00004B80">
              <w:rPr>
                <w:rFonts w:ascii="Arial" w:hAnsi="Arial" w:cs="Arial"/>
              </w:rPr>
              <w:t>-</w:t>
            </w:r>
            <w:r w:rsidRPr="00AF6819">
              <w:rPr>
                <w:rFonts w:ascii="Arial" w:hAnsi="Arial" w:cs="Arial"/>
              </w:rPr>
              <w:t>year LTSA by site COD</w:t>
            </w:r>
          </w:p>
        </w:tc>
        <w:tc>
          <w:tcPr>
            <w:tcW w:w="900" w:type="dxa"/>
            <w:shd w:val="clear" w:color="auto" w:fill="F8F9FB"/>
            <w:tcMar>
              <w:top w:w="90" w:type="dxa"/>
              <w:left w:w="110" w:type="dxa"/>
              <w:bottom w:w="90" w:type="dxa"/>
              <w:right w:w="110" w:type="dxa"/>
            </w:tcMar>
            <w:vAlign w:val="center"/>
          </w:tcPr>
          <w:p w14:paraId="1B512A77"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13D6E6E2"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366422CD" w14:textId="77777777" w:rsidR="00B04DB1" w:rsidRPr="00AF6819" w:rsidRDefault="00B04DB1" w:rsidP="00FA5778">
            <w:pPr>
              <w:spacing w:line="240" w:lineRule="auto"/>
              <w:rPr>
                <w:rFonts w:ascii="Arial" w:hAnsi="Arial" w:cs="Arial"/>
              </w:rPr>
            </w:pPr>
          </w:p>
        </w:tc>
      </w:tr>
      <w:tr w:rsidR="00B04DB1" w:rsidRPr="00AF6819" w14:paraId="47E90E3B" w14:textId="77777777" w:rsidTr="00FA5778">
        <w:trPr>
          <w:jc w:val="center"/>
        </w:trPr>
        <w:tc>
          <w:tcPr>
            <w:tcW w:w="3900" w:type="dxa"/>
            <w:tcMar>
              <w:top w:w="90" w:type="dxa"/>
              <w:left w:w="110" w:type="dxa"/>
              <w:bottom w:w="90" w:type="dxa"/>
              <w:right w:w="110" w:type="dxa"/>
            </w:tcMar>
            <w:vAlign w:val="center"/>
          </w:tcPr>
          <w:p w14:paraId="6F01655F" w14:textId="77777777" w:rsidR="00B04DB1" w:rsidRPr="00AF6819" w:rsidRDefault="00B04DB1" w:rsidP="00FA5778">
            <w:pPr>
              <w:spacing w:line="240" w:lineRule="auto"/>
              <w:rPr>
                <w:rFonts w:ascii="Arial" w:hAnsi="Arial" w:cs="Arial"/>
              </w:rPr>
            </w:pPr>
            <w:r w:rsidRPr="00AF6819">
              <w:rPr>
                <w:rFonts w:ascii="Arial" w:hAnsi="Arial" w:cs="Arial"/>
              </w:rPr>
              <w:t>All equipment covered</w:t>
            </w:r>
          </w:p>
        </w:tc>
        <w:tc>
          <w:tcPr>
            <w:tcW w:w="900" w:type="dxa"/>
            <w:tcMar>
              <w:top w:w="90" w:type="dxa"/>
              <w:left w:w="110" w:type="dxa"/>
              <w:bottom w:w="90" w:type="dxa"/>
              <w:right w:w="110" w:type="dxa"/>
            </w:tcMar>
            <w:vAlign w:val="center"/>
          </w:tcPr>
          <w:p w14:paraId="239AF236"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0A4ACF79"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7305FDDD" w14:textId="77777777" w:rsidR="00B04DB1" w:rsidRPr="00AF6819" w:rsidRDefault="00B04DB1" w:rsidP="00FA5778">
            <w:pPr>
              <w:spacing w:line="240" w:lineRule="auto"/>
              <w:rPr>
                <w:rFonts w:ascii="Arial" w:hAnsi="Arial" w:cs="Arial"/>
              </w:rPr>
            </w:pPr>
          </w:p>
        </w:tc>
      </w:tr>
      <w:tr w:rsidR="00B04DB1" w:rsidRPr="00AF6819" w14:paraId="60220CAD" w14:textId="77777777" w:rsidTr="00FA5778">
        <w:trPr>
          <w:jc w:val="center"/>
        </w:trPr>
        <w:tc>
          <w:tcPr>
            <w:tcW w:w="3900" w:type="dxa"/>
            <w:shd w:val="clear" w:color="auto" w:fill="F8F9FB"/>
            <w:tcMar>
              <w:top w:w="90" w:type="dxa"/>
              <w:left w:w="110" w:type="dxa"/>
              <w:bottom w:w="90" w:type="dxa"/>
              <w:right w:w="110" w:type="dxa"/>
            </w:tcMar>
            <w:vAlign w:val="center"/>
          </w:tcPr>
          <w:p w14:paraId="52D3CC84" w14:textId="77777777" w:rsidR="00B04DB1" w:rsidRPr="00AF6819" w:rsidRDefault="00B04DB1" w:rsidP="00FA5778">
            <w:pPr>
              <w:spacing w:line="240" w:lineRule="auto"/>
              <w:rPr>
                <w:rFonts w:ascii="Arial" w:hAnsi="Arial" w:cs="Arial"/>
              </w:rPr>
            </w:pPr>
            <w:r w:rsidRPr="00AF6819">
              <w:rPr>
                <w:rFonts w:ascii="Arial" w:hAnsi="Arial" w:cs="Arial"/>
              </w:rPr>
              <w:t>Full failure costs</w:t>
            </w:r>
          </w:p>
        </w:tc>
        <w:tc>
          <w:tcPr>
            <w:tcW w:w="900" w:type="dxa"/>
            <w:shd w:val="clear" w:color="auto" w:fill="F8F9FB"/>
            <w:tcMar>
              <w:top w:w="90" w:type="dxa"/>
              <w:left w:w="110" w:type="dxa"/>
              <w:bottom w:w="90" w:type="dxa"/>
              <w:right w:w="110" w:type="dxa"/>
            </w:tcMar>
            <w:vAlign w:val="center"/>
          </w:tcPr>
          <w:p w14:paraId="2259D10D"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6AB5A52E"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558EBE29" w14:textId="77777777" w:rsidR="00B04DB1" w:rsidRPr="00AF6819" w:rsidRDefault="00B04DB1" w:rsidP="00FA5778">
            <w:pPr>
              <w:spacing w:line="240" w:lineRule="auto"/>
              <w:rPr>
                <w:rFonts w:ascii="Arial" w:hAnsi="Arial" w:cs="Arial"/>
              </w:rPr>
            </w:pPr>
          </w:p>
        </w:tc>
      </w:tr>
      <w:tr w:rsidR="00B04DB1" w:rsidRPr="00AF6819" w14:paraId="46741B22" w14:textId="77777777" w:rsidTr="00FA5778">
        <w:trPr>
          <w:jc w:val="center"/>
        </w:trPr>
        <w:tc>
          <w:tcPr>
            <w:tcW w:w="3900" w:type="dxa"/>
            <w:tcMar>
              <w:top w:w="90" w:type="dxa"/>
              <w:left w:w="110" w:type="dxa"/>
              <w:bottom w:w="90" w:type="dxa"/>
              <w:right w:w="110" w:type="dxa"/>
            </w:tcMar>
            <w:vAlign w:val="center"/>
          </w:tcPr>
          <w:p w14:paraId="154D2443" w14:textId="77777777" w:rsidR="00B04DB1" w:rsidRPr="00AF6819" w:rsidRDefault="00B04DB1" w:rsidP="00FA5778">
            <w:pPr>
              <w:spacing w:line="240" w:lineRule="auto"/>
              <w:rPr>
                <w:rFonts w:ascii="Arial" w:hAnsi="Arial" w:cs="Arial"/>
              </w:rPr>
            </w:pPr>
            <w:r>
              <w:rPr>
                <w:rFonts w:ascii="Arial" w:hAnsi="Arial" w:cs="Arial"/>
              </w:rPr>
              <w:t>No owner-funded augmentation</w:t>
            </w:r>
          </w:p>
        </w:tc>
        <w:tc>
          <w:tcPr>
            <w:tcW w:w="900" w:type="dxa"/>
            <w:tcMar>
              <w:top w:w="90" w:type="dxa"/>
              <w:left w:w="110" w:type="dxa"/>
              <w:bottom w:w="90" w:type="dxa"/>
              <w:right w:w="110" w:type="dxa"/>
            </w:tcMar>
            <w:vAlign w:val="center"/>
          </w:tcPr>
          <w:p w14:paraId="4B74E8E5"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5F1768C4"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201AFD4C" w14:textId="77777777" w:rsidR="00B04DB1" w:rsidRPr="00AF6819" w:rsidRDefault="00B04DB1" w:rsidP="00FA5778">
            <w:pPr>
              <w:spacing w:line="240" w:lineRule="auto"/>
              <w:rPr>
                <w:rFonts w:ascii="Arial" w:hAnsi="Arial" w:cs="Arial"/>
              </w:rPr>
            </w:pPr>
          </w:p>
        </w:tc>
      </w:tr>
      <w:tr w:rsidR="00B04DB1" w:rsidRPr="00AF6819" w14:paraId="60855E60" w14:textId="77777777" w:rsidTr="00FA5778">
        <w:trPr>
          <w:jc w:val="center"/>
        </w:trPr>
        <w:tc>
          <w:tcPr>
            <w:tcW w:w="3900" w:type="dxa"/>
            <w:shd w:val="clear" w:color="auto" w:fill="F8F9FB"/>
            <w:tcMar>
              <w:top w:w="90" w:type="dxa"/>
              <w:left w:w="110" w:type="dxa"/>
              <w:bottom w:w="90" w:type="dxa"/>
              <w:right w:w="110" w:type="dxa"/>
            </w:tcMar>
            <w:vAlign w:val="center"/>
          </w:tcPr>
          <w:p w14:paraId="6F41CEFA" w14:textId="77777777" w:rsidR="00B04DB1" w:rsidRPr="00AF6819" w:rsidRDefault="00B04DB1" w:rsidP="00FA5778">
            <w:pPr>
              <w:spacing w:line="240" w:lineRule="auto"/>
              <w:rPr>
                <w:rFonts w:ascii="Arial" w:hAnsi="Arial" w:cs="Arial"/>
              </w:rPr>
            </w:pPr>
            <w:r w:rsidRPr="00AF6819">
              <w:rPr>
                <w:rFonts w:ascii="Arial" w:hAnsi="Arial" w:cs="Arial"/>
              </w:rPr>
              <w:t>Critical response commitments</w:t>
            </w:r>
          </w:p>
        </w:tc>
        <w:tc>
          <w:tcPr>
            <w:tcW w:w="900" w:type="dxa"/>
            <w:shd w:val="clear" w:color="auto" w:fill="F8F9FB"/>
            <w:tcMar>
              <w:top w:w="90" w:type="dxa"/>
              <w:left w:w="110" w:type="dxa"/>
              <w:bottom w:w="90" w:type="dxa"/>
              <w:right w:w="110" w:type="dxa"/>
            </w:tcMar>
            <w:vAlign w:val="center"/>
          </w:tcPr>
          <w:p w14:paraId="4AAE2EAD"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17418562"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47A6AE9B" w14:textId="77777777" w:rsidR="00B04DB1" w:rsidRPr="00AF6819" w:rsidRDefault="00B04DB1" w:rsidP="00FA5778">
            <w:pPr>
              <w:spacing w:line="240" w:lineRule="auto"/>
              <w:rPr>
                <w:rFonts w:ascii="Arial" w:hAnsi="Arial" w:cs="Arial"/>
              </w:rPr>
            </w:pPr>
          </w:p>
        </w:tc>
      </w:tr>
      <w:tr w:rsidR="00B04DB1" w:rsidRPr="00AF6819" w14:paraId="712A7CD0" w14:textId="77777777" w:rsidTr="00FA5778">
        <w:trPr>
          <w:jc w:val="center"/>
        </w:trPr>
        <w:tc>
          <w:tcPr>
            <w:tcW w:w="3900" w:type="dxa"/>
            <w:tcMar>
              <w:top w:w="90" w:type="dxa"/>
              <w:left w:w="110" w:type="dxa"/>
              <w:bottom w:w="90" w:type="dxa"/>
              <w:right w:w="110" w:type="dxa"/>
            </w:tcMar>
            <w:vAlign w:val="center"/>
          </w:tcPr>
          <w:p w14:paraId="7782828E" w14:textId="77777777" w:rsidR="00B04DB1" w:rsidRPr="00AF6819" w:rsidRDefault="00B04DB1" w:rsidP="00FA5778">
            <w:pPr>
              <w:spacing w:line="240" w:lineRule="auto"/>
              <w:rPr>
                <w:rFonts w:ascii="Arial" w:hAnsi="Arial" w:cs="Arial"/>
              </w:rPr>
            </w:pPr>
            <w:r w:rsidRPr="00AF6819">
              <w:rPr>
                <w:rFonts w:ascii="Arial" w:hAnsi="Arial" w:cs="Arial"/>
              </w:rPr>
              <w:t>Peak Event Capacity Payment Credit</w:t>
            </w:r>
          </w:p>
        </w:tc>
        <w:tc>
          <w:tcPr>
            <w:tcW w:w="900" w:type="dxa"/>
            <w:tcMar>
              <w:top w:w="90" w:type="dxa"/>
              <w:left w:w="110" w:type="dxa"/>
              <w:bottom w:w="90" w:type="dxa"/>
              <w:right w:w="110" w:type="dxa"/>
            </w:tcMar>
            <w:vAlign w:val="center"/>
          </w:tcPr>
          <w:p w14:paraId="64D78130"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3A83F52A"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73612738" w14:textId="77777777" w:rsidR="00B04DB1" w:rsidRPr="00AF6819" w:rsidRDefault="00B04DB1" w:rsidP="00FA5778">
            <w:pPr>
              <w:spacing w:line="240" w:lineRule="auto"/>
              <w:rPr>
                <w:rFonts w:ascii="Arial" w:hAnsi="Arial" w:cs="Arial"/>
              </w:rPr>
            </w:pPr>
          </w:p>
        </w:tc>
      </w:tr>
      <w:tr w:rsidR="00B04DB1" w:rsidRPr="00AF6819" w14:paraId="56657A93" w14:textId="77777777" w:rsidTr="00FA5778">
        <w:trPr>
          <w:jc w:val="center"/>
        </w:trPr>
        <w:tc>
          <w:tcPr>
            <w:tcW w:w="3900" w:type="dxa"/>
            <w:shd w:val="clear" w:color="auto" w:fill="F8F9FB"/>
            <w:tcMar>
              <w:top w:w="90" w:type="dxa"/>
              <w:left w:w="110" w:type="dxa"/>
              <w:bottom w:w="90" w:type="dxa"/>
              <w:right w:w="110" w:type="dxa"/>
            </w:tcMar>
            <w:vAlign w:val="center"/>
          </w:tcPr>
          <w:p w14:paraId="06031FF1" w14:textId="77777777" w:rsidR="00B04DB1" w:rsidRPr="00AF6819" w:rsidRDefault="00B04DB1" w:rsidP="00FA5778">
            <w:pPr>
              <w:spacing w:line="240" w:lineRule="auto"/>
              <w:rPr>
                <w:rFonts w:ascii="Arial" w:hAnsi="Arial" w:cs="Arial"/>
              </w:rPr>
            </w:pPr>
            <w:r w:rsidRPr="00AF6819">
              <w:rPr>
                <w:rFonts w:ascii="Arial" w:hAnsi="Arial" w:cs="Arial"/>
              </w:rPr>
              <w:t>Annual site credit cap</w:t>
            </w:r>
          </w:p>
        </w:tc>
        <w:tc>
          <w:tcPr>
            <w:tcW w:w="900" w:type="dxa"/>
            <w:shd w:val="clear" w:color="auto" w:fill="F8F9FB"/>
            <w:tcMar>
              <w:top w:w="90" w:type="dxa"/>
              <w:left w:w="110" w:type="dxa"/>
              <w:bottom w:w="90" w:type="dxa"/>
              <w:right w:w="110" w:type="dxa"/>
            </w:tcMar>
            <w:vAlign w:val="center"/>
          </w:tcPr>
          <w:p w14:paraId="40ED1513"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624E6067"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73D53BD6" w14:textId="77777777" w:rsidR="00B04DB1" w:rsidRPr="00AF6819" w:rsidRDefault="00B04DB1" w:rsidP="00FA5778">
            <w:pPr>
              <w:spacing w:line="240" w:lineRule="auto"/>
              <w:rPr>
                <w:rFonts w:ascii="Arial" w:hAnsi="Arial" w:cs="Arial"/>
              </w:rPr>
            </w:pPr>
          </w:p>
        </w:tc>
      </w:tr>
      <w:tr w:rsidR="00B04DB1" w:rsidRPr="00AF6819" w14:paraId="7DD2649A" w14:textId="77777777" w:rsidTr="00FA5778">
        <w:trPr>
          <w:jc w:val="center"/>
        </w:trPr>
        <w:tc>
          <w:tcPr>
            <w:tcW w:w="3900" w:type="dxa"/>
            <w:tcMar>
              <w:top w:w="90" w:type="dxa"/>
              <w:left w:w="110" w:type="dxa"/>
              <w:bottom w:w="90" w:type="dxa"/>
              <w:right w:w="110" w:type="dxa"/>
            </w:tcMar>
            <w:vAlign w:val="center"/>
          </w:tcPr>
          <w:p w14:paraId="0E1C40BB" w14:textId="77777777" w:rsidR="00B04DB1" w:rsidRPr="00AF6819" w:rsidRDefault="00B04DB1" w:rsidP="00FA5778">
            <w:pPr>
              <w:spacing w:line="240" w:lineRule="auto"/>
              <w:rPr>
                <w:rFonts w:ascii="Arial" w:hAnsi="Arial" w:cs="Arial"/>
              </w:rPr>
            </w:pPr>
            <w:r w:rsidRPr="00AF6819">
              <w:rPr>
                <w:rFonts w:ascii="Arial" w:hAnsi="Arial" w:cs="Arial"/>
              </w:rPr>
              <w:t>Chronic performance failure remedies</w:t>
            </w:r>
          </w:p>
        </w:tc>
        <w:tc>
          <w:tcPr>
            <w:tcW w:w="900" w:type="dxa"/>
            <w:tcMar>
              <w:top w:w="90" w:type="dxa"/>
              <w:left w:w="110" w:type="dxa"/>
              <w:bottom w:w="90" w:type="dxa"/>
              <w:right w:w="110" w:type="dxa"/>
            </w:tcMar>
            <w:vAlign w:val="center"/>
          </w:tcPr>
          <w:p w14:paraId="6CEC0BEA"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369202E0"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1A851063" w14:textId="77777777" w:rsidR="00B04DB1" w:rsidRPr="00AF6819" w:rsidRDefault="00B04DB1" w:rsidP="00FA5778">
            <w:pPr>
              <w:spacing w:line="240" w:lineRule="auto"/>
              <w:rPr>
                <w:rFonts w:ascii="Arial" w:hAnsi="Arial" w:cs="Arial"/>
              </w:rPr>
            </w:pPr>
          </w:p>
        </w:tc>
      </w:tr>
      <w:tr w:rsidR="00B04DB1" w:rsidRPr="00AF6819" w14:paraId="7566FFE1" w14:textId="77777777" w:rsidTr="00FA5778">
        <w:trPr>
          <w:jc w:val="center"/>
        </w:trPr>
        <w:tc>
          <w:tcPr>
            <w:tcW w:w="3900" w:type="dxa"/>
            <w:shd w:val="clear" w:color="auto" w:fill="F8F9FB"/>
            <w:tcMar>
              <w:top w:w="90" w:type="dxa"/>
              <w:left w:w="110" w:type="dxa"/>
              <w:bottom w:w="90" w:type="dxa"/>
              <w:right w:w="110" w:type="dxa"/>
            </w:tcMar>
            <w:vAlign w:val="center"/>
          </w:tcPr>
          <w:p w14:paraId="0B6A6275" w14:textId="77777777" w:rsidR="00B04DB1" w:rsidRPr="00AF6819" w:rsidRDefault="00B04DB1" w:rsidP="00FA5778">
            <w:pPr>
              <w:spacing w:line="240" w:lineRule="auto"/>
              <w:rPr>
                <w:rFonts w:ascii="Arial" w:hAnsi="Arial" w:cs="Arial"/>
              </w:rPr>
            </w:pPr>
            <w:r w:rsidRPr="00AF6819">
              <w:rPr>
                <w:rFonts w:ascii="Arial" w:hAnsi="Arial" w:cs="Arial"/>
              </w:rPr>
              <w:t>Prevailing wage pricing</w:t>
            </w:r>
          </w:p>
        </w:tc>
        <w:tc>
          <w:tcPr>
            <w:tcW w:w="900" w:type="dxa"/>
            <w:shd w:val="clear" w:color="auto" w:fill="F8F9FB"/>
            <w:tcMar>
              <w:top w:w="90" w:type="dxa"/>
              <w:left w:w="110" w:type="dxa"/>
              <w:bottom w:w="90" w:type="dxa"/>
              <w:right w:w="110" w:type="dxa"/>
            </w:tcMar>
            <w:vAlign w:val="center"/>
          </w:tcPr>
          <w:p w14:paraId="0B4FD562"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10B9D0E5"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438F8ED3" w14:textId="77777777" w:rsidR="00B04DB1" w:rsidRPr="00AF6819" w:rsidRDefault="00B04DB1" w:rsidP="00FA5778">
            <w:pPr>
              <w:spacing w:line="240" w:lineRule="auto"/>
              <w:rPr>
                <w:rFonts w:ascii="Arial" w:hAnsi="Arial" w:cs="Arial"/>
              </w:rPr>
            </w:pPr>
          </w:p>
        </w:tc>
      </w:tr>
      <w:tr w:rsidR="00B04DB1" w:rsidRPr="00AF6819" w14:paraId="7174412C" w14:textId="77777777" w:rsidTr="00FA5778">
        <w:trPr>
          <w:jc w:val="center"/>
        </w:trPr>
        <w:tc>
          <w:tcPr>
            <w:tcW w:w="3900" w:type="dxa"/>
            <w:tcMar>
              <w:top w:w="90" w:type="dxa"/>
              <w:left w:w="110" w:type="dxa"/>
              <w:bottom w:w="90" w:type="dxa"/>
              <w:right w:w="110" w:type="dxa"/>
            </w:tcMar>
            <w:vAlign w:val="center"/>
          </w:tcPr>
          <w:p w14:paraId="0B7342AB" w14:textId="77777777" w:rsidR="00B04DB1" w:rsidRPr="00AF6819" w:rsidRDefault="00B04DB1" w:rsidP="00FA5778">
            <w:pPr>
              <w:spacing w:line="240" w:lineRule="auto"/>
              <w:rPr>
                <w:rFonts w:ascii="Arial" w:hAnsi="Arial" w:cs="Arial"/>
              </w:rPr>
            </w:pPr>
            <w:r w:rsidRPr="00AF6819">
              <w:rPr>
                <w:rFonts w:ascii="Arial" w:hAnsi="Arial" w:cs="Arial"/>
              </w:rPr>
              <w:t>Software and cloud included</w:t>
            </w:r>
          </w:p>
        </w:tc>
        <w:tc>
          <w:tcPr>
            <w:tcW w:w="900" w:type="dxa"/>
            <w:tcMar>
              <w:top w:w="90" w:type="dxa"/>
              <w:left w:w="110" w:type="dxa"/>
              <w:bottom w:w="90" w:type="dxa"/>
              <w:right w:w="110" w:type="dxa"/>
            </w:tcMar>
            <w:vAlign w:val="center"/>
          </w:tcPr>
          <w:p w14:paraId="5FD14B33"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7B3EBC64"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30CE3281" w14:textId="77777777" w:rsidR="00B04DB1" w:rsidRPr="00AF6819" w:rsidRDefault="00B04DB1" w:rsidP="00FA5778">
            <w:pPr>
              <w:spacing w:line="240" w:lineRule="auto"/>
              <w:rPr>
                <w:rFonts w:ascii="Arial" w:hAnsi="Arial" w:cs="Arial"/>
              </w:rPr>
            </w:pPr>
          </w:p>
        </w:tc>
      </w:tr>
      <w:tr w:rsidR="00B04DB1" w:rsidRPr="00AF6819" w14:paraId="0820331A" w14:textId="77777777" w:rsidTr="00FA5778">
        <w:trPr>
          <w:jc w:val="center"/>
        </w:trPr>
        <w:tc>
          <w:tcPr>
            <w:tcW w:w="3900" w:type="dxa"/>
            <w:shd w:val="clear" w:color="auto" w:fill="F8F9FB"/>
            <w:tcMar>
              <w:top w:w="90" w:type="dxa"/>
              <w:left w:w="110" w:type="dxa"/>
              <w:bottom w:w="90" w:type="dxa"/>
              <w:right w:w="110" w:type="dxa"/>
            </w:tcMar>
            <w:vAlign w:val="center"/>
          </w:tcPr>
          <w:p w14:paraId="13F52BAC" w14:textId="77777777" w:rsidR="00B04DB1" w:rsidRPr="00AF6819" w:rsidRDefault="00B04DB1" w:rsidP="00FA5778">
            <w:pPr>
              <w:spacing w:line="240" w:lineRule="auto"/>
              <w:rPr>
                <w:rFonts w:ascii="Arial" w:hAnsi="Arial" w:cs="Arial"/>
              </w:rPr>
            </w:pPr>
            <w:r w:rsidRPr="00AF6819">
              <w:rPr>
                <w:rFonts w:ascii="Arial" w:hAnsi="Arial" w:cs="Arial"/>
              </w:rPr>
              <w:t>Data ownership and export</w:t>
            </w:r>
          </w:p>
        </w:tc>
        <w:tc>
          <w:tcPr>
            <w:tcW w:w="900" w:type="dxa"/>
            <w:shd w:val="clear" w:color="auto" w:fill="F8F9FB"/>
            <w:tcMar>
              <w:top w:w="90" w:type="dxa"/>
              <w:left w:w="110" w:type="dxa"/>
              <w:bottom w:w="90" w:type="dxa"/>
              <w:right w:w="110" w:type="dxa"/>
            </w:tcMar>
            <w:vAlign w:val="center"/>
          </w:tcPr>
          <w:p w14:paraId="3F993489"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73813772"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3F38FBC9" w14:textId="77777777" w:rsidR="00B04DB1" w:rsidRPr="00AF6819" w:rsidRDefault="00B04DB1" w:rsidP="00FA5778">
            <w:pPr>
              <w:spacing w:line="240" w:lineRule="auto"/>
              <w:rPr>
                <w:rFonts w:ascii="Arial" w:hAnsi="Arial" w:cs="Arial"/>
              </w:rPr>
            </w:pPr>
          </w:p>
        </w:tc>
      </w:tr>
      <w:tr w:rsidR="00B04DB1" w:rsidRPr="00AF6819" w14:paraId="5FD99FA4" w14:textId="77777777" w:rsidTr="00FA5778">
        <w:trPr>
          <w:jc w:val="center"/>
        </w:trPr>
        <w:tc>
          <w:tcPr>
            <w:tcW w:w="3900" w:type="dxa"/>
            <w:tcMar>
              <w:top w:w="90" w:type="dxa"/>
              <w:left w:w="110" w:type="dxa"/>
              <w:bottom w:w="90" w:type="dxa"/>
              <w:right w:w="110" w:type="dxa"/>
            </w:tcMar>
            <w:vAlign w:val="center"/>
          </w:tcPr>
          <w:p w14:paraId="56552132" w14:textId="77777777" w:rsidR="00B04DB1" w:rsidRPr="00AF6819" w:rsidRDefault="00B04DB1" w:rsidP="00FA5778">
            <w:pPr>
              <w:spacing w:line="240" w:lineRule="auto"/>
              <w:rPr>
                <w:rFonts w:ascii="Arial" w:hAnsi="Arial" w:cs="Arial"/>
              </w:rPr>
            </w:pPr>
            <w:r w:rsidRPr="00AF6819">
              <w:rPr>
                <w:rFonts w:ascii="Arial" w:hAnsi="Arial" w:cs="Arial"/>
              </w:rPr>
              <w:t>Compliance preserving replacements</w:t>
            </w:r>
          </w:p>
        </w:tc>
        <w:tc>
          <w:tcPr>
            <w:tcW w:w="900" w:type="dxa"/>
            <w:tcMar>
              <w:top w:w="90" w:type="dxa"/>
              <w:left w:w="110" w:type="dxa"/>
              <w:bottom w:w="90" w:type="dxa"/>
              <w:right w:w="110" w:type="dxa"/>
            </w:tcMar>
            <w:vAlign w:val="center"/>
          </w:tcPr>
          <w:p w14:paraId="1AE75036"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36FCE150"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1E5C8EA9" w14:textId="77777777" w:rsidR="00B04DB1" w:rsidRPr="00AF6819" w:rsidRDefault="00B04DB1" w:rsidP="00FA5778">
            <w:pPr>
              <w:spacing w:line="240" w:lineRule="auto"/>
              <w:rPr>
                <w:rFonts w:ascii="Arial" w:hAnsi="Arial" w:cs="Arial"/>
              </w:rPr>
            </w:pPr>
          </w:p>
        </w:tc>
      </w:tr>
      <w:tr w:rsidR="00B04DB1" w:rsidRPr="00AF6819" w14:paraId="1E5F9EFF" w14:textId="77777777" w:rsidTr="00FA5778">
        <w:trPr>
          <w:jc w:val="center"/>
        </w:trPr>
        <w:tc>
          <w:tcPr>
            <w:tcW w:w="3900" w:type="dxa"/>
            <w:shd w:val="clear" w:color="auto" w:fill="F8F9FB"/>
            <w:tcMar>
              <w:top w:w="90" w:type="dxa"/>
              <w:left w:w="110" w:type="dxa"/>
              <w:bottom w:w="90" w:type="dxa"/>
              <w:right w:w="110" w:type="dxa"/>
            </w:tcMar>
            <w:vAlign w:val="center"/>
          </w:tcPr>
          <w:p w14:paraId="3ACE43E6" w14:textId="77777777" w:rsidR="00B04DB1" w:rsidRPr="00AF6819" w:rsidRDefault="00B04DB1" w:rsidP="00FA5778">
            <w:pPr>
              <w:spacing w:line="240" w:lineRule="auto"/>
              <w:rPr>
                <w:rFonts w:ascii="Arial" w:hAnsi="Arial" w:cs="Arial"/>
              </w:rPr>
            </w:pPr>
            <w:r w:rsidRPr="00AF6819">
              <w:rPr>
                <w:rFonts w:ascii="Arial" w:hAnsi="Arial" w:cs="Arial"/>
              </w:rPr>
              <w:t>Years 1 to 5 fixed price</w:t>
            </w:r>
          </w:p>
        </w:tc>
        <w:tc>
          <w:tcPr>
            <w:tcW w:w="900" w:type="dxa"/>
            <w:shd w:val="clear" w:color="auto" w:fill="F8F9FB"/>
            <w:tcMar>
              <w:top w:w="90" w:type="dxa"/>
              <w:left w:w="110" w:type="dxa"/>
              <w:bottom w:w="90" w:type="dxa"/>
              <w:right w:w="110" w:type="dxa"/>
            </w:tcMar>
            <w:vAlign w:val="center"/>
          </w:tcPr>
          <w:p w14:paraId="160FA8EC"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71D01B75"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57BA3A68" w14:textId="77777777" w:rsidR="00B04DB1" w:rsidRPr="00AF6819" w:rsidRDefault="00B04DB1" w:rsidP="00FA5778">
            <w:pPr>
              <w:spacing w:line="240" w:lineRule="auto"/>
              <w:rPr>
                <w:rFonts w:ascii="Arial" w:hAnsi="Arial" w:cs="Arial"/>
              </w:rPr>
            </w:pPr>
          </w:p>
        </w:tc>
      </w:tr>
      <w:tr w:rsidR="00B04DB1" w:rsidRPr="00AF6819" w14:paraId="74A02C87" w14:textId="77777777" w:rsidTr="00FA5778">
        <w:trPr>
          <w:jc w:val="center"/>
        </w:trPr>
        <w:tc>
          <w:tcPr>
            <w:tcW w:w="3900" w:type="dxa"/>
            <w:tcMar>
              <w:top w:w="90" w:type="dxa"/>
              <w:left w:w="110" w:type="dxa"/>
              <w:bottom w:w="90" w:type="dxa"/>
              <w:right w:w="110" w:type="dxa"/>
            </w:tcMar>
            <w:vAlign w:val="center"/>
          </w:tcPr>
          <w:p w14:paraId="55634FBD" w14:textId="77777777" w:rsidR="00B04DB1" w:rsidRPr="00AF6819" w:rsidRDefault="00B04DB1" w:rsidP="00FA5778">
            <w:pPr>
              <w:spacing w:line="240" w:lineRule="auto"/>
              <w:rPr>
                <w:rFonts w:ascii="Arial" w:hAnsi="Arial" w:cs="Arial"/>
              </w:rPr>
            </w:pPr>
            <w:r w:rsidRPr="00AF6819">
              <w:rPr>
                <w:rFonts w:ascii="Arial" w:hAnsi="Arial" w:cs="Arial"/>
              </w:rPr>
              <w:t>Years 6 to 20 capped CPI</w:t>
            </w:r>
          </w:p>
        </w:tc>
        <w:tc>
          <w:tcPr>
            <w:tcW w:w="900" w:type="dxa"/>
            <w:tcMar>
              <w:top w:w="90" w:type="dxa"/>
              <w:left w:w="110" w:type="dxa"/>
              <w:bottom w:w="90" w:type="dxa"/>
              <w:right w:w="110" w:type="dxa"/>
            </w:tcMar>
            <w:vAlign w:val="center"/>
          </w:tcPr>
          <w:p w14:paraId="5DF6DADA"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6236CB30"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6B1DE327" w14:textId="77777777" w:rsidR="00B04DB1" w:rsidRPr="00AF6819" w:rsidRDefault="00B04DB1" w:rsidP="00FA5778">
            <w:pPr>
              <w:spacing w:line="240" w:lineRule="auto"/>
              <w:rPr>
                <w:rFonts w:ascii="Arial" w:hAnsi="Arial" w:cs="Arial"/>
              </w:rPr>
            </w:pPr>
          </w:p>
        </w:tc>
      </w:tr>
      <w:tr w:rsidR="00B04DB1" w:rsidRPr="00AF6819" w14:paraId="306FAB67" w14:textId="77777777" w:rsidTr="00FA5778">
        <w:trPr>
          <w:jc w:val="center"/>
        </w:trPr>
        <w:tc>
          <w:tcPr>
            <w:tcW w:w="3900" w:type="dxa"/>
            <w:shd w:val="clear" w:color="auto" w:fill="F8F9FB"/>
            <w:tcMar>
              <w:top w:w="90" w:type="dxa"/>
              <w:left w:w="110" w:type="dxa"/>
              <w:bottom w:w="90" w:type="dxa"/>
              <w:right w:w="110" w:type="dxa"/>
            </w:tcMar>
            <w:vAlign w:val="center"/>
          </w:tcPr>
          <w:p w14:paraId="3FD91D78" w14:textId="77777777" w:rsidR="00B04DB1" w:rsidRPr="00AF6819" w:rsidRDefault="00B04DB1" w:rsidP="00FA5778">
            <w:pPr>
              <w:spacing w:line="240" w:lineRule="auto"/>
              <w:rPr>
                <w:rFonts w:ascii="Arial" w:hAnsi="Arial" w:cs="Arial"/>
              </w:rPr>
            </w:pPr>
            <w:r w:rsidRPr="00AF6819">
              <w:rPr>
                <w:rFonts w:ascii="Arial" w:hAnsi="Arial" w:cs="Arial"/>
              </w:rPr>
              <w:t>Assignment and continuity</w:t>
            </w:r>
          </w:p>
        </w:tc>
        <w:tc>
          <w:tcPr>
            <w:tcW w:w="900" w:type="dxa"/>
            <w:shd w:val="clear" w:color="auto" w:fill="F8F9FB"/>
            <w:tcMar>
              <w:top w:w="90" w:type="dxa"/>
              <w:left w:w="110" w:type="dxa"/>
              <w:bottom w:w="90" w:type="dxa"/>
              <w:right w:w="110" w:type="dxa"/>
            </w:tcMar>
            <w:vAlign w:val="center"/>
          </w:tcPr>
          <w:p w14:paraId="074C6A20" w14:textId="77777777" w:rsidR="00B04DB1" w:rsidRPr="00AF6819" w:rsidRDefault="00B04DB1" w:rsidP="00FA5778">
            <w:pPr>
              <w:spacing w:line="240" w:lineRule="auto"/>
              <w:rPr>
                <w:rFonts w:ascii="Arial" w:hAnsi="Arial" w:cs="Arial"/>
              </w:rPr>
            </w:pPr>
          </w:p>
        </w:tc>
        <w:tc>
          <w:tcPr>
            <w:tcW w:w="2200" w:type="dxa"/>
            <w:shd w:val="clear" w:color="auto" w:fill="F8F9FB"/>
            <w:tcMar>
              <w:top w:w="90" w:type="dxa"/>
              <w:left w:w="110" w:type="dxa"/>
              <w:bottom w:w="90" w:type="dxa"/>
              <w:right w:w="110" w:type="dxa"/>
            </w:tcMar>
            <w:vAlign w:val="center"/>
          </w:tcPr>
          <w:p w14:paraId="199005D3" w14:textId="77777777" w:rsidR="00B04DB1" w:rsidRPr="00AF6819" w:rsidRDefault="00B04DB1" w:rsidP="00FA5778">
            <w:pPr>
              <w:spacing w:line="240" w:lineRule="auto"/>
              <w:rPr>
                <w:rFonts w:ascii="Arial" w:hAnsi="Arial" w:cs="Arial"/>
              </w:rPr>
            </w:pPr>
          </w:p>
        </w:tc>
        <w:tc>
          <w:tcPr>
            <w:tcW w:w="2360" w:type="dxa"/>
            <w:shd w:val="clear" w:color="auto" w:fill="F8F9FB"/>
            <w:tcMar>
              <w:top w:w="90" w:type="dxa"/>
              <w:left w:w="110" w:type="dxa"/>
              <w:bottom w:w="90" w:type="dxa"/>
              <w:right w:w="110" w:type="dxa"/>
            </w:tcMar>
            <w:vAlign w:val="center"/>
          </w:tcPr>
          <w:p w14:paraId="453C2BF8" w14:textId="77777777" w:rsidR="00B04DB1" w:rsidRPr="00AF6819" w:rsidRDefault="00B04DB1" w:rsidP="00FA5778">
            <w:pPr>
              <w:spacing w:line="240" w:lineRule="auto"/>
              <w:rPr>
                <w:rFonts w:ascii="Arial" w:hAnsi="Arial" w:cs="Arial"/>
              </w:rPr>
            </w:pPr>
          </w:p>
        </w:tc>
      </w:tr>
      <w:tr w:rsidR="00B04DB1" w:rsidRPr="00AF6819" w14:paraId="12F2D8B2" w14:textId="77777777" w:rsidTr="00FA5778">
        <w:trPr>
          <w:jc w:val="center"/>
        </w:trPr>
        <w:tc>
          <w:tcPr>
            <w:tcW w:w="3900" w:type="dxa"/>
            <w:tcMar>
              <w:top w:w="90" w:type="dxa"/>
              <w:left w:w="110" w:type="dxa"/>
              <w:bottom w:w="90" w:type="dxa"/>
              <w:right w:w="110" w:type="dxa"/>
            </w:tcMar>
            <w:vAlign w:val="center"/>
          </w:tcPr>
          <w:p w14:paraId="470F4DE2" w14:textId="77777777" w:rsidR="00B04DB1" w:rsidRPr="00AF6819" w:rsidRDefault="00B04DB1" w:rsidP="00FA5778">
            <w:pPr>
              <w:spacing w:line="240" w:lineRule="auto"/>
              <w:rPr>
                <w:rFonts w:ascii="Arial" w:hAnsi="Arial" w:cs="Arial"/>
              </w:rPr>
            </w:pPr>
            <w:r w:rsidRPr="00AF6819">
              <w:rPr>
                <w:rFonts w:ascii="Arial" w:hAnsi="Arial" w:cs="Arial"/>
              </w:rPr>
              <w:t>Tennessee law and courts</w:t>
            </w:r>
          </w:p>
        </w:tc>
        <w:tc>
          <w:tcPr>
            <w:tcW w:w="900" w:type="dxa"/>
            <w:tcMar>
              <w:top w:w="90" w:type="dxa"/>
              <w:left w:w="110" w:type="dxa"/>
              <w:bottom w:w="90" w:type="dxa"/>
              <w:right w:w="110" w:type="dxa"/>
            </w:tcMar>
            <w:vAlign w:val="center"/>
          </w:tcPr>
          <w:p w14:paraId="312BAB2C"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7352892E"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40658D84" w14:textId="77777777" w:rsidR="00B04DB1" w:rsidRPr="00AF6819" w:rsidRDefault="00B04DB1" w:rsidP="00FA5778">
            <w:pPr>
              <w:spacing w:line="240" w:lineRule="auto"/>
              <w:rPr>
                <w:rFonts w:ascii="Arial" w:hAnsi="Arial" w:cs="Arial"/>
              </w:rPr>
            </w:pPr>
          </w:p>
        </w:tc>
      </w:tr>
      <w:tr w:rsidR="00B04DB1" w:rsidRPr="00AF6819" w14:paraId="16A845A3" w14:textId="77777777" w:rsidTr="00FA5778">
        <w:trPr>
          <w:jc w:val="center"/>
        </w:trPr>
        <w:tc>
          <w:tcPr>
            <w:tcW w:w="3900" w:type="dxa"/>
            <w:tcMar>
              <w:top w:w="90" w:type="dxa"/>
              <w:left w:w="110" w:type="dxa"/>
              <w:bottom w:w="90" w:type="dxa"/>
              <w:right w:w="110" w:type="dxa"/>
            </w:tcMar>
            <w:vAlign w:val="center"/>
          </w:tcPr>
          <w:p w14:paraId="096FF30B" w14:textId="77777777" w:rsidR="00B04DB1" w:rsidRPr="00AF6819" w:rsidRDefault="00B04DB1" w:rsidP="00FA5778">
            <w:pPr>
              <w:spacing w:line="240" w:lineRule="auto"/>
              <w:rPr>
                <w:rFonts w:ascii="Arial" w:hAnsi="Arial" w:cs="Arial"/>
              </w:rPr>
            </w:pPr>
            <w:r w:rsidRPr="00AF6819">
              <w:rPr>
                <w:rFonts w:ascii="Arial" w:hAnsi="Arial" w:cs="Arial"/>
              </w:rPr>
              <w:t>Availability formula and planned maintenance limit</w:t>
            </w:r>
          </w:p>
        </w:tc>
        <w:tc>
          <w:tcPr>
            <w:tcW w:w="900" w:type="dxa"/>
            <w:tcMar>
              <w:top w:w="90" w:type="dxa"/>
              <w:left w:w="110" w:type="dxa"/>
              <w:bottom w:w="90" w:type="dxa"/>
              <w:right w:w="110" w:type="dxa"/>
            </w:tcMar>
            <w:vAlign w:val="center"/>
          </w:tcPr>
          <w:p w14:paraId="26CBA053"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6CD253E3"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5BE90D18" w14:textId="77777777" w:rsidR="00B04DB1" w:rsidRPr="00AF6819" w:rsidRDefault="00B04DB1" w:rsidP="00FA5778">
            <w:pPr>
              <w:spacing w:line="240" w:lineRule="auto"/>
              <w:rPr>
                <w:rFonts w:ascii="Arial" w:hAnsi="Arial" w:cs="Arial"/>
              </w:rPr>
            </w:pPr>
          </w:p>
        </w:tc>
      </w:tr>
      <w:tr w:rsidR="00B04DB1" w:rsidRPr="00AF6819" w14:paraId="2C3E3FD6" w14:textId="77777777" w:rsidTr="00FA5778">
        <w:trPr>
          <w:jc w:val="center"/>
        </w:trPr>
        <w:tc>
          <w:tcPr>
            <w:tcW w:w="3900" w:type="dxa"/>
            <w:tcMar>
              <w:top w:w="90" w:type="dxa"/>
              <w:left w:w="110" w:type="dxa"/>
              <w:bottom w:w="90" w:type="dxa"/>
              <w:right w:w="110" w:type="dxa"/>
            </w:tcMar>
            <w:vAlign w:val="center"/>
          </w:tcPr>
          <w:p w14:paraId="5084319D" w14:textId="77777777" w:rsidR="00B04DB1" w:rsidRPr="00AF6819" w:rsidRDefault="00B04DB1" w:rsidP="00FA5778">
            <w:pPr>
              <w:spacing w:line="240" w:lineRule="auto"/>
              <w:rPr>
                <w:rFonts w:ascii="Arial" w:hAnsi="Arial" w:cs="Arial"/>
              </w:rPr>
            </w:pPr>
            <w:r>
              <w:rPr>
                <w:rFonts w:ascii="Arial" w:hAnsi="Arial" w:cs="Arial"/>
              </w:rPr>
              <w:t>COD high-side power and usable energy acceptance testing</w:t>
            </w:r>
          </w:p>
        </w:tc>
        <w:tc>
          <w:tcPr>
            <w:tcW w:w="900" w:type="dxa"/>
            <w:tcMar>
              <w:top w:w="90" w:type="dxa"/>
              <w:left w:w="110" w:type="dxa"/>
              <w:bottom w:w="90" w:type="dxa"/>
              <w:right w:w="110" w:type="dxa"/>
            </w:tcMar>
            <w:vAlign w:val="center"/>
          </w:tcPr>
          <w:p w14:paraId="7A704519"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4017D3F5"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6D2B2BDA" w14:textId="77777777" w:rsidR="00B04DB1" w:rsidRPr="00AF6819" w:rsidRDefault="00B04DB1" w:rsidP="00FA5778">
            <w:pPr>
              <w:spacing w:line="240" w:lineRule="auto"/>
              <w:rPr>
                <w:rFonts w:ascii="Arial" w:hAnsi="Arial" w:cs="Arial"/>
              </w:rPr>
            </w:pPr>
          </w:p>
        </w:tc>
      </w:tr>
      <w:tr w:rsidR="00B04DB1" w:rsidRPr="00AF6819" w14:paraId="12796627" w14:textId="77777777" w:rsidTr="00FA5778">
        <w:trPr>
          <w:jc w:val="center"/>
        </w:trPr>
        <w:tc>
          <w:tcPr>
            <w:tcW w:w="3900" w:type="dxa"/>
            <w:tcMar>
              <w:top w:w="90" w:type="dxa"/>
              <w:left w:w="110" w:type="dxa"/>
              <w:bottom w:w="90" w:type="dxa"/>
              <w:right w:w="110" w:type="dxa"/>
            </w:tcMar>
            <w:vAlign w:val="center"/>
          </w:tcPr>
          <w:p w14:paraId="6B23AF1C" w14:textId="77777777" w:rsidR="00B04DB1" w:rsidRPr="00AF6819" w:rsidRDefault="00B04DB1" w:rsidP="00FA5778">
            <w:pPr>
              <w:spacing w:line="240" w:lineRule="auto"/>
              <w:rPr>
                <w:rFonts w:ascii="Arial" w:hAnsi="Arial" w:cs="Arial"/>
              </w:rPr>
            </w:pPr>
            <w:r w:rsidRPr="00AF6819">
              <w:rPr>
                <w:rFonts w:ascii="Arial" w:hAnsi="Arial" w:cs="Arial"/>
              </w:rPr>
              <w:t>Tax compliance security and uncapped reimbursement</w:t>
            </w:r>
          </w:p>
        </w:tc>
        <w:tc>
          <w:tcPr>
            <w:tcW w:w="900" w:type="dxa"/>
            <w:tcMar>
              <w:top w:w="90" w:type="dxa"/>
              <w:left w:w="110" w:type="dxa"/>
              <w:bottom w:w="90" w:type="dxa"/>
              <w:right w:w="110" w:type="dxa"/>
            </w:tcMar>
            <w:vAlign w:val="center"/>
          </w:tcPr>
          <w:p w14:paraId="5301B21E" w14:textId="77777777" w:rsidR="00B04DB1" w:rsidRPr="00AF6819" w:rsidRDefault="00B04DB1" w:rsidP="00FA5778">
            <w:pPr>
              <w:spacing w:line="240" w:lineRule="auto"/>
              <w:rPr>
                <w:rFonts w:ascii="Arial" w:hAnsi="Arial" w:cs="Arial"/>
              </w:rPr>
            </w:pPr>
          </w:p>
        </w:tc>
        <w:tc>
          <w:tcPr>
            <w:tcW w:w="2200" w:type="dxa"/>
            <w:tcMar>
              <w:top w:w="90" w:type="dxa"/>
              <w:left w:w="110" w:type="dxa"/>
              <w:bottom w:w="90" w:type="dxa"/>
              <w:right w:w="110" w:type="dxa"/>
            </w:tcMar>
            <w:vAlign w:val="center"/>
          </w:tcPr>
          <w:p w14:paraId="031B06F0" w14:textId="77777777" w:rsidR="00B04DB1" w:rsidRPr="00AF6819" w:rsidRDefault="00B04DB1" w:rsidP="00FA5778">
            <w:pPr>
              <w:spacing w:line="240" w:lineRule="auto"/>
              <w:rPr>
                <w:rFonts w:ascii="Arial" w:hAnsi="Arial" w:cs="Arial"/>
              </w:rPr>
            </w:pPr>
          </w:p>
        </w:tc>
        <w:tc>
          <w:tcPr>
            <w:tcW w:w="2360" w:type="dxa"/>
            <w:tcMar>
              <w:top w:w="90" w:type="dxa"/>
              <w:left w:w="110" w:type="dxa"/>
              <w:bottom w:w="90" w:type="dxa"/>
              <w:right w:w="110" w:type="dxa"/>
            </w:tcMar>
            <w:vAlign w:val="center"/>
          </w:tcPr>
          <w:p w14:paraId="3EE5D717" w14:textId="77777777" w:rsidR="00B04DB1" w:rsidRPr="00AF6819" w:rsidRDefault="00B04DB1" w:rsidP="00FA5778">
            <w:pPr>
              <w:spacing w:line="240" w:lineRule="auto"/>
              <w:rPr>
                <w:rFonts w:ascii="Arial" w:hAnsi="Arial" w:cs="Arial"/>
              </w:rPr>
            </w:pPr>
          </w:p>
        </w:tc>
      </w:tr>
      <w:tr w:rsidR="00E53155" w14:paraId="72D2B3C1" w14:textId="77777777">
        <w:trPr>
          <w:jc w:val="center"/>
        </w:trPr>
        <w:tc>
          <w:tcPr>
            <w:tcW w:w="3900" w:type="dxa"/>
          </w:tcPr>
          <w:p w14:paraId="565093A6" w14:textId="77777777" w:rsidR="00E53155" w:rsidRDefault="00000000">
            <w:r>
              <w:t>Parent guaranty or Seven States-approved alternative credit support, if required</w:t>
            </w:r>
          </w:p>
        </w:tc>
        <w:tc>
          <w:tcPr>
            <w:tcW w:w="900" w:type="dxa"/>
          </w:tcPr>
          <w:p w14:paraId="6C3D2AF5" w14:textId="77777777" w:rsidR="00E53155" w:rsidRDefault="00E53155"/>
        </w:tc>
        <w:tc>
          <w:tcPr>
            <w:tcW w:w="2200" w:type="dxa"/>
          </w:tcPr>
          <w:p w14:paraId="01A5E92D" w14:textId="77777777" w:rsidR="00E53155" w:rsidRDefault="00E53155"/>
        </w:tc>
        <w:tc>
          <w:tcPr>
            <w:tcW w:w="2360" w:type="dxa"/>
          </w:tcPr>
          <w:p w14:paraId="54EF13AD" w14:textId="77777777" w:rsidR="00E53155" w:rsidRDefault="00E53155"/>
        </w:tc>
      </w:tr>
    </w:tbl>
    <w:p w14:paraId="1846EB9A" w14:textId="77777777" w:rsidR="00B04DB1" w:rsidRDefault="00B04DB1" w:rsidP="00B04DB1">
      <w:pPr>
        <w:spacing w:after="0"/>
      </w:pPr>
    </w:p>
    <w:p w14:paraId="73C9296A" w14:textId="77777777" w:rsidR="00004B80" w:rsidRDefault="00004B80" w:rsidP="00B04DB1">
      <w:pPr>
        <w:spacing w:after="0"/>
      </w:pPr>
    </w:p>
    <w:p w14:paraId="0746C9BD"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I.4 Alternate Category A Proposal</w:t>
      </w:r>
    </w:p>
    <w:p w14:paraId="41B5FF73" w14:textId="77777777" w:rsidR="00B04DB1" w:rsidRPr="00AF6819" w:rsidRDefault="00B04DB1" w:rsidP="00B04DB1">
      <w:pPr>
        <w:rPr>
          <w:rFonts w:ascii="Arial" w:hAnsi="Arial" w:cs="Arial"/>
        </w:rPr>
      </w:pPr>
      <w:r w:rsidRPr="00AF6819">
        <w:rPr>
          <w:rFonts w:ascii="Arial" w:hAnsi="Arial" w:cs="Arial"/>
        </w:rPr>
        <w:t>Complete only if a compliant base proposal is also submitted. Identify every technical, compliance, schedule, warranty, and commercial difference and provide separate pricing.</w:t>
      </w:r>
    </w:p>
    <w:tbl>
      <w:tblPr>
        <w:tblStyle w:val="TableGrid"/>
        <w:tblW w:w="9360" w:type="dxa"/>
        <w:jc w:val="center"/>
        <w:tblLayout w:type="fixed"/>
        <w:tblLook w:val="04A0" w:firstRow="1" w:lastRow="0" w:firstColumn="1" w:lastColumn="0" w:noHBand="0" w:noVBand="1"/>
      </w:tblPr>
      <w:tblGrid>
        <w:gridCol w:w="2500"/>
        <w:gridCol w:w="4300"/>
        <w:gridCol w:w="2560"/>
      </w:tblGrid>
      <w:tr w:rsidR="00B04DB1" w:rsidRPr="00AF6819" w14:paraId="384E1D95" w14:textId="77777777" w:rsidTr="00FA5778">
        <w:trPr>
          <w:tblHeader/>
          <w:jc w:val="center"/>
        </w:trPr>
        <w:tc>
          <w:tcPr>
            <w:tcW w:w="2500" w:type="dxa"/>
            <w:shd w:val="clear" w:color="auto" w:fill="2D2D84"/>
            <w:tcMar>
              <w:top w:w="90" w:type="dxa"/>
              <w:left w:w="110" w:type="dxa"/>
              <w:bottom w:w="90" w:type="dxa"/>
              <w:right w:w="110" w:type="dxa"/>
            </w:tcMar>
            <w:vAlign w:val="center"/>
          </w:tcPr>
          <w:p w14:paraId="7E15A38F"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Topic</w:t>
            </w:r>
          </w:p>
        </w:tc>
        <w:tc>
          <w:tcPr>
            <w:tcW w:w="4300" w:type="dxa"/>
            <w:shd w:val="clear" w:color="auto" w:fill="2D2D84"/>
            <w:tcMar>
              <w:top w:w="90" w:type="dxa"/>
              <w:left w:w="110" w:type="dxa"/>
              <w:bottom w:w="90" w:type="dxa"/>
              <w:right w:w="110" w:type="dxa"/>
            </w:tcMar>
            <w:vAlign w:val="center"/>
          </w:tcPr>
          <w:p w14:paraId="1F309B6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Difference from compliant base</w:t>
            </w:r>
          </w:p>
        </w:tc>
        <w:tc>
          <w:tcPr>
            <w:tcW w:w="2560" w:type="dxa"/>
            <w:shd w:val="clear" w:color="auto" w:fill="2D2D84"/>
            <w:tcMar>
              <w:top w:w="90" w:type="dxa"/>
              <w:left w:w="110" w:type="dxa"/>
              <w:bottom w:w="90" w:type="dxa"/>
              <w:right w:w="110" w:type="dxa"/>
            </w:tcMar>
            <w:vAlign w:val="center"/>
          </w:tcPr>
          <w:p w14:paraId="26C6EBBB"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Evidence / price reference</w:t>
            </w:r>
          </w:p>
        </w:tc>
      </w:tr>
      <w:tr w:rsidR="00B04DB1" w:rsidRPr="00AF6819" w14:paraId="66E287E1" w14:textId="77777777" w:rsidTr="00FA5778">
        <w:trPr>
          <w:jc w:val="center"/>
        </w:trPr>
        <w:tc>
          <w:tcPr>
            <w:tcW w:w="2500" w:type="dxa"/>
            <w:tcMar>
              <w:top w:w="90" w:type="dxa"/>
              <w:left w:w="110" w:type="dxa"/>
              <w:bottom w:w="90" w:type="dxa"/>
              <w:right w:w="110" w:type="dxa"/>
            </w:tcMar>
            <w:vAlign w:val="center"/>
          </w:tcPr>
          <w:p w14:paraId="27D19CE5" w14:textId="77777777" w:rsidR="00B04DB1" w:rsidRPr="00AF6819" w:rsidRDefault="00B04DB1" w:rsidP="00FA5778">
            <w:pPr>
              <w:spacing w:line="240" w:lineRule="auto"/>
              <w:rPr>
                <w:rFonts w:ascii="Arial" w:hAnsi="Arial" w:cs="Arial"/>
              </w:rPr>
            </w:pPr>
          </w:p>
        </w:tc>
        <w:tc>
          <w:tcPr>
            <w:tcW w:w="4300" w:type="dxa"/>
            <w:tcMar>
              <w:top w:w="90" w:type="dxa"/>
              <w:left w:w="110" w:type="dxa"/>
              <w:bottom w:w="90" w:type="dxa"/>
              <w:right w:w="110" w:type="dxa"/>
            </w:tcMar>
            <w:vAlign w:val="center"/>
          </w:tcPr>
          <w:p w14:paraId="2F7CC6C6"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60E25BA4" w14:textId="77777777" w:rsidR="00B04DB1" w:rsidRPr="00AF6819" w:rsidRDefault="00B04DB1" w:rsidP="00FA5778">
            <w:pPr>
              <w:spacing w:line="240" w:lineRule="auto"/>
              <w:rPr>
                <w:rFonts w:ascii="Arial" w:hAnsi="Arial" w:cs="Arial"/>
              </w:rPr>
            </w:pPr>
          </w:p>
        </w:tc>
      </w:tr>
      <w:tr w:rsidR="00B04DB1" w:rsidRPr="00AF6819" w14:paraId="004BA684" w14:textId="77777777" w:rsidTr="00FA5778">
        <w:trPr>
          <w:jc w:val="center"/>
        </w:trPr>
        <w:tc>
          <w:tcPr>
            <w:tcW w:w="2500" w:type="dxa"/>
            <w:shd w:val="clear" w:color="auto" w:fill="F8F9FB"/>
            <w:tcMar>
              <w:top w:w="90" w:type="dxa"/>
              <w:left w:w="110" w:type="dxa"/>
              <w:bottom w:w="90" w:type="dxa"/>
              <w:right w:w="110" w:type="dxa"/>
            </w:tcMar>
            <w:vAlign w:val="center"/>
          </w:tcPr>
          <w:p w14:paraId="1B83B2C2" w14:textId="77777777" w:rsidR="00B04DB1" w:rsidRPr="00AF6819" w:rsidRDefault="00B04DB1" w:rsidP="00FA5778">
            <w:pPr>
              <w:spacing w:line="240" w:lineRule="auto"/>
              <w:rPr>
                <w:rFonts w:ascii="Arial" w:hAnsi="Arial" w:cs="Arial"/>
              </w:rPr>
            </w:pPr>
          </w:p>
        </w:tc>
        <w:tc>
          <w:tcPr>
            <w:tcW w:w="4300" w:type="dxa"/>
            <w:shd w:val="clear" w:color="auto" w:fill="F8F9FB"/>
            <w:tcMar>
              <w:top w:w="90" w:type="dxa"/>
              <w:left w:w="110" w:type="dxa"/>
              <w:bottom w:w="90" w:type="dxa"/>
              <w:right w:w="110" w:type="dxa"/>
            </w:tcMar>
            <w:vAlign w:val="center"/>
          </w:tcPr>
          <w:p w14:paraId="266D8529"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529A30B6" w14:textId="77777777" w:rsidR="00B04DB1" w:rsidRPr="00AF6819" w:rsidRDefault="00B04DB1" w:rsidP="00FA5778">
            <w:pPr>
              <w:spacing w:line="240" w:lineRule="auto"/>
              <w:rPr>
                <w:rFonts w:ascii="Arial" w:hAnsi="Arial" w:cs="Arial"/>
              </w:rPr>
            </w:pPr>
          </w:p>
        </w:tc>
      </w:tr>
      <w:tr w:rsidR="00B04DB1" w:rsidRPr="00AF6819" w14:paraId="035589F5" w14:textId="77777777" w:rsidTr="00FA5778">
        <w:trPr>
          <w:jc w:val="center"/>
        </w:trPr>
        <w:tc>
          <w:tcPr>
            <w:tcW w:w="2500" w:type="dxa"/>
            <w:tcMar>
              <w:top w:w="90" w:type="dxa"/>
              <w:left w:w="110" w:type="dxa"/>
              <w:bottom w:w="90" w:type="dxa"/>
              <w:right w:w="110" w:type="dxa"/>
            </w:tcMar>
            <w:vAlign w:val="center"/>
          </w:tcPr>
          <w:p w14:paraId="713FB4BF" w14:textId="77777777" w:rsidR="00B04DB1" w:rsidRPr="00AF6819" w:rsidRDefault="00B04DB1" w:rsidP="00FA5778">
            <w:pPr>
              <w:spacing w:line="240" w:lineRule="auto"/>
              <w:rPr>
                <w:rFonts w:ascii="Arial" w:hAnsi="Arial" w:cs="Arial"/>
              </w:rPr>
            </w:pPr>
          </w:p>
        </w:tc>
        <w:tc>
          <w:tcPr>
            <w:tcW w:w="4300" w:type="dxa"/>
            <w:tcMar>
              <w:top w:w="90" w:type="dxa"/>
              <w:left w:w="110" w:type="dxa"/>
              <w:bottom w:w="90" w:type="dxa"/>
              <w:right w:w="110" w:type="dxa"/>
            </w:tcMar>
            <w:vAlign w:val="center"/>
          </w:tcPr>
          <w:p w14:paraId="3405F654"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63C7CECD" w14:textId="77777777" w:rsidR="00B04DB1" w:rsidRPr="00AF6819" w:rsidRDefault="00B04DB1" w:rsidP="00FA5778">
            <w:pPr>
              <w:spacing w:line="240" w:lineRule="auto"/>
              <w:rPr>
                <w:rFonts w:ascii="Arial" w:hAnsi="Arial" w:cs="Arial"/>
              </w:rPr>
            </w:pPr>
          </w:p>
        </w:tc>
      </w:tr>
      <w:tr w:rsidR="00B04DB1" w:rsidRPr="00AF6819" w14:paraId="082064B1" w14:textId="77777777" w:rsidTr="00FA5778">
        <w:trPr>
          <w:jc w:val="center"/>
        </w:trPr>
        <w:tc>
          <w:tcPr>
            <w:tcW w:w="2500" w:type="dxa"/>
            <w:shd w:val="clear" w:color="auto" w:fill="F8F9FB"/>
            <w:tcMar>
              <w:top w:w="90" w:type="dxa"/>
              <w:left w:w="110" w:type="dxa"/>
              <w:bottom w:w="90" w:type="dxa"/>
              <w:right w:w="110" w:type="dxa"/>
            </w:tcMar>
            <w:vAlign w:val="center"/>
          </w:tcPr>
          <w:p w14:paraId="039A3CAC" w14:textId="77777777" w:rsidR="00B04DB1" w:rsidRPr="00AF6819" w:rsidRDefault="00B04DB1" w:rsidP="00FA5778">
            <w:pPr>
              <w:spacing w:line="240" w:lineRule="auto"/>
              <w:rPr>
                <w:rFonts w:ascii="Arial" w:hAnsi="Arial" w:cs="Arial"/>
              </w:rPr>
            </w:pPr>
          </w:p>
        </w:tc>
        <w:tc>
          <w:tcPr>
            <w:tcW w:w="4300" w:type="dxa"/>
            <w:shd w:val="clear" w:color="auto" w:fill="F8F9FB"/>
            <w:tcMar>
              <w:top w:w="90" w:type="dxa"/>
              <w:left w:w="110" w:type="dxa"/>
              <w:bottom w:w="90" w:type="dxa"/>
              <w:right w:w="110" w:type="dxa"/>
            </w:tcMar>
            <w:vAlign w:val="center"/>
          </w:tcPr>
          <w:p w14:paraId="4F163C98"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231F7035" w14:textId="77777777" w:rsidR="00B04DB1" w:rsidRPr="00AF6819" w:rsidRDefault="00B04DB1" w:rsidP="00FA5778">
            <w:pPr>
              <w:spacing w:line="240" w:lineRule="auto"/>
              <w:rPr>
                <w:rFonts w:ascii="Arial" w:hAnsi="Arial" w:cs="Arial"/>
              </w:rPr>
            </w:pPr>
          </w:p>
        </w:tc>
      </w:tr>
      <w:tr w:rsidR="00B04DB1" w:rsidRPr="00AF6819" w14:paraId="4583E9F6" w14:textId="77777777" w:rsidTr="00FA5778">
        <w:trPr>
          <w:jc w:val="center"/>
        </w:trPr>
        <w:tc>
          <w:tcPr>
            <w:tcW w:w="2500" w:type="dxa"/>
            <w:tcMar>
              <w:top w:w="90" w:type="dxa"/>
              <w:left w:w="110" w:type="dxa"/>
              <w:bottom w:w="90" w:type="dxa"/>
              <w:right w:w="110" w:type="dxa"/>
            </w:tcMar>
            <w:vAlign w:val="center"/>
          </w:tcPr>
          <w:p w14:paraId="5DC3A00F" w14:textId="77777777" w:rsidR="00B04DB1" w:rsidRPr="00AF6819" w:rsidRDefault="00B04DB1" w:rsidP="00FA5778">
            <w:pPr>
              <w:spacing w:line="240" w:lineRule="auto"/>
              <w:rPr>
                <w:rFonts w:ascii="Arial" w:hAnsi="Arial" w:cs="Arial"/>
              </w:rPr>
            </w:pPr>
          </w:p>
        </w:tc>
        <w:tc>
          <w:tcPr>
            <w:tcW w:w="4300" w:type="dxa"/>
            <w:tcMar>
              <w:top w:w="90" w:type="dxa"/>
              <w:left w:w="110" w:type="dxa"/>
              <w:bottom w:w="90" w:type="dxa"/>
              <w:right w:w="110" w:type="dxa"/>
            </w:tcMar>
            <w:vAlign w:val="center"/>
          </w:tcPr>
          <w:p w14:paraId="34E03D69"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19A0B672" w14:textId="77777777" w:rsidR="00B04DB1" w:rsidRPr="00AF6819" w:rsidRDefault="00B04DB1" w:rsidP="00FA5778">
            <w:pPr>
              <w:spacing w:line="240" w:lineRule="auto"/>
              <w:rPr>
                <w:rFonts w:ascii="Arial" w:hAnsi="Arial" w:cs="Arial"/>
              </w:rPr>
            </w:pPr>
          </w:p>
        </w:tc>
      </w:tr>
      <w:tr w:rsidR="00B04DB1" w:rsidRPr="00AF6819" w14:paraId="3131C8B6" w14:textId="77777777" w:rsidTr="00FA5778">
        <w:trPr>
          <w:jc w:val="center"/>
        </w:trPr>
        <w:tc>
          <w:tcPr>
            <w:tcW w:w="2500" w:type="dxa"/>
            <w:shd w:val="clear" w:color="auto" w:fill="F8F9FB"/>
            <w:tcMar>
              <w:top w:w="90" w:type="dxa"/>
              <w:left w:w="110" w:type="dxa"/>
              <w:bottom w:w="90" w:type="dxa"/>
              <w:right w:w="110" w:type="dxa"/>
            </w:tcMar>
            <w:vAlign w:val="center"/>
          </w:tcPr>
          <w:p w14:paraId="70B36532" w14:textId="77777777" w:rsidR="00B04DB1" w:rsidRPr="00AF6819" w:rsidRDefault="00B04DB1" w:rsidP="00FA5778">
            <w:pPr>
              <w:spacing w:line="240" w:lineRule="auto"/>
              <w:rPr>
                <w:rFonts w:ascii="Arial" w:hAnsi="Arial" w:cs="Arial"/>
              </w:rPr>
            </w:pPr>
          </w:p>
        </w:tc>
        <w:tc>
          <w:tcPr>
            <w:tcW w:w="4300" w:type="dxa"/>
            <w:shd w:val="clear" w:color="auto" w:fill="F8F9FB"/>
            <w:tcMar>
              <w:top w:w="90" w:type="dxa"/>
              <w:left w:w="110" w:type="dxa"/>
              <w:bottom w:w="90" w:type="dxa"/>
              <w:right w:w="110" w:type="dxa"/>
            </w:tcMar>
            <w:vAlign w:val="center"/>
          </w:tcPr>
          <w:p w14:paraId="2D3E1F68"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4347B684" w14:textId="77777777" w:rsidR="00B04DB1" w:rsidRPr="00AF6819" w:rsidRDefault="00B04DB1" w:rsidP="00FA5778">
            <w:pPr>
              <w:spacing w:line="240" w:lineRule="auto"/>
              <w:rPr>
                <w:rFonts w:ascii="Arial" w:hAnsi="Arial" w:cs="Arial"/>
              </w:rPr>
            </w:pPr>
          </w:p>
        </w:tc>
      </w:tr>
      <w:tr w:rsidR="00B04DB1" w:rsidRPr="00AF6819" w14:paraId="49C0AD57" w14:textId="77777777" w:rsidTr="00FA5778">
        <w:trPr>
          <w:jc w:val="center"/>
        </w:trPr>
        <w:tc>
          <w:tcPr>
            <w:tcW w:w="2500" w:type="dxa"/>
            <w:tcMar>
              <w:top w:w="90" w:type="dxa"/>
              <w:left w:w="110" w:type="dxa"/>
              <w:bottom w:w="90" w:type="dxa"/>
              <w:right w:w="110" w:type="dxa"/>
            </w:tcMar>
            <w:vAlign w:val="center"/>
          </w:tcPr>
          <w:p w14:paraId="5DEDB107" w14:textId="77777777" w:rsidR="00B04DB1" w:rsidRPr="00AF6819" w:rsidRDefault="00B04DB1" w:rsidP="00FA5778">
            <w:pPr>
              <w:spacing w:line="240" w:lineRule="auto"/>
              <w:rPr>
                <w:rFonts w:ascii="Arial" w:hAnsi="Arial" w:cs="Arial"/>
              </w:rPr>
            </w:pPr>
          </w:p>
        </w:tc>
        <w:tc>
          <w:tcPr>
            <w:tcW w:w="4300" w:type="dxa"/>
            <w:tcMar>
              <w:top w:w="90" w:type="dxa"/>
              <w:left w:w="110" w:type="dxa"/>
              <w:bottom w:w="90" w:type="dxa"/>
              <w:right w:w="110" w:type="dxa"/>
            </w:tcMar>
            <w:vAlign w:val="center"/>
          </w:tcPr>
          <w:p w14:paraId="02AD3B41" w14:textId="77777777" w:rsidR="00B04DB1" w:rsidRPr="00AF6819" w:rsidRDefault="00B04DB1" w:rsidP="00FA5778">
            <w:pPr>
              <w:spacing w:line="240" w:lineRule="auto"/>
              <w:rPr>
                <w:rFonts w:ascii="Arial" w:hAnsi="Arial" w:cs="Arial"/>
              </w:rPr>
            </w:pPr>
          </w:p>
        </w:tc>
        <w:tc>
          <w:tcPr>
            <w:tcW w:w="2560" w:type="dxa"/>
            <w:tcMar>
              <w:top w:w="90" w:type="dxa"/>
              <w:left w:w="110" w:type="dxa"/>
              <w:bottom w:w="90" w:type="dxa"/>
              <w:right w:w="110" w:type="dxa"/>
            </w:tcMar>
            <w:vAlign w:val="center"/>
          </w:tcPr>
          <w:p w14:paraId="4AC6DAB2" w14:textId="77777777" w:rsidR="00B04DB1" w:rsidRPr="00AF6819" w:rsidRDefault="00B04DB1" w:rsidP="00FA5778">
            <w:pPr>
              <w:spacing w:line="240" w:lineRule="auto"/>
              <w:rPr>
                <w:rFonts w:ascii="Arial" w:hAnsi="Arial" w:cs="Arial"/>
              </w:rPr>
            </w:pPr>
          </w:p>
        </w:tc>
      </w:tr>
      <w:tr w:rsidR="00B04DB1" w:rsidRPr="00AF6819" w14:paraId="62708B27" w14:textId="77777777" w:rsidTr="00FA5778">
        <w:trPr>
          <w:jc w:val="center"/>
        </w:trPr>
        <w:tc>
          <w:tcPr>
            <w:tcW w:w="2500" w:type="dxa"/>
            <w:shd w:val="clear" w:color="auto" w:fill="F8F9FB"/>
            <w:tcMar>
              <w:top w:w="90" w:type="dxa"/>
              <w:left w:w="110" w:type="dxa"/>
              <w:bottom w:w="90" w:type="dxa"/>
              <w:right w:w="110" w:type="dxa"/>
            </w:tcMar>
            <w:vAlign w:val="center"/>
          </w:tcPr>
          <w:p w14:paraId="7FC6C8CE" w14:textId="77777777" w:rsidR="00B04DB1" w:rsidRPr="00AF6819" w:rsidRDefault="00B04DB1" w:rsidP="00FA5778">
            <w:pPr>
              <w:spacing w:line="240" w:lineRule="auto"/>
              <w:rPr>
                <w:rFonts w:ascii="Arial" w:hAnsi="Arial" w:cs="Arial"/>
              </w:rPr>
            </w:pPr>
          </w:p>
        </w:tc>
        <w:tc>
          <w:tcPr>
            <w:tcW w:w="4300" w:type="dxa"/>
            <w:shd w:val="clear" w:color="auto" w:fill="F8F9FB"/>
            <w:tcMar>
              <w:top w:w="90" w:type="dxa"/>
              <w:left w:w="110" w:type="dxa"/>
              <w:bottom w:w="90" w:type="dxa"/>
              <w:right w:w="110" w:type="dxa"/>
            </w:tcMar>
            <w:vAlign w:val="center"/>
          </w:tcPr>
          <w:p w14:paraId="08127DC0" w14:textId="77777777" w:rsidR="00B04DB1" w:rsidRPr="00AF6819" w:rsidRDefault="00B04DB1" w:rsidP="00FA5778">
            <w:pPr>
              <w:spacing w:line="240" w:lineRule="auto"/>
              <w:rPr>
                <w:rFonts w:ascii="Arial" w:hAnsi="Arial" w:cs="Arial"/>
              </w:rPr>
            </w:pPr>
          </w:p>
        </w:tc>
        <w:tc>
          <w:tcPr>
            <w:tcW w:w="2560" w:type="dxa"/>
            <w:shd w:val="clear" w:color="auto" w:fill="F8F9FB"/>
            <w:tcMar>
              <w:top w:w="90" w:type="dxa"/>
              <w:left w:w="110" w:type="dxa"/>
              <w:bottom w:w="90" w:type="dxa"/>
              <w:right w:w="110" w:type="dxa"/>
            </w:tcMar>
            <w:vAlign w:val="center"/>
          </w:tcPr>
          <w:p w14:paraId="486EEC6A" w14:textId="77777777" w:rsidR="00B04DB1" w:rsidRPr="00AF6819" w:rsidRDefault="00B04DB1" w:rsidP="00FA5778">
            <w:pPr>
              <w:spacing w:line="240" w:lineRule="auto"/>
              <w:rPr>
                <w:rFonts w:ascii="Arial" w:hAnsi="Arial" w:cs="Arial"/>
              </w:rPr>
            </w:pPr>
          </w:p>
        </w:tc>
      </w:tr>
    </w:tbl>
    <w:p w14:paraId="12973F8C" w14:textId="77777777" w:rsidR="00B04DB1" w:rsidRDefault="00B04DB1" w:rsidP="00B04DB1">
      <w:pPr>
        <w:spacing w:after="0"/>
      </w:pPr>
    </w:p>
    <w:p w14:paraId="4F6D924F" w14:textId="77777777" w:rsidR="00B04DB1" w:rsidRPr="00AF6819" w:rsidRDefault="00B04DB1" w:rsidP="00AF6819">
      <w:pPr>
        <w:pStyle w:val="Heading2"/>
        <w:spacing w:before="240" w:after="120"/>
        <w:rPr>
          <w:rFonts w:ascii="Arial" w:hAnsi="Arial" w:cs="Arial"/>
          <w:color w:val="78AA65"/>
          <w:sz w:val="28"/>
          <w:szCs w:val="28"/>
        </w:rPr>
      </w:pPr>
      <w:r w:rsidRPr="00AF6819">
        <w:rPr>
          <w:rFonts w:ascii="Arial" w:hAnsi="Arial" w:cs="Arial"/>
          <w:color w:val="78AA65"/>
          <w:sz w:val="28"/>
          <w:szCs w:val="28"/>
        </w:rPr>
        <w:t>I.5 Certification</w:t>
      </w:r>
    </w:p>
    <w:tbl>
      <w:tblPr>
        <w:tblStyle w:val="TableGrid"/>
        <w:tblW w:w="9360" w:type="dxa"/>
        <w:jc w:val="center"/>
        <w:tblLayout w:type="fixed"/>
        <w:tblLook w:val="04A0" w:firstRow="1" w:lastRow="0" w:firstColumn="1" w:lastColumn="0" w:noHBand="0" w:noVBand="1"/>
      </w:tblPr>
      <w:tblGrid>
        <w:gridCol w:w="3100"/>
        <w:gridCol w:w="6260"/>
      </w:tblGrid>
      <w:tr w:rsidR="00B04DB1" w:rsidRPr="00AF6819" w14:paraId="799E54EA" w14:textId="77777777" w:rsidTr="00FA5778">
        <w:trPr>
          <w:tblHeader/>
          <w:jc w:val="center"/>
        </w:trPr>
        <w:tc>
          <w:tcPr>
            <w:tcW w:w="3100" w:type="dxa"/>
            <w:shd w:val="clear" w:color="auto" w:fill="2D2D84"/>
            <w:tcMar>
              <w:top w:w="90" w:type="dxa"/>
              <w:left w:w="110" w:type="dxa"/>
              <w:bottom w:w="90" w:type="dxa"/>
              <w:right w:w="110" w:type="dxa"/>
            </w:tcMar>
            <w:vAlign w:val="center"/>
          </w:tcPr>
          <w:p w14:paraId="3992C03C"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Field</w:t>
            </w:r>
          </w:p>
        </w:tc>
        <w:tc>
          <w:tcPr>
            <w:tcW w:w="6260" w:type="dxa"/>
            <w:shd w:val="clear" w:color="auto" w:fill="2D2D84"/>
            <w:tcMar>
              <w:top w:w="90" w:type="dxa"/>
              <w:left w:w="110" w:type="dxa"/>
              <w:bottom w:w="90" w:type="dxa"/>
              <w:right w:w="110" w:type="dxa"/>
            </w:tcMar>
            <w:vAlign w:val="center"/>
          </w:tcPr>
          <w:p w14:paraId="4DE587FA" w14:textId="77777777" w:rsidR="00B04DB1" w:rsidRPr="00AF6819" w:rsidRDefault="00B04DB1" w:rsidP="00FA5778">
            <w:pPr>
              <w:spacing w:line="240" w:lineRule="auto"/>
              <w:jc w:val="center"/>
              <w:rPr>
                <w:rFonts w:ascii="Arial" w:hAnsi="Arial" w:cs="Arial"/>
              </w:rPr>
            </w:pPr>
            <w:r w:rsidRPr="00AF6819">
              <w:rPr>
                <w:rFonts w:ascii="Arial" w:hAnsi="Arial" w:cs="Arial"/>
                <w:b/>
                <w:color w:val="FFFFFF"/>
              </w:rPr>
              <w:t>Response</w:t>
            </w:r>
          </w:p>
        </w:tc>
      </w:tr>
      <w:tr w:rsidR="00B04DB1" w:rsidRPr="00AF6819" w14:paraId="3D57DBA7" w14:textId="77777777" w:rsidTr="00FA5778">
        <w:trPr>
          <w:jc w:val="center"/>
        </w:trPr>
        <w:tc>
          <w:tcPr>
            <w:tcW w:w="3100" w:type="dxa"/>
            <w:tcMar>
              <w:top w:w="90" w:type="dxa"/>
              <w:left w:w="110" w:type="dxa"/>
              <w:bottom w:w="90" w:type="dxa"/>
              <w:right w:w="110" w:type="dxa"/>
            </w:tcMar>
            <w:vAlign w:val="center"/>
          </w:tcPr>
          <w:p w14:paraId="4A2C7FB5" w14:textId="77777777" w:rsidR="00B04DB1" w:rsidRPr="00AF6819" w:rsidRDefault="00B04DB1" w:rsidP="00FA5778">
            <w:pPr>
              <w:spacing w:line="240" w:lineRule="auto"/>
              <w:rPr>
                <w:rFonts w:ascii="Arial" w:hAnsi="Arial" w:cs="Arial"/>
              </w:rPr>
            </w:pPr>
            <w:r>
              <w:rPr>
                <w:rFonts w:ascii="Arial" w:hAnsi="Arial" w:cs="Arial"/>
              </w:rPr>
              <w:t>Bidder name</w:t>
            </w:r>
          </w:p>
        </w:tc>
        <w:tc>
          <w:tcPr>
            <w:tcW w:w="6260" w:type="dxa"/>
            <w:tcMar>
              <w:top w:w="90" w:type="dxa"/>
              <w:left w:w="110" w:type="dxa"/>
              <w:bottom w:w="90" w:type="dxa"/>
              <w:right w:w="110" w:type="dxa"/>
            </w:tcMar>
            <w:vAlign w:val="center"/>
          </w:tcPr>
          <w:p w14:paraId="282C0F68" w14:textId="77777777" w:rsidR="00B04DB1" w:rsidRPr="00AF6819" w:rsidRDefault="00B04DB1" w:rsidP="00FA5778">
            <w:pPr>
              <w:spacing w:line="240" w:lineRule="auto"/>
              <w:rPr>
                <w:rFonts w:ascii="Arial" w:hAnsi="Arial" w:cs="Arial"/>
              </w:rPr>
            </w:pPr>
          </w:p>
        </w:tc>
      </w:tr>
      <w:tr w:rsidR="00B04DB1" w:rsidRPr="00AF6819" w14:paraId="3C44BDD9" w14:textId="77777777" w:rsidTr="00FA5778">
        <w:trPr>
          <w:jc w:val="center"/>
        </w:trPr>
        <w:tc>
          <w:tcPr>
            <w:tcW w:w="3100" w:type="dxa"/>
            <w:shd w:val="clear" w:color="auto" w:fill="F8F9FB"/>
            <w:tcMar>
              <w:top w:w="90" w:type="dxa"/>
              <w:left w:w="110" w:type="dxa"/>
              <w:bottom w:w="90" w:type="dxa"/>
              <w:right w:w="110" w:type="dxa"/>
            </w:tcMar>
            <w:vAlign w:val="center"/>
          </w:tcPr>
          <w:p w14:paraId="6E926B75" w14:textId="77777777" w:rsidR="00B04DB1" w:rsidRPr="00AF6819" w:rsidRDefault="00B04DB1" w:rsidP="00FA5778">
            <w:pPr>
              <w:spacing w:line="240" w:lineRule="auto"/>
              <w:rPr>
                <w:rFonts w:ascii="Arial" w:hAnsi="Arial" w:cs="Arial"/>
              </w:rPr>
            </w:pPr>
            <w:r w:rsidRPr="00AF6819">
              <w:rPr>
                <w:rFonts w:ascii="Arial" w:hAnsi="Arial" w:cs="Arial"/>
              </w:rPr>
              <w:t>Authorized representative</w:t>
            </w:r>
          </w:p>
        </w:tc>
        <w:tc>
          <w:tcPr>
            <w:tcW w:w="6260" w:type="dxa"/>
            <w:shd w:val="clear" w:color="auto" w:fill="F8F9FB"/>
            <w:tcMar>
              <w:top w:w="90" w:type="dxa"/>
              <w:left w:w="110" w:type="dxa"/>
              <w:bottom w:w="90" w:type="dxa"/>
              <w:right w:w="110" w:type="dxa"/>
            </w:tcMar>
            <w:vAlign w:val="center"/>
          </w:tcPr>
          <w:p w14:paraId="023166E3" w14:textId="77777777" w:rsidR="00B04DB1" w:rsidRPr="00AF6819" w:rsidRDefault="00B04DB1" w:rsidP="00FA5778">
            <w:pPr>
              <w:spacing w:line="240" w:lineRule="auto"/>
              <w:rPr>
                <w:rFonts w:ascii="Arial" w:hAnsi="Arial" w:cs="Arial"/>
              </w:rPr>
            </w:pPr>
          </w:p>
        </w:tc>
      </w:tr>
      <w:tr w:rsidR="00B04DB1" w:rsidRPr="00AF6819" w14:paraId="4F0D03B4" w14:textId="77777777" w:rsidTr="00FA5778">
        <w:trPr>
          <w:jc w:val="center"/>
        </w:trPr>
        <w:tc>
          <w:tcPr>
            <w:tcW w:w="3100" w:type="dxa"/>
            <w:tcMar>
              <w:top w:w="90" w:type="dxa"/>
              <w:left w:w="110" w:type="dxa"/>
              <w:bottom w:w="90" w:type="dxa"/>
              <w:right w:w="110" w:type="dxa"/>
            </w:tcMar>
            <w:vAlign w:val="center"/>
          </w:tcPr>
          <w:p w14:paraId="34340E31" w14:textId="77777777" w:rsidR="00B04DB1" w:rsidRPr="00AF6819" w:rsidRDefault="00B04DB1" w:rsidP="00FA5778">
            <w:pPr>
              <w:spacing w:line="240" w:lineRule="auto"/>
              <w:rPr>
                <w:rFonts w:ascii="Arial" w:hAnsi="Arial" w:cs="Arial"/>
              </w:rPr>
            </w:pPr>
            <w:r w:rsidRPr="00AF6819">
              <w:rPr>
                <w:rFonts w:ascii="Arial" w:hAnsi="Arial" w:cs="Arial"/>
              </w:rPr>
              <w:t>Signature</w:t>
            </w:r>
          </w:p>
        </w:tc>
        <w:tc>
          <w:tcPr>
            <w:tcW w:w="6260" w:type="dxa"/>
            <w:tcMar>
              <w:top w:w="90" w:type="dxa"/>
              <w:left w:w="110" w:type="dxa"/>
              <w:bottom w:w="90" w:type="dxa"/>
              <w:right w:w="110" w:type="dxa"/>
            </w:tcMar>
            <w:vAlign w:val="center"/>
          </w:tcPr>
          <w:p w14:paraId="4C114EE8" w14:textId="77777777" w:rsidR="00B04DB1" w:rsidRPr="00AF6819" w:rsidRDefault="00B04DB1" w:rsidP="00FA5778">
            <w:pPr>
              <w:spacing w:line="240" w:lineRule="auto"/>
              <w:rPr>
                <w:rFonts w:ascii="Arial" w:hAnsi="Arial" w:cs="Arial"/>
              </w:rPr>
            </w:pPr>
          </w:p>
        </w:tc>
      </w:tr>
      <w:tr w:rsidR="00B04DB1" w:rsidRPr="00AF6819" w14:paraId="57B46261" w14:textId="77777777" w:rsidTr="00FA5778">
        <w:trPr>
          <w:jc w:val="center"/>
        </w:trPr>
        <w:tc>
          <w:tcPr>
            <w:tcW w:w="3100" w:type="dxa"/>
            <w:shd w:val="clear" w:color="auto" w:fill="F8F9FB"/>
            <w:tcMar>
              <w:top w:w="90" w:type="dxa"/>
              <w:left w:w="110" w:type="dxa"/>
              <w:bottom w:w="90" w:type="dxa"/>
              <w:right w:w="110" w:type="dxa"/>
            </w:tcMar>
            <w:vAlign w:val="center"/>
          </w:tcPr>
          <w:p w14:paraId="41540009" w14:textId="77777777" w:rsidR="00B04DB1" w:rsidRPr="00AF6819" w:rsidRDefault="00B04DB1" w:rsidP="00FA5778">
            <w:pPr>
              <w:spacing w:line="240" w:lineRule="auto"/>
              <w:rPr>
                <w:rFonts w:ascii="Arial" w:hAnsi="Arial" w:cs="Arial"/>
              </w:rPr>
            </w:pPr>
            <w:r w:rsidRPr="00AF6819">
              <w:rPr>
                <w:rFonts w:ascii="Arial" w:hAnsi="Arial" w:cs="Arial"/>
              </w:rPr>
              <w:t>Date</w:t>
            </w:r>
          </w:p>
        </w:tc>
        <w:tc>
          <w:tcPr>
            <w:tcW w:w="6260" w:type="dxa"/>
            <w:shd w:val="clear" w:color="auto" w:fill="F8F9FB"/>
            <w:tcMar>
              <w:top w:w="90" w:type="dxa"/>
              <w:left w:w="110" w:type="dxa"/>
              <w:bottom w:w="90" w:type="dxa"/>
              <w:right w:w="110" w:type="dxa"/>
            </w:tcMar>
            <w:vAlign w:val="center"/>
          </w:tcPr>
          <w:p w14:paraId="4E922579" w14:textId="77777777" w:rsidR="00B04DB1" w:rsidRPr="00AF6819" w:rsidRDefault="00B04DB1" w:rsidP="00FA5778">
            <w:pPr>
              <w:spacing w:line="240" w:lineRule="auto"/>
              <w:rPr>
                <w:rFonts w:ascii="Arial" w:hAnsi="Arial" w:cs="Arial"/>
              </w:rPr>
            </w:pPr>
          </w:p>
        </w:tc>
      </w:tr>
    </w:tbl>
    <w:p w14:paraId="3E2F11C2" w14:textId="77777777" w:rsidR="00C045D4" w:rsidRPr="008F1BAA" w:rsidRDefault="00C045D4" w:rsidP="008F1BAA">
      <w:pPr>
        <w:spacing w:line="278" w:lineRule="auto"/>
        <w:rPr>
          <w:rFonts w:ascii="Calibri" w:eastAsiaTheme="majorEastAsia" w:hAnsi="Calibri" w:cstheme="majorBidi"/>
          <w:b/>
          <w:color w:val="000000" w:themeColor="text1"/>
          <w:sz w:val="32"/>
          <w:szCs w:val="40"/>
        </w:rPr>
      </w:pPr>
    </w:p>
    <w:sectPr w:rsidR="00C045D4" w:rsidRPr="008F1BAA" w:rsidSect="00A1089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62DE" w14:textId="77777777" w:rsidR="00E654DE" w:rsidRDefault="00E654DE" w:rsidP="0066105D">
      <w:pPr>
        <w:spacing w:after="0" w:line="240" w:lineRule="auto"/>
      </w:pPr>
      <w:r>
        <w:separator/>
      </w:r>
    </w:p>
  </w:endnote>
  <w:endnote w:type="continuationSeparator" w:id="0">
    <w:p w14:paraId="1EBDFA77" w14:textId="77777777" w:rsidR="00E654DE" w:rsidRDefault="00E654DE" w:rsidP="0066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963967"/>
      <w:docPartObj>
        <w:docPartGallery w:val="Page Numbers (Bottom of Page)"/>
        <w:docPartUnique/>
      </w:docPartObj>
    </w:sdtPr>
    <w:sdtEndPr>
      <w:rPr>
        <w:noProof/>
      </w:rPr>
    </w:sdtEndPr>
    <w:sdtContent>
      <w:p w14:paraId="14D6A95D" w14:textId="77777777" w:rsidR="00652B56" w:rsidRPr="0020426B" w:rsidRDefault="00652B56">
        <w:pPr>
          <w:pStyle w:val="Footer"/>
          <w:jc w:val="right"/>
        </w:pPr>
        <w:r w:rsidRPr="0020426B">
          <w:fldChar w:fldCharType="begin"/>
        </w:r>
        <w:r w:rsidRPr="0020426B">
          <w:instrText xml:space="preserve"> PAGE   \* MERGEFORMAT </w:instrText>
        </w:r>
        <w:r w:rsidRPr="0020426B">
          <w:fldChar w:fldCharType="separate"/>
        </w:r>
        <w:r w:rsidRPr="0020426B">
          <w:rPr>
            <w:noProof/>
          </w:rPr>
          <w:t>2</w:t>
        </w:r>
        <w:r w:rsidRPr="0020426B">
          <w:rPr>
            <w:noProof/>
          </w:rPr>
          <w:fldChar w:fldCharType="end"/>
        </w:r>
      </w:p>
    </w:sdtContent>
  </w:sdt>
  <w:p w14:paraId="0A2C00D9" w14:textId="77777777" w:rsidR="00652B56" w:rsidRDefault="00652B56" w:rsidP="0015220D">
    <w:pPr>
      <w:pStyle w:val="Footer"/>
      <w:tabs>
        <w:tab w:val="left" w:pos="3266"/>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8D4E" w14:textId="77777777" w:rsidR="005F7ED1" w:rsidRPr="0015220D" w:rsidRDefault="005F7ED1">
    <w:pPr>
      <w:pStyle w:val="Footer"/>
      <w:jc w:val="right"/>
      <w:rPr>
        <w:sz w:val="20"/>
        <w:szCs w:val="20"/>
      </w:rPr>
    </w:pPr>
  </w:p>
  <w:p w14:paraId="1C33B8D6" w14:textId="77777777" w:rsidR="005F7ED1" w:rsidRDefault="005F7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B8B9" w14:textId="77777777" w:rsidR="00E654DE" w:rsidRDefault="00E654DE" w:rsidP="0066105D">
      <w:pPr>
        <w:spacing w:after="0" w:line="240" w:lineRule="auto"/>
      </w:pPr>
      <w:r>
        <w:separator/>
      </w:r>
    </w:p>
  </w:footnote>
  <w:footnote w:type="continuationSeparator" w:id="0">
    <w:p w14:paraId="7310DA33" w14:textId="77777777" w:rsidR="00E654DE" w:rsidRDefault="00E654DE" w:rsidP="00661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B879" w14:textId="77777777" w:rsidR="00151AC1" w:rsidRDefault="00151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C96811"/>
    <w:multiLevelType w:val="multilevel"/>
    <w:tmpl w:val="2BC6B5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5B6FA1"/>
    <w:multiLevelType w:val="multilevel"/>
    <w:tmpl w:val="7964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2A5A04"/>
    <w:multiLevelType w:val="hybridMultilevel"/>
    <w:tmpl w:val="3228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6913B3"/>
    <w:multiLevelType w:val="hybridMultilevel"/>
    <w:tmpl w:val="C55A8962"/>
    <w:lvl w:ilvl="0" w:tplc="62BAF0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458813">
    <w:abstractNumId w:val="10"/>
  </w:num>
  <w:num w:numId="2" w16cid:durableId="1099257440">
    <w:abstractNumId w:val="12"/>
  </w:num>
  <w:num w:numId="3" w16cid:durableId="256523014">
    <w:abstractNumId w:val="9"/>
  </w:num>
  <w:num w:numId="4" w16cid:durableId="1389451359">
    <w:abstractNumId w:val="8"/>
  </w:num>
  <w:num w:numId="5" w16cid:durableId="723606573">
    <w:abstractNumId w:val="11"/>
  </w:num>
  <w:num w:numId="6" w16cid:durableId="1572353917">
    <w:abstractNumId w:val="6"/>
  </w:num>
  <w:num w:numId="7" w16cid:durableId="596642764">
    <w:abstractNumId w:val="5"/>
  </w:num>
  <w:num w:numId="8" w16cid:durableId="175006267">
    <w:abstractNumId w:val="4"/>
  </w:num>
  <w:num w:numId="9" w16cid:durableId="93745927">
    <w:abstractNumId w:val="7"/>
  </w:num>
  <w:num w:numId="10" w16cid:durableId="1628198393">
    <w:abstractNumId w:val="3"/>
  </w:num>
  <w:num w:numId="11" w16cid:durableId="393041945">
    <w:abstractNumId w:val="2"/>
  </w:num>
  <w:num w:numId="12" w16cid:durableId="1011178277">
    <w:abstractNumId w:val="1"/>
  </w:num>
  <w:num w:numId="13" w16cid:durableId="11417737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BC"/>
    <w:rsid w:val="000020D7"/>
    <w:rsid w:val="00003FB8"/>
    <w:rsid w:val="00004B80"/>
    <w:rsid w:val="00007219"/>
    <w:rsid w:val="00007D29"/>
    <w:rsid w:val="000111D9"/>
    <w:rsid w:val="00013421"/>
    <w:rsid w:val="00017E5A"/>
    <w:rsid w:val="00024458"/>
    <w:rsid w:val="000255FE"/>
    <w:rsid w:val="000269D4"/>
    <w:rsid w:val="00031DAD"/>
    <w:rsid w:val="00033AD7"/>
    <w:rsid w:val="00040C76"/>
    <w:rsid w:val="00055E42"/>
    <w:rsid w:val="0006195A"/>
    <w:rsid w:val="00066C76"/>
    <w:rsid w:val="00066E73"/>
    <w:rsid w:val="0007014F"/>
    <w:rsid w:val="00070368"/>
    <w:rsid w:val="00070846"/>
    <w:rsid w:val="0007140C"/>
    <w:rsid w:val="000720CA"/>
    <w:rsid w:val="000765CE"/>
    <w:rsid w:val="00077E68"/>
    <w:rsid w:val="00080D51"/>
    <w:rsid w:val="000824BC"/>
    <w:rsid w:val="000879B9"/>
    <w:rsid w:val="00092E4D"/>
    <w:rsid w:val="000963B8"/>
    <w:rsid w:val="00097D35"/>
    <w:rsid w:val="000A3626"/>
    <w:rsid w:val="000A638A"/>
    <w:rsid w:val="000B2801"/>
    <w:rsid w:val="000B7D64"/>
    <w:rsid w:val="000C7CF8"/>
    <w:rsid w:val="000D23EE"/>
    <w:rsid w:val="000E0B65"/>
    <w:rsid w:val="000E4D60"/>
    <w:rsid w:val="000E6299"/>
    <w:rsid w:val="000E719A"/>
    <w:rsid w:val="000E7C25"/>
    <w:rsid w:val="000F0939"/>
    <w:rsid w:val="000F1561"/>
    <w:rsid w:val="000F5138"/>
    <w:rsid w:val="000F5A64"/>
    <w:rsid w:val="000F6495"/>
    <w:rsid w:val="000F67F5"/>
    <w:rsid w:val="001032A4"/>
    <w:rsid w:val="001070C4"/>
    <w:rsid w:val="0011407F"/>
    <w:rsid w:val="0011524A"/>
    <w:rsid w:val="00115FCA"/>
    <w:rsid w:val="001208F7"/>
    <w:rsid w:val="00121C5B"/>
    <w:rsid w:val="00127262"/>
    <w:rsid w:val="001307B6"/>
    <w:rsid w:val="00131333"/>
    <w:rsid w:val="00131B6D"/>
    <w:rsid w:val="00132B0B"/>
    <w:rsid w:val="001354E2"/>
    <w:rsid w:val="0014562D"/>
    <w:rsid w:val="00151AC1"/>
    <w:rsid w:val="0015220D"/>
    <w:rsid w:val="00152C1B"/>
    <w:rsid w:val="001537FB"/>
    <w:rsid w:val="001622C7"/>
    <w:rsid w:val="001627A3"/>
    <w:rsid w:val="00164F0B"/>
    <w:rsid w:val="00172429"/>
    <w:rsid w:val="00180C83"/>
    <w:rsid w:val="001823B0"/>
    <w:rsid w:val="00185D5B"/>
    <w:rsid w:val="00187543"/>
    <w:rsid w:val="00195BB6"/>
    <w:rsid w:val="001A4C4B"/>
    <w:rsid w:val="001A6EC6"/>
    <w:rsid w:val="001B11D5"/>
    <w:rsid w:val="001B148D"/>
    <w:rsid w:val="001B2628"/>
    <w:rsid w:val="001B54FE"/>
    <w:rsid w:val="001C16EB"/>
    <w:rsid w:val="001E1701"/>
    <w:rsid w:val="001E19C9"/>
    <w:rsid w:val="001E2C58"/>
    <w:rsid w:val="001E5901"/>
    <w:rsid w:val="001F01CA"/>
    <w:rsid w:val="001F2449"/>
    <w:rsid w:val="001F3479"/>
    <w:rsid w:val="001F37BC"/>
    <w:rsid w:val="001F4834"/>
    <w:rsid w:val="001F6339"/>
    <w:rsid w:val="002037F3"/>
    <w:rsid w:val="0020426B"/>
    <w:rsid w:val="00206F80"/>
    <w:rsid w:val="0021098D"/>
    <w:rsid w:val="002169A2"/>
    <w:rsid w:val="002204E8"/>
    <w:rsid w:val="0022070A"/>
    <w:rsid w:val="00220980"/>
    <w:rsid w:val="00220BD8"/>
    <w:rsid w:val="00220E7C"/>
    <w:rsid w:val="00221063"/>
    <w:rsid w:val="00224741"/>
    <w:rsid w:val="002263F9"/>
    <w:rsid w:val="00227E9A"/>
    <w:rsid w:val="00234DC8"/>
    <w:rsid w:val="00235395"/>
    <w:rsid w:val="00242758"/>
    <w:rsid w:val="00244B48"/>
    <w:rsid w:val="00246A46"/>
    <w:rsid w:val="00252D95"/>
    <w:rsid w:val="00256F33"/>
    <w:rsid w:val="002629AB"/>
    <w:rsid w:val="002634DE"/>
    <w:rsid w:val="00267F03"/>
    <w:rsid w:val="00273ACC"/>
    <w:rsid w:val="00287307"/>
    <w:rsid w:val="00292108"/>
    <w:rsid w:val="00294F76"/>
    <w:rsid w:val="0029569F"/>
    <w:rsid w:val="00296232"/>
    <w:rsid w:val="00296318"/>
    <w:rsid w:val="00297749"/>
    <w:rsid w:val="00297A6F"/>
    <w:rsid w:val="002A1AB8"/>
    <w:rsid w:val="002A3B21"/>
    <w:rsid w:val="002A3EAA"/>
    <w:rsid w:val="002A53D0"/>
    <w:rsid w:val="002B1973"/>
    <w:rsid w:val="002C25B2"/>
    <w:rsid w:val="002C5044"/>
    <w:rsid w:val="002D126B"/>
    <w:rsid w:val="002D2E1B"/>
    <w:rsid w:val="002D58ED"/>
    <w:rsid w:val="002E5780"/>
    <w:rsid w:val="002E6C7E"/>
    <w:rsid w:val="002E77CB"/>
    <w:rsid w:val="002F276B"/>
    <w:rsid w:val="002F2E05"/>
    <w:rsid w:val="002F3A4F"/>
    <w:rsid w:val="002F5E7C"/>
    <w:rsid w:val="003034FB"/>
    <w:rsid w:val="00310214"/>
    <w:rsid w:val="00310C6E"/>
    <w:rsid w:val="003215EC"/>
    <w:rsid w:val="00330683"/>
    <w:rsid w:val="00331A3F"/>
    <w:rsid w:val="00333FB8"/>
    <w:rsid w:val="00340B49"/>
    <w:rsid w:val="003441E1"/>
    <w:rsid w:val="00345974"/>
    <w:rsid w:val="00345D53"/>
    <w:rsid w:val="00347343"/>
    <w:rsid w:val="00352889"/>
    <w:rsid w:val="00353AED"/>
    <w:rsid w:val="00355DB9"/>
    <w:rsid w:val="003573C2"/>
    <w:rsid w:val="00360E64"/>
    <w:rsid w:val="00361703"/>
    <w:rsid w:val="00372116"/>
    <w:rsid w:val="003838BD"/>
    <w:rsid w:val="00385603"/>
    <w:rsid w:val="00390CDE"/>
    <w:rsid w:val="00392152"/>
    <w:rsid w:val="0039237D"/>
    <w:rsid w:val="00395685"/>
    <w:rsid w:val="003A0E61"/>
    <w:rsid w:val="003A39AD"/>
    <w:rsid w:val="003A42CE"/>
    <w:rsid w:val="003A5D60"/>
    <w:rsid w:val="003A693F"/>
    <w:rsid w:val="003B0855"/>
    <w:rsid w:val="003B13E5"/>
    <w:rsid w:val="003B16D2"/>
    <w:rsid w:val="003B69AA"/>
    <w:rsid w:val="003C2CDC"/>
    <w:rsid w:val="003C5086"/>
    <w:rsid w:val="003C651F"/>
    <w:rsid w:val="003C66FC"/>
    <w:rsid w:val="003D725C"/>
    <w:rsid w:val="003E397C"/>
    <w:rsid w:val="003E52A1"/>
    <w:rsid w:val="003F5893"/>
    <w:rsid w:val="003F5AE0"/>
    <w:rsid w:val="00402C4D"/>
    <w:rsid w:val="00402EC0"/>
    <w:rsid w:val="004149E9"/>
    <w:rsid w:val="0042167B"/>
    <w:rsid w:val="00426BEC"/>
    <w:rsid w:val="004307C2"/>
    <w:rsid w:val="004324CF"/>
    <w:rsid w:val="00432C5C"/>
    <w:rsid w:val="0043476D"/>
    <w:rsid w:val="0043588A"/>
    <w:rsid w:val="0044654D"/>
    <w:rsid w:val="004469F6"/>
    <w:rsid w:val="00450BCC"/>
    <w:rsid w:val="004570BD"/>
    <w:rsid w:val="0046134B"/>
    <w:rsid w:val="004818A5"/>
    <w:rsid w:val="00481EC7"/>
    <w:rsid w:val="004839A3"/>
    <w:rsid w:val="00485AA3"/>
    <w:rsid w:val="00486112"/>
    <w:rsid w:val="00494231"/>
    <w:rsid w:val="00495EB9"/>
    <w:rsid w:val="004963C1"/>
    <w:rsid w:val="004965E7"/>
    <w:rsid w:val="004A37AE"/>
    <w:rsid w:val="004A6447"/>
    <w:rsid w:val="004C2EFA"/>
    <w:rsid w:val="004C4588"/>
    <w:rsid w:val="004D1CC8"/>
    <w:rsid w:val="004D4FB5"/>
    <w:rsid w:val="004E4603"/>
    <w:rsid w:val="004E4781"/>
    <w:rsid w:val="004F7C01"/>
    <w:rsid w:val="00503BEE"/>
    <w:rsid w:val="0050680D"/>
    <w:rsid w:val="00511BB8"/>
    <w:rsid w:val="00513596"/>
    <w:rsid w:val="005332DF"/>
    <w:rsid w:val="00533A4C"/>
    <w:rsid w:val="00537C46"/>
    <w:rsid w:val="0054052E"/>
    <w:rsid w:val="005420CC"/>
    <w:rsid w:val="00542D32"/>
    <w:rsid w:val="00557FA8"/>
    <w:rsid w:val="005608A4"/>
    <w:rsid w:val="00571664"/>
    <w:rsid w:val="00571BBF"/>
    <w:rsid w:val="00571C7D"/>
    <w:rsid w:val="005722E8"/>
    <w:rsid w:val="005771D7"/>
    <w:rsid w:val="00577B85"/>
    <w:rsid w:val="005827FA"/>
    <w:rsid w:val="005878CD"/>
    <w:rsid w:val="005918A2"/>
    <w:rsid w:val="00595DB0"/>
    <w:rsid w:val="00595E20"/>
    <w:rsid w:val="005964F1"/>
    <w:rsid w:val="00596EA3"/>
    <w:rsid w:val="00597BD4"/>
    <w:rsid w:val="005A40EE"/>
    <w:rsid w:val="005A47EE"/>
    <w:rsid w:val="005A6BFC"/>
    <w:rsid w:val="005A7E6D"/>
    <w:rsid w:val="005B03AC"/>
    <w:rsid w:val="005B44D2"/>
    <w:rsid w:val="005B6114"/>
    <w:rsid w:val="005B72EB"/>
    <w:rsid w:val="005C642F"/>
    <w:rsid w:val="005D2770"/>
    <w:rsid w:val="005D34E2"/>
    <w:rsid w:val="005D47E9"/>
    <w:rsid w:val="005D6B92"/>
    <w:rsid w:val="005E1011"/>
    <w:rsid w:val="005E1376"/>
    <w:rsid w:val="005E662A"/>
    <w:rsid w:val="005E7D11"/>
    <w:rsid w:val="005F5EE5"/>
    <w:rsid w:val="005F7ED1"/>
    <w:rsid w:val="00603A5E"/>
    <w:rsid w:val="00604C91"/>
    <w:rsid w:val="00614EF3"/>
    <w:rsid w:val="00624470"/>
    <w:rsid w:val="00626025"/>
    <w:rsid w:val="00626769"/>
    <w:rsid w:val="006271F9"/>
    <w:rsid w:val="006272E3"/>
    <w:rsid w:val="00632B9C"/>
    <w:rsid w:val="00650748"/>
    <w:rsid w:val="00652B56"/>
    <w:rsid w:val="0065524C"/>
    <w:rsid w:val="006567E2"/>
    <w:rsid w:val="0066105D"/>
    <w:rsid w:val="006645FC"/>
    <w:rsid w:val="00664A25"/>
    <w:rsid w:val="0066734E"/>
    <w:rsid w:val="00670EAE"/>
    <w:rsid w:val="00670EED"/>
    <w:rsid w:val="00677042"/>
    <w:rsid w:val="00677697"/>
    <w:rsid w:val="00684FCC"/>
    <w:rsid w:val="0069505F"/>
    <w:rsid w:val="006A0132"/>
    <w:rsid w:val="006A0A40"/>
    <w:rsid w:val="006A2941"/>
    <w:rsid w:val="006B181E"/>
    <w:rsid w:val="006B2BCE"/>
    <w:rsid w:val="006B6F41"/>
    <w:rsid w:val="006C249C"/>
    <w:rsid w:val="006D3B21"/>
    <w:rsid w:val="006D5D15"/>
    <w:rsid w:val="006E5655"/>
    <w:rsid w:val="006E6509"/>
    <w:rsid w:val="006E6878"/>
    <w:rsid w:val="006F129E"/>
    <w:rsid w:val="006F2901"/>
    <w:rsid w:val="006F63E8"/>
    <w:rsid w:val="007003A8"/>
    <w:rsid w:val="00710F5E"/>
    <w:rsid w:val="00721FE0"/>
    <w:rsid w:val="00723C01"/>
    <w:rsid w:val="00723E6E"/>
    <w:rsid w:val="00723F95"/>
    <w:rsid w:val="00724CD8"/>
    <w:rsid w:val="007265A7"/>
    <w:rsid w:val="0073359A"/>
    <w:rsid w:val="00735CF6"/>
    <w:rsid w:val="007416E7"/>
    <w:rsid w:val="00741F4A"/>
    <w:rsid w:val="00742EED"/>
    <w:rsid w:val="00745110"/>
    <w:rsid w:val="00746428"/>
    <w:rsid w:val="00753ADD"/>
    <w:rsid w:val="0075473B"/>
    <w:rsid w:val="00757A18"/>
    <w:rsid w:val="007650ED"/>
    <w:rsid w:val="00765E00"/>
    <w:rsid w:val="00765EAE"/>
    <w:rsid w:val="00766679"/>
    <w:rsid w:val="00767AB2"/>
    <w:rsid w:val="00770618"/>
    <w:rsid w:val="00774A87"/>
    <w:rsid w:val="00774B93"/>
    <w:rsid w:val="00774F77"/>
    <w:rsid w:val="0077667E"/>
    <w:rsid w:val="00784EA6"/>
    <w:rsid w:val="007876C0"/>
    <w:rsid w:val="00787775"/>
    <w:rsid w:val="0079767E"/>
    <w:rsid w:val="007A3E50"/>
    <w:rsid w:val="007B21B8"/>
    <w:rsid w:val="007B27D6"/>
    <w:rsid w:val="007B720A"/>
    <w:rsid w:val="007C24EB"/>
    <w:rsid w:val="007C4B8A"/>
    <w:rsid w:val="007C5971"/>
    <w:rsid w:val="007C5D17"/>
    <w:rsid w:val="007D1177"/>
    <w:rsid w:val="007D3372"/>
    <w:rsid w:val="007E0E88"/>
    <w:rsid w:val="007E2453"/>
    <w:rsid w:val="007E7888"/>
    <w:rsid w:val="007F0920"/>
    <w:rsid w:val="007F1B21"/>
    <w:rsid w:val="007F268F"/>
    <w:rsid w:val="007F394F"/>
    <w:rsid w:val="007F3D5E"/>
    <w:rsid w:val="007F449E"/>
    <w:rsid w:val="008009A4"/>
    <w:rsid w:val="00800ACB"/>
    <w:rsid w:val="00804CF3"/>
    <w:rsid w:val="0080505B"/>
    <w:rsid w:val="00805BB5"/>
    <w:rsid w:val="008063D3"/>
    <w:rsid w:val="0080686E"/>
    <w:rsid w:val="00810C58"/>
    <w:rsid w:val="00811295"/>
    <w:rsid w:val="00812A2F"/>
    <w:rsid w:val="0081308A"/>
    <w:rsid w:val="00813114"/>
    <w:rsid w:val="0082655D"/>
    <w:rsid w:val="008327FE"/>
    <w:rsid w:val="00833C99"/>
    <w:rsid w:val="0083539C"/>
    <w:rsid w:val="00837465"/>
    <w:rsid w:val="008436CF"/>
    <w:rsid w:val="00843C63"/>
    <w:rsid w:val="00846C90"/>
    <w:rsid w:val="0084796E"/>
    <w:rsid w:val="00847C65"/>
    <w:rsid w:val="008520AC"/>
    <w:rsid w:val="008543EB"/>
    <w:rsid w:val="00855D7E"/>
    <w:rsid w:val="008609BC"/>
    <w:rsid w:val="008643A0"/>
    <w:rsid w:val="00877879"/>
    <w:rsid w:val="008829AA"/>
    <w:rsid w:val="008878A7"/>
    <w:rsid w:val="008948D1"/>
    <w:rsid w:val="008A224A"/>
    <w:rsid w:val="008B2C1A"/>
    <w:rsid w:val="008B3263"/>
    <w:rsid w:val="008B38EB"/>
    <w:rsid w:val="008B54A1"/>
    <w:rsid w:val="008C2821"/>
    <w:rsid w:val="008F1BAA"/>
    <w:rsid w:val="008F5EB4"/>
    <w:rsid w:val="008F7004"/>
    <w:rsid w:val="008F7731"/>
    <w:rsid w:val="008F7907"/>
    <w:rsid w:val="0090157F"/>
    <w:rsid w:val="00902C5D"/>
    <w:rsid w:val="0090356C"/>
    <w:rsid w:val="00904BB1"/>
    <w:rsid w:val="00910510"/>
    <w:rsid w:val="0091191C"/>
    <w:rsid w:val="0091252D"/>
    <w:rsid w:val="009128A8"/>
    <w:rsid w:val="00914C36"/>
    <w:rsid w:val="009151B9"/>
    <w:rsid w:val="0091763D"/>
    <w:rsid w:val="00917A00"/>
    <w:rsid w:val="00921731"/>
    <w:rsid w:val="00924B38"/>
    <w:rsid w:val="00927EB3"/>
    <w:rsid w:val="009303D6"/>
    <w:rsid w:val="009310A2"/>
    <w:rsid w:val="00933195"/>
    <w:rsid w:val="009375CF"/>
    <w:rsid w:val="00941D62"/>
    <w:rsid w:val="0094219D"/>
    <w:rsid w:val="009539F4"/>
    <w:rsid w:val="00953DC2"/>
    <w:rsid w:val="00956EB8"/>
    <w:rsid w:val="00971545"/>
    <w:rsid w:val="00974850"/>
    <w:rsid w:val="00974B1B"/>
    <w:rsid w:val="00975A89"/>
    <w:rsid w:val="00977FFD"/>
    <w:rsid w:val="0098062E"/>
    <w:rsid w:val="00980FBC"/>
    <w:rsid w:val="00983FB7"/>
    <w:rsid w:val="00986DD9"/>
    <w:rsid w:val="00986E8B"/>
    <w:rsid w:val="009874EE"/>
    <w:rsid w:val="00987C8F"/>
    <w:rsid w:val="00987F83"/>
    <w:rsid w:val="009944E0"/>
    <w:rsid w:val="009978E4"/>
    <w:rsid w:val="00997D22"/>
    <w:rsid w:val="009A0492"/>
    <w:rsid w:val="009A344E"/>
    <w:rsid w:val="009A6533"/>
    <w:rsid w:val="009B6D28"/>
    <w:rsid w:val="009C683B"/>
    <w:rsid w:val="009E2947"/>
    <w:rsid w:val="009E3D63"/>
    <w:rsid w:val="009E46FC"/>
    <w:rsid w:val="009E5665"/>
    <w:rsid w:val="009E6C2E"/>
    <w:rsid w:val="009F02F1"/>
    <w:rsid w:val="009F061B"/>
    <w:rsid w:val="009F4666"/>
    <w:rsid w:val="00A0029F"/>
    <w:rsid w:val="00A01A49"/>
    <w:rsid w:val="00A02FDC"/>
    <w:rsid w:val="00A04F60"/>
    <w:rsid w:val="00A05B66"/>
    <w:rsid w:val="00A1089D"/>
    <w:rsid w:val="00A1342A"/>
    <w:rsid w:val="00A143E2"/>
    <w:rsid w:val="00A1486E"/>
    <w:rsid w:val="00A16B38"/>
    <w:rsid w:val="00A241D4"/>
    <w:rsid w:val="00A2480D"/>
    <w:rsid w:val="00A342D4"/>
    <w:rsid w:val="00A463A4"/>
    <w:rsid w:val="00A47AC5"/>
    <w:rsid w:val="00A52FE5"/>
    <w:rsid w:val="00A54AE2"/>
    <w:rsid w:val="00A554B1"/>
    <w:rsid w:val="00A6046B"/>
    <w:rsid w:val="00A637C9"/>
    <w:rsid w:val="00A65CD6"/>
    <w:rsid w:val="00A65F3F"/>
    <w:rsid w:val="00A73013"/>
    <w:rsid w:val="00A751AB"/>
    <w:rsid w:val="00A77EA0"/>
    <w:rsid w:val="00A85722"/>
    <w:rsid w:val="00A864CC"/>
    <w:rsid w:val="00A87C0F"/>
    <w:rsid w:val="00A948BB"/>
    <w:rsid w:val="00AA0EE6"/>
    <w:rsid w:val="00AA6996"/>
    <w:rsid w:val="00AB13C2"/>
    <w:rsid w:val="00AB1BB4"/>
    <w:rsid w:val="00AB3504"/>
    <w:rsid w:val="00AB6C3B"/>
    <w:rsid w:val="00AC3A55"/>
    <w:rsid w:val="00AC43CC"/>
    <w:rsid w:val="00AC5D69"/>
    <w:rsid w:val="00AC77C4"/>
    <w:rsid w:val="00AD331E"/>
    <w:rsid w:val="00AD6C11"/>
    <w:rsid w:val="00AD7F88"/>
    <w:rsid w:val="00AE16C5"/>
    <w:rsid w:val="00AF348E"/>
    <w:rsid w:val="00AF3AAE"/>
    <w:rsid w:val="00AF6819"/>
    <w:rsid w:val="00B00867"/>
    <w:rsid w:val="00B04DB1"/>
    <w:rsid w:val="00B069B7"/>
    <w:rsid w:val="00B07657"/>
    <w:rsid w:val="00B1607D"/>
    <w:rsid w:val="00B17837"/>
    <w:rsid w:val="00B20DCF"/>
    <w:rsid w:val="00B21333"/>
    <w:rsid w:val="00B22266"/>
    <w:rsid w:val="00B26F56"/>
    <w:rsid w:val="00B3215B"/>
    <w:rsid w:val="00B34714"/>
    <w:rsid w:val="00B41E06"/>
    <w:rsid w:val="00B44B9C"/>
    <w:rsid w:val="00B45788"/>
    <w:rsid w:val="00B51BBC"/>
    <w:rsid w:val="00B54A44"/>
    <w:rsid w:val="00B573E1"/>
    <w:rsid w:val="00B602CD"/>
    <w:rsid w:val="00B62F8C"/>
    <w:rsid w:val="00B64275"/>
    <w:rsid w:val="00B653BB"/>
    <w:rsid w:val="00B667BA"/>
    <w:rsid w:val="00B67D1F"/>
    <w:rsid w:val="00B70F76"/>
    <w:rsid w:val="00B76198"/>
    <w:rsid w:val="00B8305B"/>
    <w:rsid w:val="00B90618"/>
    <w:rsid w:val="00B907D7"/>
    <w:rsid w:val="00B90BA1"/>
    <w:rsid w:val="00B9461D"/>
    <w:rsid w:val="00B95301"/>
    <w:rsid w:val="00BA28EB"/>
    <w:rsid w:val="00BA42B4"/>
    <w:rsid w:val="00BA71FE"/>
    <w:rsid w:val="00BA7A60"/>
    <w:rsid w:val="00BB368B"/>
    <w:rsid w:val="00BB6127"/>
    <w:rsid w:val="00BC3B47"/>
    <w:rsid w:val="00BC74EB"/>
    <w:rsid w:val="00BD22FB"/>
    <w:rsid w:val="00BD263A"/>
    <w:rsid w:val="00BD4945"/>
    <w:rsid w:val="00BE23F3"/>
    <w:rsid w:val="00BE2E34"/>
    <w:rsid w:val="00BE69CB"/>
    <w:rsid w:val="00BF3E27"/>
    <w:rsid w:val="00BF4B77"/>
    <w:rsid w:val="00C00FDC"/>
    <w:rsid w:val="00C01A9A"/>
    <w:rsid w:val="00C02EC7"/>
    <w:rsid w:val="00C03FC0"/>
    <w:rsid w:val="00C045D4"/>
    <w:rsid w:val="00C05E5D"/>
    <w:rsid w:val="00C14FAB"/>
    <w:rsid w:val="00C17235"/>
    <w:rsid w:val="00C22023"/>
    <w:rsid w:val="00C221A4"/>
    <w:rsid w:val="00C26569"/>
    <w:rsid w:val="00C33389"/>
    <w:rsid w:val="00C33508"/>
    <w:rsid w:val="00C34981"/>
    <w:rsid w:val="00C46D82"/>
    <w:rsid w:val="00C4730A"/>
    <w:rsid w:val="00C53420"/>
    <w:rsid w:val="00C545FD"/>
    <w:rsid w:val="00C67CC3"/>
    <w:rsid w:val="00C72F79"/>
    <w:rsid w:val="00C7690B"/>
    <w:rsid w:val="00C769FA"/>
    <w:rsid w:val="00C776DD"/>
    <w:rsid w:val="00C86A26"/>
    <w:rsid w:val="00C903B7"/>
    <w:rsid w:val="00C92005"/>
    <w:rsid w:val="00C9283A"/>
    <w:rsid w:val="00CA0D6E"/>
    <w:rsid w:val="00CA1DCA"/>
    <w:rsid w:val="00CA21F8"/>
    <w:rsid w:val="00CA5A08"/>
    <w:rsid w:val="00CA6AC8"/>
    <w:rsid w:val="00CB02B9"/>
    <w:rsid w:val="00CB40C5"/>
    <w:rsid w:val="00CC4042"/>
    <w:rsid w:val="00CC604A"/>
    <w:rsid w:val="00CD1A3B"/>
    <w:rsid w:val="00CE19B0"/>
    <w:rsid w:val="00CF01CC"/>
    <w:rsid w:val="00CF7BD4"/>
    <w:rsid w:val="00CF7E32"/>
    <w:rsid w:val="00CF7EB1"/>
    <w:rsid w:val="00D00D45"/>
    <w:rsid w:val="00D00EBA"/>
    <w:rsid w:val="00D050F5"/>
    <w:rsid w:val="00D0538B"/>
    <w:rsid w:val="00D065F1"/>
    <w:rsid w:val="00D11696"/>
    <w:rsid w:val="00D1736C"/>
    <w:rsid w:val="00D2078A"/>
    <w:rsid w:val="00D224BA"/>
    <w:rsid w:val="00D23D30"/>
    <w:rsid w:val="00D30842"/>
    <w:rsid w:val="00D31234"/>
    <w:rsid w:val="00D33CEF"/>
    <w:rsid w:val="00D34F66"/>
    <w:rsid w:val="00D35909"/>
    <w:rsid w:val="00D36EE0"/>
    <w:rsid w:val="00D430E4"/>
    <w:rsid w:val="00D46448"/>
    <w:rsid w:val="00D479BF"/>
    <w:rsid w:val="00D50E95"/>
    <w:rsid w:val="00D61BC8"/>
    <w:rsid w:val="00D66094"/>
    <w:rsid w:val="00D72A73"/>
    <w:rsid w:val="00D73262"/>
    <w:rsid w:val="00D84C1E"/>
    <w:rsid w:val="00D8595E"/>
    <w:rsid w:val="00D86E11"/>
    <w:rsid w:val="00D9052F"/>
    <w:rsid w:val="00D91CE5"/>
    <w:rsid w:val="00D91E5D"/>
    <w:rsid w:val="00D93D43"/>
    <w:rsid w:val="00D93D93"/>
    <w:rsid w:val="00D9576A"/>
    <w:rsid w:val="00DA390D"/>
    <w:rsid w:val="00DA4E9E"/>
    <w:rsid w:val="00DA529E"/>
    <w:rsid w:val="00DA61E8"/>
    <w:rsid w:val="00DB1022"/>
    <w:rsid w:val="00DB20B2"/>
    <w:rsid w:val="00DB4CEE"/>
    <w:rsid w:val="00DB6208"/>
    <w:rsid w:val="00DD2B23"/>
    <w:rsid w:val="00DD311F"/>
    <w:rsid w:val="00DD3143"/>
    <w:rsid w:val="00DD5A96"/>
    <w:rsid w:val="00DD5C0C"/>
    <w:rsid w:val="00DE22BD"/>
    <w:rsid w:val="00DE3BC5"/>
    <w:rsid w:val="00DE5BA1"/>
    <w:rsid w:val="00DF08E8"/>
    <w:rsid w:val="00DF228C"/>
    <w:rsid w:val="00DF418F"/>
    <w:rsid w:val="00DF67B4"/>
    <w:rsid w:val="00E035F4"/>
    <w:rsid w:val="00E04EAE"/>
    <w:rsid w:val="00E10CA5"/>
    <w:rsid w:val="00E114FF"/>
    <w:rsid w:val="00E13B48"/>
    <w:rsid w:val="00E444E2"/>
    <w:rsid w:val="00E46624"/>
    <w:rsid w:val="00E53155"/>
    <w:rsid w:val="00E54FC9"/>
    <w:rsid w:val="00E55850"/>
    <w:rsid w:val="00E55E06"/>
    <w:rsid w:val="00E6156D"/>
    <w:rsid w:val="00E6527B"/>
    <w:rsid w:val="00E654DE"/>
    <w:rsid w:val="00E664E2"/>
    <w:rsid w:val="00E77DD3"/>
    <w:rsid w:val="00E83FFE"/>
    <w:rsid w:val="00E8563B"/>
    <w:rsid w:val="00E86980"/>
    <w:rsid w:val="00E86DBB"/>
    <w:rsid w:val="00E873E4"/>
    <w:rsid w:val="00E91669"/>
    <w:rsid w:val="00E92179"/>
    <w:rsid w:val="00E97B3F"/>
    <w:rsid w:val="00EA6495"/>
    <w:rsid w:val="00EB2F01"/>
    <w:rsid w:val="00EB58F6"/>
    <w:rsid w:val="00EC32D2"/>
    <w:rsid w:val="00EC4288"/>
    <w:rsid w:val="00EC6C29"/>
    <w:rsid w:val="00EC7D0A"/>
    <w:rsid w:val="00ED004C"/>
    <w:rsid w:val="00EE17D8"/>
    <w:rsid w:val="00EE1D66"/>
    <w:rsid w:val="00EE2AEF"/>
    <w:rsid w:val="00EE50BA"/>
    <w:rsid w:val="00EE75A8"/>
    <w:rsid w:val="00EF1D58"/>
    <w:rsid w:val="00EF20EB"/>
    <w:rsid w:val="00EF3964"/>
    <w:rsid w:val="00EF4528"/>
    <w:rsid w:val="00EF5D65"/>
    <w:rsid w:val="00EF6C9F"/>
    <w:rsid w:val="00F015BF"/>
    <w:rsid w:val="00F1621E"/>
    <w:rsid w:val="00F17DAE"/>
    <w:rsid w:val="00F25F85"/>
    <w:rsid w:val="00F263B2"/>
    <w:rsid w:val="00F30424"/>
    <w:rsid w:val="00F307B1"/>
    <w:rsid w:val="00F31B4E"/>
    <w:rsid w:val="00F418A2"/>
    <w:rsid w:val="00F421C9"/>
    <w:rsid w:val="00F442D5"/>
    <w:rsid w:val="00F5168F"/>
    <w:rsid w:val="00F54045"/>
    <w:rsid w:val="00F55EA5"/>
    <w:rsid w:val="00F56411"/>
    <w:rsid w:val="00F56838"/>
    <w:rsid w:val="00F56FA4"/>
    <w:rsid w:val="00F66750"/>
    <w:rsid w:val="00F73C75"/>
    <w:rsid w:val="00F75C65"/>
    <w:rsid w:val="00F7705F"/>
    <w:rsid w:val="00F84D3C"/>
    <w:rsid w:val="00F85214"/>
    <w:rsid w:val="00F8555A"/>
    <w:rsid w:val="00F878B0"/>
    <w:rsid w:val="00F94492"/>
    <w:rsid w:val="00F94822"/>
    <w:rsid w:val="00FA267F"/>
    <w:rsid w:val="00FA2A89"/>
    <w:rsid w:val="00FB38A5"/>
    <w:rsid w:val="00FB4280"/>
    <w:rsid w:val="00FB4E64"/>
    <w:rsid w:val="00FC3EBA"/>
    <w:rsid w:val="00FC4C36"/>
    <w:rsid w:val="00FC4FEC"/>
    <w:rsid w:val="00FC6153"/>
    <w:rsid w:val="00FC6BFF"/>
    <w:rsid w:val="00FD2CED"/>
    <w:rsid w:val="00FD5CE9"/>
    <w:rsid w:val="00FD63FA"/>
    <w:rsid w:val="00FE3252"/>
    <w:rsid w:val="00FE5F92"/>
    <w:rsid w:val="00FF19AC"/>
    <w:rsid w:val="00FF1AA0"/>
    <w:rsid w:val="00FF30BC"/>
    <w:rsid w:val="00FF42BC"/>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71253"/>
  <w15:chartTrackingRefBased/>
  <w15:docId w15:val="{7114EED3-9C99-49BD-9B30-6B0599EF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023"/>
    <w:pPr>
      <w:spacing w:line="259" w:lineRule="auto"/>
    </w:pPr>
    <w:rPr>
      <w:kern w:val="0"/>
      <w:sz w:val="22"/>
      <w:szCs w:val="22"/>
      <w14:ligatures w14:val="none"/>
    </w:rPr>
  </w:style>
  <w:style w:type="paragraph" w:styleId="Heading1">
    <w:name w:val="heading 1"/>
    <w:basedOn w:val="Normal"/>
    <w:next w:val="Normal"/>
    <w:link w:val="Heading1Char"/>
    <w:uiPriority w:val="9"/>
    <w:qFormat/>
    <w:rsid w:val="00805BB5"/>
    <w:pPr>
      <w:keepNext/>
      <w:keepLines/>
      <w:spacing w:before="360" w:after="80"/>
      <w:outlineLvl w:val="0"/>
    </w:pPr>
    <w:rPr>
      <w:rFonts w:ascii="Calibri" w:eastAsiaTheme="majorEastAsia" w:hAnsi="Calibri" w:cstheme="majorBidi"/>
      <w:b/>
      <w:color w:val="000000" w:themeColor="text1"/>
      <w:sz w:val="32"/>
      <w:szCs w:val="40"/>
    </w:rPr>
  </w:style>
  <w:style w:type="paragraph" w:styleId="Heading2">
    <w:name w:val="heading 2"/>
    <w:basedOn w:val="Normal"/>
    <w:next w:val="Normal"/>
    <w:link w:val="Heading2Char"/>
    <w:uiPriority w:val="9"/>
    <w:unhideWhenUsed/>
    <w:qFormat/>
    <w:rsid w:val="00805BB5"/>
    <w:pPr>
      <w:keepNext/>
      <w:keepLines/>
      <w:spacing w:before="160" w:after="80"/>
      <w:outlineLvl w:val="1"/>
    </w:pPr>
    <w:rPr>
      <w:rFonts w:ascii="Calibri" w:eastAsiaTheme="majorEastAsia" w:hAnsi="Calibri" w:cstheme="majorBidi"/>
      <w:b/>
      <w:color w:val="000000" w:themeColor="text1"/>
      <w:sz w:val="26"/>
      <w:szCs w:val="32"/>
    </w:rPr>
  </w:style>
  <w:style w:type="paragraph" w:styleId="Heading3">
    <w:name w:val="heading 3"/>
    <w:basedOn w:val="Normal"/>
    <w:next w:val="Normal"/>
    <w:link w:val="Heading3Char"/>
    <w:uiPriority w:val="9"/>
    <w:unhideWhenUsed/>
    <w:qFormat/>
    <w:rsid w:val="00805BB5"/>
    <w:pPr>
      <w:keepNext/>
      <w:keepLines/>
      <w:spacing w:before="160" w:after="80"/>
      <w:outlineLvl w:val="2"/>
    </w:pPr>
    <w:rPr>
      <w:rFonts w:ascii="Calibri" w:eastAsiaTheme="majorEastAsia" w:hAnsi="Calibri" w:cstheme="majorBidi"/>
      <w:b/>
      <w:color w:val="000000" w:themeColor="text1"/>
      <w:szCs w:val="28"/>
    </w:rPr>
  </w:style>
  <w:style w:type="paragraph" w:styleId="Heading4">
    <w:name w:val="heading 4"/>
    <w:basedOn w:val="Normal"/>
    <w:next w:val="Normal"/>
    <w:link w:val="Heading4Char"/>
    <w:uiPriority w:val="9"/>
    <w:semiHidden/>
    <w:unhideWhenUsed/>
    <w:qFormat/>
    <w:rsid w:val="00FF42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42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4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B5"/>
    <w:rPr>
      <w:rFonts w:ascii="Calibri" w:eastAsiaTheme="majorEastAsia" w:hAnsi="Calibri" w:cstheme="majorBidi"/>
      <w:b/>
      <w:color w:val="000000" w:themeColor="text1"/>
      <w:kern w:val="0"/>
      <w:sz w:val="32"/>
      <w:szCs w:val="40"/>
      <w14:ligatures w14:val="none"/>
    </w:rPr>
  </w:style>
  <w:style w:type="character" w:customStyle="1" w:styleId="Heading2Char">
    <w:name w:val="Heading 2 Char"/>
    <w:basedOn w:val="DefaultParagraphFont"/>
    <w:link w:val="Heading2"/>
    <w:uiPriority w:val="9"/>
    <w:rsid w:val="00805BB5"/>
    <w:rPr>
      <w:rFonts w:ascii="Calibri" w:eastAsiaTheme="majorEastAsia" w:hAnsi="Calibri" w:cstheme="majorBidi"/>
      <w:b/>
      <w:color w:val="000000" w:themeColor="text1"/>
      <w:kern w:val="0"/>
      <w:sz w:val="26"/>
      <w:szCs w:val="32"/>
      <w14:ligatures w14:val="none"/>
    </w:rPr>
  </w:style>
  <w:style w:type="character" w:customStyle="1" w:styleId="Heading3Char">
    <w:name w:val="Heading 3 Char"/>
    <w:basedOn w:val="DefaultParagraphFont"/>
    <w:link w:val="Heading3"/>
    <w:uiPriority w:val="9"/>
    <w:rsid w:val="00805BB5"/>
    <w:rPr>
      <w:rFonts w:ascii="Calibri" w:eastAsiaTheme="majorEastAsia" w:hAnsi="Calibri" w:cstheme="majorBidi"/>
      <w:b/>
      <w:color w:val="000000" w:themeColor="text1"/>
      <w:kern w:val="0"/>
      <w:sz w:val="22"/>
      <w:szCs w:val="28"/>
      <w14:ligatures w14:val="none"/>
    </w:rPr>
  </w:style>
  <w:style w:type="character" w:customStyle="1" w:styleId="Heading4Char">
    <w:name w:val="Heading 4 Char"/>
    <w:basedOn w:val="DefaultParagraphFont"/>
    <w:link w:val="Heading4"/>
    <w:uiPriority w:val="9"/>
    <w:semiHidden/>
    <w:rsid w:val="00FF42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42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4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2BC"/>
    <w:rPr>
      <w:rFonts w:eastAsiaTheme="majorEastAsia" w:cstheme="majorBidi"/>
      <w:color w:val="272727" w:themeColor="text1" w:themeTint="D8"/>
    </w:rPr>
  </w:style>
  <w:style w:type="paragraph" w:styleId="Title">
    <w:name w:val="Title"/>
    <w:basedOn w:val="Normal"/>
    <w:next w:val="Normal"/>
    <w:link w:val="TitleChar"/>
    <w:uiPriority w:val="10"/>
    <w:qFormat/>
    <w:rsid w:val="00FF4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2BC"/>
    <w:pPr>
      <w:spacing w:before="160"/>
      <w:jc w:val="center"/>
    </w:pPr>
    <w:rPr>
      <w:i/>
      <w:iCs/>
      <w:color w:val="404040" w:themeColor="text1" w:themeTint="BF"/>
    </w:rPr>
  </w:style>
  <w:style w:type="character" w:customStyle="1" w:styleId="QuoteChar">
    <w:name w:val="Quote Char"/>
    <w:basedOn w:val="DefaultParagraphFont"/>
    <w:link w:val="Quote"/>
    <w:uiPriority w:val="29"/>
    <w:rsid w:val="00FF42BC"/>
    <w:rPr>
      <w:i/>
      <w:iCs/>
      <w:color w:val="404040" w:themeColor="text1" w:themeTint="BF"/>
    </w:rPr>
  </w:style>
  <w:style w:type="paragraph" w:styleId="ListParagraph">
    <w:name w:val="List Paragraph"/>
    <w:basedOn w:val="Normal"/>
    <w:uiPriority w:val="34"/>
    <w:qFormat/>
    <w:rsid w:val="00FF42BC"/>
    <w:pPr>
      <w:ind w:left="720"/>
      <w:contextualSpacing/>
    </w:pPr>
  </w:style>
  <w:style w:type="character" w:styleId="IntenseEmphasis">
    <w:name w:val="Intense Emphasis"/>
    <w:basedOn w:val="DefaultParagraphFont"/>
    <w:uiPriority w:val="21"/>
    <w:qFormat/>
    <w:rsid w:val="00FF42BC"/>
    <w:rPr>
      <w:i/>
      <w:iCs/>
      <w:color w:val="2F5496" w:themeColor="accent1" w:themeShade="BF"/>
    </w:rPr>
  </w:style>
  <w:style w:type="paragraph" w:styleId="IntenseQuote">
    <w:name w:val="Intense Quote"/>
    <w:basedOn w:val="Normal"/>
    <w:next w:val="Normal"/>
    <w:link w:val="IntenseQuoteChar"/>
    <w:uiPriority w:val="30"/>
    <w:qFormat/>
    <w:rsid w:val="00FF4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42BC"/>
    <w:rPr>
      <w:i/>
      <w:iCs/>
      <w:color w:val="2F5496" w:themeColor="accent1" w:themeShade="BF"/>
    </w:rPr>
  </w:style>
  <w:style w:type="character" w:styleId="IntenseReference">
    <w:name w:val="Intense Reference"/>
    <w:basedOn w:val="DefaultParagraphFont"/>
    <w:uiPriority w:val="32"/>
    <w:qFormat/>
    <w:rsid w:val="00FF42BC"/>
    <w:rPr>
      <w:b/>
      <w:bCs/>
      <w:smallCaps/>
      <w:color w:val="2F5496" w:themeColor="accent1" w:themeShade="BF"/>
      <w:spacing w:val="5"/>
    </w:rPr>
  </w:style>
  <w:style w:type="character" w:styleId="Hyperlink">
    <w:name w:val="Hyperlink"/>
    <w:basedOn w:val="DefaultParagraphFont"/>
    <w:uiPriority w:val="99"/>
    <w:unhideWhenUsed/>
    <w:rsid w:val="00FF42BC"/>
    <w:rPr>
      <w:color w:val="0563C1" w:themeColor="hyperlink"/>
      <w:u w:val="single"/>
    </w:rPr>
  </w:style>
  <w:style w:type="paragraph" w:styleId="Revision">
    <w:name w:val="Revision"/>
    <w:hidden/>
    <w:uiPriority w:val="99"/>
    <w:semiHidden/>
    <w:rsid w:val="00987F83"/>
    <w:pPr>
      <w:spacing w:after="0" w:line="240" w:lineRule="auto"/>
    </w:pPr>
    <w:rPr>
      <w:kern w:val="0"/>
      <w:sz w:val="22"/>
      <w:szCs w:val="22"/>
      <w14:ligatures w14:val="none"/>
    </w:rPr>
  </w:style>
  <w:style w:type="paragraph" w:styleId="TOC1">
    <w:name w:val="toc 1"/>
    <w:basedOn w:val="Normal"/>
    <w:next w:val="Normal"/>
    <w:autoRedefine/>
    <w:uiPriority w:val="39"/>
    <w:unhideWhenUsed/>
    <w:rsid w:val="0066105D"/>
    <w:pPr>
      <w:spacing w:after="100"/>
    </w:pPr>
  </w:style>
  <w:style w:type="paragraph" w:styleId="Header">
    <w:name w:val="header"/>
    <w:basedOn w:val="Normal"/>
    <w:link w:val="HeaderChar"/>
    <w:uiPriority w:val="99"/>
    <w:unhideWhenUsed/>
    <w:rsid w:val="0066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05D"/>
    <w:rPr>
      <w:kern w:val="0"/>
      <w:sz w:val="22"/>
      <w:szCs w:val="22"/>
      <w14:ligatures w14:val="none"/>
    </w:rPr>
  </w:style>
  <w:style w:type="paragraph" w:styleId="Footer">
    <w:name w:val="footer"/>
    <w:basedOn w:val="Normal"/>
    <w:link w:val="FooterChar"/>
    <w:uiPriority w:val="99"/>
    <w:unhideWhenUsed/>
    <w:rsid w:val="0066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05D"/>
    <w:rPr>
      <w:kern w:val="0"/>
      <w:sz w:val="22"/>
      <w:szCs w:val="22"/>
      <w14:ligatures w14:val="none"/>
    </w:rPr>
  </w:style>
  <w:style w:type="paragraph" w:customStyle="1" w:styleId="Heading">
    <w:name w:val="Heading"/>
    <w:basedOn w:val="Normal"/>
    <w:link w:val="HeadingChar"/>
    <w:rsid w:val="00805BB5"/>
    <w:rPr>
      <w:rFonts w:ascii="Calibri" w:eastAsia="Times New Roman" w:hAnsi="Calibri"/>
      <w:b/>
      <w:sz w:val="32"/>
    </w:rPr>
  </w:style>
  <w:style w:type="character" w:customStyle="1" w:styleId="HeadingChar">
    <w:name w:val="Heading Char"/>
    <w:basedOn w:val="DefaultParagraphFont"/>
    <w:link w:val="Heading"/>
    <w:rsid w:val="00805BB5"/>
    <w:rPr>
      <w:rFonts w:ascii="Calibri" w:eastAsia="Times New Roman" w:hAnsi="Calibri"/>
      <w:b/>
      <w:kern w:val="0"/>
      <w:sz w:val="32"/>
      <w:szCs w:val="22"/>
      <w14:ligatures w14:val="none"/>
    </w:rPr>
  </w:style>
  <w:style w:type="paragraph" w:styleId="TOCHeading">
    <w:name w:val="TOC Heading"/>
    <w:basedOn w:val="Heading1"/>
    <w:next w:val="Normal"/>
    <w:uiPriority w:val="39"/>
    <w:unhideWhenUsed/>
    <w:qFormat/>
    <w:rsid w:val="00805BB5"/>
    <w:pPr>
      <w:spacing w:before="240" w:after="0"/>
      <w:outlineLvl w:val="9"/>
    </w:pPr>
    <w:rPr>
      <w:szCs w:val="32"/>
    </w:rPr>
  </w:style>
  <w:style w:type="paragraph" w:styleId="TOC2">
    <w:name w:val="toc 2"/>
    <w:basedOn w:val="Normal"/>
    <w:next w:val="Normal"/>
    <w:autoRedefine/>
    <w:uiPriority w:val="39"/>
    <w:unhideWhenUsed/>
    <w:rsid w:val="001F4834"/>
    <w:pPr>
      <w:spacing w:after="100"/>
      <w:ind w:left="220"/>
    </w:pPr>
  </w:style>
  <w:style w:type="paragraph" w:styleId="TOC3">
    <w:name w:val="toc 3"/>
    <w:basedOn w:val="Normal"/>
    <w:next w:val="Normal"/>
    <w:autoRedefine/>
    <w:uiPriority w:val="39"/>
    <w:unhideWhenUsed/>
    <w:rsid w:val="001F4834"/>
    <w:pPr>
      <w:spacing w:after="100"/>
      <w:ind w:left="440"/>
    </w:pPr>
  </w:style>
  <w:style w:type="character" w:styleId="Strong">
    <w:name w:val="Strong"/>
    <w:basedOn w:val="DefaultParagraphFont"/>
    <w:uiPriority w:val="22"/>
    <w:qFormat/>
    <w:rsid w:val="00C34981"/>
    <w:rPr>
      <w:b/>
      <w:bCs/>
    </w:rPr>
  </w:style>
  <w:style w:type="paragraph" w:styleId="NormalWeb">
    <w:name w:val="Normal (Web)"/>
    <w:basedOn w:val="Normal"/>
    <w:uiPriority w:val="99"/>
    <w:unhideWhenUsed/>
    <w:rsid w:val="00132B0B"/>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77B85"/>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577B85"/>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577B85"/>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577B85"/>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577B85"/>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577B85"/>
    <w:pPr>
      <w:spacing w:after="100" w:line="278" w:lineRule="auto"/>
      <w:ind w:left="1920"/>
    </w:pPr>
    <w:rPr>
      <w:rFonts w:eastAsiaTheme="minorEastAsia"/>
      <w:kern w:val="2"/>
      <w:sz w:val="24"/>
      <w:szCs w:val="24"/>
      <w14:ligatures w14:val="standardContextual"/>
    </w:rPr>
  </w:style>
  <w:style w:type="character" w:styleId="UnresolvedMention">
    <w:name w:val="Unresolved Mention"/>
    <w:basedOn w:val="DefaultParagraphFont"/>
    <w:uiPriority w:val="99"/>
    <w:semiHidden/>
    <w:unhideWhenUsed/>
    <w:rsid w:val="00577B85"/>
    <w:rPr>
      <w:color w:val="605E5C"/>
      <w:shd w:val="clear" w:color="auto" w:fill="E1DFDD"/>
    </w:rPr>
  </w:style>
  <w:style w:type="character" w:styleId="Emphasis">
    <w:name w:val="Emphasis"/>
    <w:basedOn w:val="DefaultParagraphFont"/>
    <w:uiPriority w:val="20"/>
    <w:qFormat/>
    <w:rsid w:val="005420CC"/>
    <w:rPr>
      <w:i/>
      <w:iCs/>
    </w:rPr>
  </w:style>
  <w:style w:type="table" w:styleId="GridTable1Light-Accent3">
    <w:name w:val="Grid Table 1 Light Accent 3"/>
    <w:basedOn w:val="TableNormal"/>
    <w:uiPriority w:val="46"/>
    <w:rsid w:val="00F30424"/>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A22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A22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3">
    <w:name w:val="Grid Table 3 Accent 3"/>
    <w:basedOn w:val="TableNormal"/>
    <w:uiPriority w:val="48"/>
    <w:rsid w:val="00297A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1">
    <w:name w:val="Grid Table 1 Light Accent 1"/>
    <w:basedOn w:val="TableNormal"/>
    <w:uiPriority w:val="46"/>
    <w:rsid w:val="00846C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BD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D5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1272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FPNote">
    <w:name w:val="RFP Note"/>
    <w:rsid w:val="007B27D6"/>
    <w:pPr>
      <w:spacing w:after="80" w:line="276" w:lineRule="auto"/>
    </w:pPr>
    <w:rPr>
      <w:rFonts w:ascii="Open Sans" w:eastAsiaTheme="minorEastAsia" w:hAnsi="Open Sans"/>
      <w:color w:val="252532"/>
      <w:kern w:val="0"/>
      <w:sz w:val="18"/>
      <w:szCs w:val="22"/>
      <w14:ligatures w14:val="none"/>
    </w:rPr>
  </w:style>
  <w:style w:type="paragraph" w:styleId="ListBullet">
    <w:name w:val="List Bullet"/>
    <w:basedOn w:val="Normal"/>
    <w:uiPriority w:val="99"/>
    <w:unhideWhenUsed/>
    <w:rsid w:val="008F1BAA"/>
    <w:pPr>
      <w:numPr>
        <w:numId w:val="4"/>
      </w:numPr>
      <w:tabs>
        <w:tab w:val="clear" w:pos="360"/>
      </w:tabs>
      <w:spacing w:after="60"/>
      <w:contextualSpacing/>
    </w:pPr>
    <w:rPr>
      <w:rFonts w:ascii="Open Sans" w:eastAsiaTheme="minorEastAsia" w:hAnsi="Open Sans"/>
      <w:color w:val="252532"/>
      <w:sz w:val="20"/>
    </w:rPr>
  </w:style>
  <w:style w:type="paragraph" w:styleId="NoSpacing">
    <w:name w:val="No Spacing"/>
    <w:uiPriority w:val="1"/>
    <w:qFormat/>
    <w:rsid w:val="00B04DB1"/>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B04DB1"/>
    <w:pPr>
      <w:spacing w:after="120"/>
    </w:pPr>
    <w:rPr>
      <w:rFonts w:ascii="Open Sans" w:eastAsiaTheme="minorEastAsia" w:hAnsi="Open Sans"/>
      <w:color w:val="252532"/>
      <w:sz w:val="21"/>
    </w:rPr>
  </w:style>
  <w:style w:type="character" w:customStyle="1" w:styleId="BodyTextChar">
    <w:name w:val="Body Text Char"/>
    <w:basedOn w:val="DefaultParagraphFont"/>
    <w:link w:val="BodyText"/>
    <w:uiPriority w:val="99"/>
    <w:rsid w:val="00B04DB1"/>
    <w:rPr>
      <w:rFonts w:ascii="Open Sans" w:eastAsiaTheme="minorEastAsia" w:hAnsi="Open Sans"/>
      <w:color w:val="252532"/>
      <w:kern w:val="0"/>
      <w:sz w:val="21"/>
      <w:szCs w:val="22"/>
      <w14:ligatures w14:val="none"/>
    </w:rPr>
  </w:style>
  <w:style w:type="paragraph" w:styleId="BodyText2">
    <w:name w:val="Body Text 2"/>
    <w:basedOn w:val="Normal"/>
    <w:link w:val="BodyText2Char"/>
    <w:uiPriority w:val="99"/>
    <w:unhideWhenUsed/>
    <w:rsid w:val="00B04DB1"/>
    <w:pPr>
      <w:spacing w:after="120" w:line="480" w:lineRule="auto"/>
    </w:pPr>
    <w:rPr>
      <w:rFonts w:ascii="Open Sans" w:eastAsiaTheme="minorEastAsia" w:hAnsi="Open Sans"/>
      <w:color w:val="252532"/>
      <w:sz w:val="21"/>
    </w:rPr>
  </w:style>
  <w:style w:type="character" w:customStyle="1" w:styleId="BodyText2Char">
    <w:name w:val="Body Text 2 Char"/>
    <w:basedOn w:val="DefaultParagraphFont"/>
    <w:link w:val="BodyText2"/>
    <w:uiPriority w:val="99"/>
    <w:rsid w:val="00B04DB1"/>
    <w:rPr>
      <w:rFonts w:ascii="Open Sans" w:eastAsiaTheme="minorEastAsia" w:hAnsi="Open Sans"/>
      <w:color w:val="252532"/>
      <w:kern w:val="0"/>
      <w:sz w:val="21"/>
      <w:szCs w:val="22"/>
      <w14:ligatures w14:val="none"/>
    </w:rPr>
  </w:style>
  <w:style w:type="paragraph" w:styleId="BodyText3">
    <w:name w:val="Body Text 3"/>
    <w:basedOn w:val="Normal"/>
    <w:link w:val="BodyText3Char"/>
    <w:uiPriority w:val="99"/>
    <w:unhideWhenUsed/>
    <w:rsid w:val="00B04DB1"/>
    <w:pPr>
      <w:spacing w:after="120"/>
    </w:pPr>
    <w:rPr>
      <w:rFonts w:ascii="Open Sans" w:eastAsiaTheme="minorEastAsia" w:hAnsi="Open Sans"/>
      <w:color w:val="252532"/>
      <w:sz w:val="16"/>
      <w:szCs w:val="16"/>
    </w:rPr>
  </w:style>
  <w:style w:type="character" w:customStyle="1" w:styleId="BodyText3Char">
    <w:name w:val="Body Text 3 Char"/>
    <w:basedOn w:val="DefaultParagraphFont"/>
    <w:link w:val="BodyText3"/>
    <w:uiPriority w:val="99"/>
    <w:rsid w:val="00B04DB1"/>
    <w:rPr>
      <w:rFonts w:ascii="Open Sans" w:eastAsiaTheme="minorEastAsia" w:hAnsi="Open Sans"/>
      <w:color w:val="252532"/>
      <w:kern w:val="0"/>
      <w:sz w:val="16"/>
      <w:szCs w:val="16"/>
      <w14:ligatures w14:val="none"/>
    </w:rPr>
  </w:style>
  <w:style w:type="paragraph" w:styleId="List">
    <w:name w:val="List"/>
    <w:basedOn w:val="Normal"/>
    <w:uiPriority w:val="99"/>
    <w:unhideWhenUsed/>
    <w:rsid w:val="00B04DB1"/>
    <w:pPr>
      <w:spacing w:after="100"/>
      <w:ind w:left="360" w:hanging="360"/>
      <w:contextualSpacing/>
    </w:pPr>
    <w:rPr>
      <w:rFonts w:ascii="Open Sans" w:eastAsiaTheme="minorEastAsia" w:hAnsi="Open Sans"/>
      <w:color w:val="252532"/>
      <w:sz w:val="21"/>
    </w:rPr>
  </w:style>
  <w:style w:type="paragraph" w:styleId="List2">
    <w:name w:val="List 2"/>
    <w:basedOn w:val="Normal"/>
    <w:uiPriority w:val="99"/>
    <w:unhideWhenUsed/>
    <w:rsid w:val="00B04DB1"/>
    <w:pPr>
      <w:spacing w:after="100"/>
      <w:ind w:left="720" w:hanging="360"/>
      <w:contextualSpacing/>
    </w:pPr>
    <w:rPr>
      <w:rFonts w:ascii="Open Sans" w:eastAsiaTheme="minorEastAsia" w:hAnsi="Open Sans"/>
      <w:color w:val="252532"/>
      <w:sz w:val="21"/>
    </w:rPr>
  </w:style>
  <w:style w:type="paragraph" w:styleId="List3">
    <w:name w:val="List 3"/>
    <w:basedOn w:val="Normal"/>
    <w:uiPriority w:val="99"/>
    <w:unhideWhenUsed/>
    <w:rsid w:val="00B04DB1"/>
    <w:pPr>
      <w:spacing w:after="100"/>
      <w:ind w:left="1080" w:hanging="360"/>
      <w:contextualSpacing/>
    </w:pPr>
    <w:rPr>
      <w:rFonts w:ascii="Open Sans" w:eastAsiaTheme="minorEastAsia" w:hAnsi="Open Sans"/>
      <w:color w:val="252532"/>
      <w:sz w:val="21"/>
    </w:rPr>
  </w:style>
  <w:style w:type="paragraph" w:styleId="ListBullet2">
    <w:name w:val="List Bullet 2"/>
    <w:basedOn w:val="Normal"/>
    <w:uiPriority w:val="99"/>
    <w:unhideWhenUsed/>
    <w:rsid w:val="00B04DB1"/>
    <w:pPr>
      <w:numPr>
        <w:numId w:val="6"/>
      </w:numPr>
      <w:tabs>
        <w:tab w:val="clear" w:pos="720"/>
      </w:tabs>
      <w:spacing w:after="100"/>
      <w:ind w:left="0" w:firstLine="0"/>
      <w:contextualSpacing/>
    </w:pPr>
    <w:rPr>
      <w:rFonts w:ascii="Open Sans" w:eastAsiaTheme="minorEastAsia" w:hAnsi="Open Sans"/>
      <w:color w:val="252532"/>
      <w:sz w:val="21"/>
    </w:rPr>
  </w:style>
  <w:style w:type="paragraph" w:styleId="ListBullet3">
    <w:name w:val="List Bullet 3"/>
    <w:basedOn w:val="Normal"/>
    <w:uiPriority w:val="99"/>
    <w:unhideWhenUsed/>
    <w:rsid w:val="00B04DB1"/>
    <w:pPr>
      <w:numPr>
        <w:numId w:val="7"/>
      </w:numPr>
      <w:tabs>
        <w:tab w:val="clear" w:pos="1080"/>
      </w:tabs>
      <w:spacing w:after="100"/>
      <w:ind w:left="0" w:firstLine="0"/>
      <w:contextualSpacing/>
    </w:pPr>
    <w:rPr>
      <w:rFonts w:ascii="Open Sans" w:eastAsiaTheme="minorEastAsia" w:hAnsi="Open Sans"/>
      <w:color w:val="252532"/>
      <w:sz w:val="21"/>
    </w:rPr>
  </w:style>
  <w:style w:type="paragraph" w:styleId="ListNumber">
    <w:name w:val="List Number"/>
    <w:basedOn w:val="Normal"/>
    <w:uiPriority w:val="99"/>
    <w:unhideWhenUsed/>
    <w:rsid w:val="00B04DB1"/>
    <w:pPr>
      <w:numPr>
        <w:numId w:val="9"/>
      </w:numPr>
      <w:tabs>
        <w:tab w:val="clear" w:pos="360"/>
      </w:tabs>
      <w:spacing w:after="60"/>
      <w:ind w:left="0" w:firstLine="0"/>
      <w:contextualSpacing/>
    </w:pPr>
    <w:rPr>
      <w:rFonts w:ascii="Open Sans" w:eastAsiaTheme="minorEastAsia" w:hAnsi="Open Sans"/>
      <w:color w:val="252532"/>
      <w:sz w:val="20"/>
    </w:rPr>
  </w:style>
  <w:style w:type="paragraph" w:styleId="ListNumber2">
    <w:name w:val="List Number 2"/>
    <w:basedOn w:val="Normal"/>
    <w:uiPriority w:val="99"/>
    <w:unhideWhenUsed/>
    <w:rsid w:val="00B04DB1"/>
    <w:pPr>
      <w:numPr>
        <w:numId w:val="10"/>
      </w:numPr>
      <w:tabs>
        <w:tab w:val="clear" w:pos="720"/>
      </w:tabs>
      <w:spacing w:after="100"/>
      <w:ind w:left="0" w:firstLine="0"/>
      <w:contextualSpacing/>
    </w:pPr>
    <w:rPr>
      <w:rFonts w:ascii="Open Sans" w:eastAsiaTheme="minorEastAsia" w:hAnsi="Open Sans"/>
      <w:color w:val="252532"/>
      <w:sz w:val="21"/>
    </w:rPr>
  </w:style>
  <w:style w:type="paragraph" w:styleId="ListNumber3">
    <w:name w:val="List Number 3"/>
    <w:basedOn w:val="Normal"/>
    <w:uiPriority w:val="99"/>
    <w:unhideWhenUsed/>
    <w:rsid w:val="00B04DB1"/>
    <w:pPr>
      <w:numPr>
        <w:numId w:val="11"/>
      </w:numPr>
      <w:tabs>
        <w:tab w:val="clear" w:pos="1080"/>
      </w:tabs>
      <w:spacing w:after="100"/>
      <w:ind w:left="0" w:firstLine="0"/>
      <w:contextualSpacing/>
    </w:pPr>
    <w:rPr>
      <w:rFonts w:ascii="Open Sans" w:eastAsiaTheme="minorEastAsia" w:hAnsi="Open Sans"/>
      <w:color w:val="252532"/>
      <w:sz w:val="21"/>
    </w:rPr>
  </w:style>
  <w:style w:type="paragraph" w:styleId="ListContinue">
    <w:name w:val="List Continue"/>
    <w:basedOn w:val="Normal"/>
    <w:uiPriority w:val="99"/>
    <w:unhideWhenUsed/>
    <w:rsid w:val="00B04DB1"/>
    <w:pPr>
      <w:spacing w:after="120"/>
      <w:ind w:left="360"/>
      <w:contextualSpacing/>
    </w:pPr>
    <w:rPr>
      <w:rFonts w:ascii="Open Sans" w:eastAsiaTheme="minorEastAsia" w:hAnsi="Open Sans"/>
      <w:color w:val="252532"/>
      <w:sz w:val="21"/>
    </w:rPr>
  </w:style>
  <w:style w:type="paragraph" w:styleId="ListContinue2">
    <w:name w:val="List Continue 2"/>
    <w:basedOn w:val="Normal"/>
    <w:uiPriority w:val="99"/>
    <w:unhideWhenUsed/>
    <w:rsid w:val="00B04DB1"/>
    <w:pPr>
      <w:spacing w:after="120"/>
      <w:ind w:left="720"/>
      <w:contextualSpacing/>
    </w:pPr>
    <w:rPr>
      <w:rFonts w:ascii="Open Sans" w:eastAsiaTheme="minorEastAsia" w:hAnsi="Open Sans"/>
      <w:color w:val="252532"/>
      <w:sz w:val="21"/>
    </w:rPr>
  </w:style>
  <w:style w:type="paragraph" w:styleId="ListContinue3">
    <w:name w:val="List Continue 3"/>
    <w:basedOn w:val="Normal"/>
    <w:uiPriority w:val="99"/>
    <w:unhideWhenUsed/>
    <w:rsid w:val="00B04DB1"/>
    <w:pPr>
      <w:spacing w:after="120"/>
      <w:ind w:left="1080"/>
      <w:contextualSpacing/>
    </w:pPr>
    <w:rPr>
      <w:rFonts w:ascii="Open Sans" w:eastAsiaTheme="minorEastAsia" w:hAnsi="Open Sans"/>
      <w:color w:val="252532"/>
      <w:sz w:val="21"/>
    </w:rPr>
  </w:style>
  <w:style w:type="paragraph" w:styleId="MacroText">
    <w:name w:val="macro"/>
    <w:link w:val="MacroTextChar"/>
    <w:uiPriority w:val="99"/>
    <w:unhideWhenUsed/>
    <w:rsid w:val="00B04DB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B04DB1"/>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B04DB1"/>
    <w:pPr>
      <w:spacing w:after="100" w:line="240" w:lineRule="auto"/>
    </w:pPr>
    <w:rPr>
      <w:rFonts w:ascii="Open Sans" w:eastAsiaTheme="minorEastAsia" w:hAnsi="Open Sans"/>
      <w:b/>
      <w:bCs/>
      <w:color w:val="4472C4" w:themeColor="accent1"/>
      <w:sz w:val="18"/>
      <w:szCs w:val="18"/>
    </w:rPr>
  </w:style>
  <w:style w:type="character" w:styleId="SubtleEmphasis">
    <w:name w:val="Subtle Emphasis"/>
    <w:basedOn w:val="DefaultParagraphFont"/>
    <w:uiPriority w:val="19"/>
    <w:qFormat/>
    <w:rsid w:val="00B04DB1"/>
    <w:rPr>
      <w:i/>
      <w:iCs/>
      <w:color w:val="808080" w:themeColor="text1" w:themeTint="7F"/>
    </w:rPr>
  </w:style>
  <w:style w:type="character" w:styleId="SubtleReference">
    <w:name w:val="Subtle Reference"/>
    <w:basedOn w:val="DefaultParagraphFont"/>
    <w:uiPriority w:val="31"/>
    <w:qFormat/>
    <w:rsid w:val="00B04DB1"/>
    <w:rPr>
      <w:smallCaps/>
      <w:color w:val="ED7D31" w:themeColor="accent2"/>
      <w:u w:val="single"/>
    </w:rPr>
  </w:style>
  <w:style w:type="character" w:styleId="BookTitle">
    <w:name w:val="Book Title"/>
    <w:basedOn w:val="DefaultParagraphFont"/>
    <w:uiPriority w:val="33"/>
    <w:qFormat/>
    <w:rsid w:val="00B04DB1"/>
    <w:rPr>
      <w:b/>
      <w:bCs/>
      <w:smallCaps/>
      <w:spacing w:val="5"/>
    </w:rPr>
  </w:style>
  <w:style w:type="table" w:styleId="LightShading">
    <w:name w:val="Light Shading"/>
    <w:basedOn w:val="TableNormal"/>
    <w:uiPriority w:val="60"/>
    <w:rsid w:val="00B04DB1"/>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04DB1"/>
    <w:pPr>
      <w:spacing w:after="0" w:line="240" w:lineRule="auto"/>
    </w:pPr>
    <w:rPr>
      <w:rFonts w:eastAsiaTheme="minorEastAsia"/>
      <w:color w:val="2F5496" w:themeColor="accent1" w:themeShade="BF"/>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B04DB1"/>
    <w:pPr>
      <w:spacing w:after="0" w:line="240" w:lineRule="auto"/>
    </w:pPr>
    <w:rPr>
      <w:rFonts w:eastAsiaTheme="minorEastAsia"/>
      <w:color w:val="C45911" w:themeColor="accent2" w:themeShade="BF"/>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B04DB1"/>
    <w:pPr>
      <w:spacing w:after="0" w:line="240" w:lineRule="auto"/>
    </w:pPr>
    <w:rPr>
      <w:rFonts w:eastAsiaTheme="minorEastAsia"/>
      <w:color w:val="7B7B7B" w:themeColor="accent3" w:themeShade="BF"/>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B04DB1"/>
    <w:pPr>
      <w:spacing w:after="0" w:line="240" w:lineRule="auto"/>
    </w:pPr>
    <w:rPr>
      <w:rFonts w:eastAsiaTheme="minorEastAsia"/>
      <w:color w:val="BF8F00" w:themeColor="accent4" w:themeShade="BF"/>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B04DB1"/>
    <w:pPr>
      <w:spacing w:after="0" w:line="240" w:lineRule="auto"/>
    </w:pPr>
    <w:rPr>
      <w:rFonts w:eastAsiaTheme="minorEastAsia"/>
      <w:color w:val="2E74B5" w:themeColor="accent5" w:themeShade="BF"/>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B04DB1"/>
    <w:pPr>
      <w:spacing w:after="0" w:line="240" w:lineRule="auto"/>
    </w:pPr>
    <w:rPr>
      <w:rFonts w:eastAsiaTheme="minorEastAsia"/>
      <w:color w:val="538135" w:themeColor="accent6" w:themeShade="BF"/>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04DB1"/>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04DB1"/>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B04DB1"/>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B04DB1"/>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B04DB1"/>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B04DB1"/>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7F14-3EE5-4776-BE7C-5AEB3A5D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2371</Words>
  <Characters>13520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Express BESS Bidder Response Forms REV 6</dc:title>
  <dc:subject/>
  <dc:creator>Kim Shumpert</dc:creator>
  <cp:keywords/>
  <dc:description/>
  <cp:lastModifiedBy>Clint Wilson</cp:lastModifiedBy>
  <cp:revision>2</cp:revision>
  <cp:lastPrinted>2026-04-21T14:49:00Z</cp:lastPrinted>
  <dcterms:created xsi:type="dcterms:W3CDTF">2026-08-27T23:34:00Z</dcterms:created>
  <dcterms:modified xsi:type="dcterms:W3CDTF">2026-08-27T23:34:00Z</dcterms:modified>
</cp:coreProperties>
</file>