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022AC" w14:textId="77777777" w:rsidR="00426957" w:rsidRDefault="00426957" w:rsidP="00426957">
      <w:pPr>
        <w:jc w:val="center"/>
        <w:rPr>
          <w:b/>
          <w:sz w:val="26"/>
        </w:rPr>
      </w:pPr>
    </w:p>
    <w:p w14:paraId="6FCD5302" w14:textId="747F64FB" w:rsidR="00FE5AF0" w:rsidRDefault="00426957" w:rsidP="00426957">
      <w:pPr>
        <w:rPr>
          <w:b/>
          <w:sz w:val="26"/>
        </w:rPr>
      </w:pPr>
      <w:r>
        <w:rPr>
          <w:b/>
          <w:sz w:val="26"/>
        </w:rPr>
        <w:t xml:space="preserve">        </w:t>
      </w:r>
      <w:r w:rsidR="00000000">
        <w:rPr>
          <w:b/>
          <w:sz w:val="26"/>
        </w:rPr>
        <w:t>NON-MEMBER BUILDING USAGE REQUEST</w:t>
      </w:r>
    </w:p>
    <w:p w14:paraId="4DDA4D15" w14:textId="77777777" w:rsidR="00426957" w:rsidRDefault="00426957" w:rsidP="00426957">
      <w:pPr>
        <w:jc w:val="center"/>
      </w:pPr>
    </w:p>
    <w:p w14:paraId="32F66B3D" w14:textId="77777777" w:rsidR="00FE5AF0" w:rsidRPr="008171EC" w:rsidRDefault="00000000">
      <w:pPr>
        <w:spacing w:after="140"/>
        <w:rPr>
          <w:sz w:val="22"/>
        </w:rPr>
      </w:pPr>
      <w:r w:rsidRPr="008171EC">
        <w:rPr>
          <w:sz w:val="22"/>
        </w:rPr>
        <w:t>Please submit your request to the PPBC Office Administrator for review and pending approval by Space and Property and any other appropriate individual(s)/committee(s). Once received, PPBC will make every attempt to respond to your request as soon as possible or within two weeks. Priority will be given to PPBC services/events. Please review the PPBC Building Guidelines and Fee Schedule. We recognize that it is often difficult to project exact needs for an event planned months in advance. Please notify our office immediately at (254) 634-1013 of any changes to your scheduled event.</w:t>
      </w:r>
    </w:p>
    <w:p w14:paraId="327CD236" w14:textId="329C591E" w:rsidR="00FE5AF0" w:rsidRPr="008171EC" w:rsidRDefault="00EE48D2">
      <w:pPr>
        <w:spacing w:before="160" w:after="80"/>
        <w:rPr>
          <w:sz w:val="24"/>
          <w:szCs w:val="24"/>
        </w:rPr>
      </w:pPr>
      <w:r w:rsidRPr="008171EC">
        <w:rPr>
          <w:b/>
          <w:color w:val="1F4E79"/>
          <w:sz w:val="24"/>
          <w:szCs w:val="24"/>
        </w:rPr>
        <w:t xml:space="preserve">1. </w:t>
      </w:r>
      <w:r w:rsidR="00000000" w:rsidRPr="008171EC">
        <w:rPr>
          <w:b/>
          <w:color w:val="1F4E79"/>
          <w:sz w:val="24"/>
          <w:szCs w:val="24"/>
        </w:rPr>
        <w:t>REQUESTOR INFORMATION</w:t>
      </w:r>
    </w:p>
    <w:p w14:paraId="046B819F" w14:textId="784C2C6A" w:rsidR="00FE5AF0" w:rsidRPr="008171EC" w:rsidRDefault="00AF3CB6" w:rsidP="008171EC">
      <w:pPr>
        <w:spacing w:after="0" w:line="360" w:lineRule="auto"/>
        <w:rPr>
          <w:sz w:val="22"/>
        </w:rPr>
      </w:pPr>
      <w:r w:rsidRPr="008171EC">
        <w:rPr>
          <w:b/>
          <w:sz w:val="22"/>
        </w:rPr>
        <w:t>N</w:t>
      </w:r>
      <w:r w:rsidR="00000000" w:rsidRPr="008171EC">
        <w:rPr>
          <w:b/>
          <w:sz w:val="22"/>
        </w:rPr>
        <w:t xml:space="preserve">ame of person or Organization requesting </w:t>
      </w:r>
      <w:r w:rsidR="008171EC" w:rsidRPr="008171EC">
        <w:rPr>
          <w:b/>
          <w:sz w:val="22"/>
        </w:rPr>
        <w:t>use:</w:t>
      </w:r>
      <w:r w:rsidR="008171EC" w:rsidRPr="008171EC">
        <w:rPr>
          <w:sz w:val="22"/>
        </w:rPr>
        <w:t xml:space="preserve"> </w:t>
      </w:r>
      <w:r w:rsidR="00000000" w:rsidRPr="008171EC">
        <w:rPr>
          <w:sz w:val="22"/>
        </w:rPr>
        <w:t>____________________________________________</w:t>
      </w:r>
      <w:r w:rsidR="00A4252C" w:rsidRPr="008171EC">
        <w:rPr>
          <w:b/>
          <w:sz w:val="22"/>
        </w:rPr>
        <w:t xml:space="preserve"> </w:t>
      </w:r>
      <w:r w:rsidR="00000000" w:rsidRPr="008171EC">
        <w:rPr>
          <w:b/>
          <w:sz w:val="22"/>
        </w:rPr>
        <w:t xml:space="preserve">Address: </w:t>
      </w:r>
      <w:r w:rsidR="00000000" w:rsidRPr="008171EC">
        <w:rPr>
          <w:sz w:val="22"/>
        </w:rPr>
        <w:t>____________________________________________________________________________</w:t>
      </w:r>
    </w:p>
    <w:p w14:paraId="3801555E" w14:textId="2CFBA56C" w:rsidR="00FE5AF0" w:rsidRPr="008171EC" w:rsidRDefault="00000000" w:rsidP="008171EC">
      <w:pPr>
        <w:spacing w:after="0" w:line="360" w:lineRule="auto"/>
        <w:rPr>
          <w:sz w:val="22"/>
        </w:rPr>
      </w:pPr>
      <w:r w:rsidRPr="008171EC">
        <w:rPr>
          <w:b/>
          <w:sz w:val="22"/>
        </w:rPr>
        <w:t xml:space="preserve">Primary POC: </w:t>
      </w:r>
      <w:r w:rsidRPr="008171EC">
        <w:rPr>
          <w:sz w:val="22"/>
        </w:rPr>
        <w:t>_____________________________</w:t>
      </w:r>
      <w:r w:rsidR="00EE48D2" w:rsidRPr="008171EC">
        <w:rPr>
          <w:sz w:val="22"/>
        </w:rPr>
        <w:t>_ Phone</w:t>
      </w:r>
      <w:r w:rsidRPr="008171EC">
        <w:rPr>
          <w:b/>
          <w:sz w:val="22"/>
        </w:rPr>
        <w:t xml:space="preserve"> Number: </w:t>
      </w:r>
      <w:r w:rsidRPr="008171EC">
        <w:rPr>
          <w:sz w:val="22"/>
        </w:rPr>
        <w:t>____________________________</w:t>
      </w:r>
    </w:p>
    <w:p w14:paraId="2634D749" w14:textId="1C803AC0" w:rsidR="00FE5AF0" w:rsidRPr="008171EC" w:rsidRDefault="00000000" w:rsidP="008171EC">
      <w:pPr>
        <w:spacing w:after="0" w:line="360" w:lineRule="auto"/>
        <w:rPr>
          <w:sz w:val="22"/>
        </w:rPr>
      </w:pPr>
      <w:r w:rsidRPr="008171EC">
        <w:rPr>
          <w:b/>
          <w:sz w:val="22"/>
        </w:rPr>
        <w:t xml:space="preserve">Purpose of request: </w:t>
      </w:r>
      <w:r w:rsidRPr="008171EC">
        <w:rPr>
          <w:sz w:val="22"/>
        </w:rPr>
        <w:t>____________________________________________________________________</w:t>
      </w:r>
    </w:p>
    <w:p w14:paraId="60752B55" w14:textId="2EC8EC11" w:rsidR="00FE5AF0" w:rsidRPr="008171EC" w:rsidRDefault="00000000" w:rsidP="008171EC">
      <w:pPr>
        <w:spacing w:after="0" w:line="360" w:lineRule="auto"/>
        <w:rPr>
          <w:sz w:val="22"/>
        </w:rPr>
      </w:pPr>
      <w:r w:rsidRPr="008171EC">
        <w:rPr>
          <w:b/>
          <w:sz w:val="22"/>
        </w:rPr>
        <w:t xml:space="preserve">Date(s) of Event: </w:t>
      </w:r>
      <w:r w:rsidRPr="008171EC">
        <w:rPr>
          <w:sz w:val="22"/>
        </w:rPr>
        <w:t>___________________________</w:t>
      </w:r>
      <w:r w:rsidRPr="008171EC">
        <w:rPr>
          <w:b/>
          <w:sz w:val="22"/>
        </w:rPr>
        <w:t xml:space="preserve">Set-up Date(s): </w:t>
      </w:r>
      <w:r w:rsidRPr="008171EC">
        <w:rPr>
          <w:sz w:val="22"/>
        </w:rPr>
        <w:t>_____________________________</w:t>
      </w:r>
    </w:p>
    <w:p w14:paraId="63090DED" w14:textId="055AD79E" w:rsidR="00FE5AF0" w:rsidRPr="008171EC" w:rsidRDefault="00000000" w:rsidP="008171EC">
      <w:pPr>
        <w:spacing w:after="0" w:line="360" w:lineRule="auto"/>
        <w:rPr>
          <w:sz w:val="22"/>
        </w:rPr>
      </w:pPr>
      <w:r w:rsidRPr="008171EC">
        <w:rPr>
          <w:b/>
          <w:sz w:val="22"/>
        </w:rPr>
        <w:t xml:space="preserve">Event time frame: From </w:t>
      </w:r>
      <w:r w:rsidRPr="008171EC">
        <w:rPr>
          <w:sz w:val="22"/>
        </w:rPr>
        <w:t>____________</w:t>
      </w:r>
      <w:r w:rsidR="00A4252C" w:rsidRPr="008171EC">
        <w:rPr>
          <w:sz w:val="22"/>
        </w:rPr>
        <w:t xml:space="preserve"> </w:t>
      </w:r>
      <w:r w:rsidRPr="008171EC">
        <w:rPr>
          <w:b/>
          <w:sz w:val="22"/>
        </w:rPr>
        <w:t xml:space="preserve">To </w:t>
      </w:r>
      <w:r w:rsidRPr="008171EC">
        <w:rPr>
          <w:sz w:val="22"/>
        </w:rPr>
        <w:t>____________</w:t>
      </w:r>
      <w:r w:rsidRPr="008171EC">
        <w:rPr>
          <w:b/>
          <w:sz w:val="22"/>
        </w:rPr>
        <w:t>Set-up time (If applicable</w:t>
      </w:r>
      <w:r w:rsidR="008171EC" w:rsidRPr="008171EC">
        <w:rPr>
          <w:b/>
          <w:sz w:val="22"/>
        </w:rPr>
        <w:t>): _</w:t>
      </w:r>
      <w:r w:rsidR="00AF3CB6" w:rsidRPr="008171EC">
        <w:rPr>
          <w:b/>
          <w:sz w:val="22"/>
        </w:rPr>
        <w:t>_______</w:t>
      </w:r>
      <w:r w:rsidR="00AF3CB6" w:rsidRPr="008171EC">
        <w:rPr>
          <w:sz w:val="22"/>
        </w:rPr>
        <w:t>_</w:t>
      </w:r>
      <w:r w:rsidRPr="008171EC">
        <w:rPr>
          <w:sz w:val="22"/>
        </w:rPr>
        <w:t>_______</w:t>
      </w:r>
    </w:p>
    <w:p w14:paraId="6D6822B3" w14:textId="0864610E" w:rsidR="00FE5AF0" w:rsidRPr="008171EC" w:rsidRDefault="00000000" w:rsidP="008171EC">
      <w:pPr>
        <w:spacing w:after="0" w:line="360" w:lineRule="auto"/>
        <w:rPr>
          <w:sz w:val="22"/>
        </w:rPr>
      </w:pPr>
      <w:r w:rsidRPr="008171EC">
        <w:rPr>
          <w:b/>
          <w:sz w:val="22"/>
        </w:rPr>
        <w:t xml:space="preserve">Estimated Number of attendees: </w:t>
      </w:r>
      <w:r w:rsidRPr="008171EC">
        <w:rPr>
          <w:sz w:val="22"/>
        </w:rPr>
        <w:t>____________________________</w:t>
      </w:r>
    </w:p>
    <w:p w14:paraId="01EFFDD2" w14:textId="77777777" w:rsidR="00A4252C" w:rsidRPr="008171EC" w:rsidRDefault="00A4252C">
      <w:pPr>
        <w:spacing w:after="60"/>
        <w:rPr>
          <w:sz w:val="22"/>
        </w:rPr>
      </w:pPr>
    </w:p>
    <w:p w14:paraId="4F08128E" w14:textId="77777777" w:rsidR="00FE5AF0" w:rsidRPr="008171EC" w:rsidRDefault="00000000" w:rsidP="008171EC">
      <w:pPr>
        <w:spacing w:after="0" w:line="360" w:lineRule="auto"/>
        <w:rPr>
          <w:sz w:val="22"/>
        </w:rPr>
      </w:pPr>
      <w:r w:rsidRPr="008171EC">
        <w:rPr>
          <w:b/>
          <w:sz w:val="22"/>
        </w:rPr>
        <w:t>If you submitted a Wedding Request and are using a Professional Catering Service:</w:t>
      </w:r>
    </w:p>
    <w:p w14:paraId="78C13DFD" w14:textId="65D98053" w:rsidR="00FE5AF0" w:rsidRPr="008171EC" w:rsidRDefault="00000000" w:rsidP="008171EC">
      <w:pPr>
        <w:spacing w:after="0" w:line="360" w:lineRule="auto"/>
        <w:rPr>
          <w:sz w:val="22"/>
        </w:rPr>
      </w:pPr>
      <w:r w:rsidRPr="008171EC">
        <w:rPr>
          <w:b/>
          <w:sz w:val="22"/>
        </w:rPr>
        <w:t xml:space="preserve">Catering Service Name </w:t>
      </w:r>
      <w:r w:rsidRPr="008171EC">
        <w:rPr>
          <w:sz w:val="22"/>
        </w:rPr>
        <w:t>______________________</w:t>
      </w:r>
      <w:r w:rsidR="00A4252C" w:rsidRPr="008171EC">
        <w:rPr>
          <w:sz w:val="22"/>
        </w:rPr>
        <w:t>__</w:t>
      </w:r>
      <w:r w:rsidRPr="008171EC">
        <w:rPr>
          <w:sz w:val="22"/>
        </w:rPr>
        <w:t>_______</w:t>
      </w:r>
      <w:r w:rsidRPr="008171EC">
        <w:rPr>
          <w:b/>
          <w:sz w:val="22"/>
        </w:rPr>
        <w:t xml:space="preserve">Contact </w:t>
      </w:r>
      <w:r w:rsidR="00A4252C" w:rsidRPr="008171EC">
        <w:rPr>
          <w:b/>
          <w:sz w:val="22"/>
        </w:rPr>
        <w:t>Number</w:t>
      </w:r>
      <w:r w:rsidRPr="008171EC">
        <w:rPr>
          <w:sz w:val="22"/>
        </w:rPr>
        <w:t>______________________</w:t>
      </w:r>
    </w:p>
    <w:p w14:paraId="28741776" w14:textId="46F2308A" w:rsidR="00FE5AF0" w:rsidRPr="008171EC" w:rsidRDefault="00000000" w:rsidP="008171EC">
      <w:pPr>
        <w:spacing w:after="0" w:line="360" w:lineRule="auto"/>
        <w:rPr>
          <w:sz w:val="22"/>
        </w:rPr>
      </w:pPr>
      <w:r w:rsidRPr="008171EC">
        <w:rPr>
          <w:b/>
          <w:sz w:val="22"/>
        </w:rPr>
        <w:t>If you submitted a Wedding Request and the PPBC Pastor will not be officiating the ceremony:</w:t>
      </w:r>
    </w:p>
    <w:p w14:paraId="1AADD52D" w14:textId="2D11DF77" w:rsidR="00FE5AF0" w:rsidRPr="008171EC" w:rsidRDefault="00A4252C" w:rsidP="008171EC">
      <w:pPr>
        <w:spacing w:after="0" w:line="360" w:lineRule="auto"/>
        <w:rPr>
          <w:sz w:val="22"/>
        </w:rPr>
      </w:pPr>
      <w:r w:rsidRPr="008171EC">
        <w:rPr>
          <w:b/>
          <w:sz w:val="22"/>
        </w:rPr>
        <w:t xml:space="preserve">Officiator </w:t>
      </w:r>
      <w:r w:rsidR="00000000" w:rsidRPr="008171EC">
        <w:rPr>
          <w:b/>
          <w:sz w:val="22"/>
        </w:rPr>
        <w:t xml:space="preserve">Name </w:t>
      </w:r>
      <w:r w:rsidR="00000000" w:rsidRPr="008171EC">
        <w:rPr>
          <w:sz w:val="22"/>
        </w:rPr>
        <w:t>________________________________</w:t>
      </w:r>
      <w:r w:rsidR="00000000" w:rsidRPr="008171EC">
        <w:rPr>
          <w:b/>
          <w:sz w:val="22"/>
        </w:rPr>
        <w:t xml:space="preserve">Contact </w:t>
      </w:r>
      <w:r w:rsidRPr="008171EC">
        <w:rPr>
          <w:b/>
          <w:sz w:val="22"/>
        </w:rPr>
        <w:t>Number</w:t>
      </w:r>
      <w:r w:rsidR="00000000" w:rsidRPr="008171EC">
        <w:rPr>
          <w:b/>
          <w:sz w:val="22"/>
        </w:rPr>
        <w:t xml:space="preserve"> </w:t>
      </w:r>
      <w:r w:rsidR="00000000" w:rsidRPr="008171EC">
        <w:rPr>
          <w:sz w:val="22"/>
        </w:rPr>
        <w:t>__________________________</w:t>
      </w:r>
    </w:p>
    <w:p w14:paraId="20DFA941" w14:textId="2C82AE09" w:rsidR="00AF3CB6" w:rsidRPr="008171EC" w:rsidRDefault="00EE48D2">
      <w:pPr>
        <w:spacing w:before="160" w:after="80"/>
        <w:rPr>
          <w:b/>
          <w:color w:val="1F4E79"/>
          <w:sz w:val="24"/>
          <w:szCs w:val="24"/>
        </w:rPr>
      </w:pPr>
      <w:r w:rsidRPr="008171EC">
        <w:rPr>
          <w:b/>
          <w:color w:val="1F4E79"/>
          <w:sz w:val="24"/>
          <w:szCs w:val="24"/>
        </w:rPr>
        <w:t>2</w:t>
      </w:r>
      <w:r w:rsidR="00000000" w:rsidRPr="008171EC">
        <w:rPr>
          <w:b/>
          <w:color w:val="1F4E79"/>
          <w:sz w:val="24"/>
          <w:szCs w:val="24"/>
        </w:rPr>
        <w:t>. CHURCH AREA(S) OF USE REQUESTED</w:t>
      </w:r>
      <w:r w:rsidR="00AF3CB6" w:rsidRPr="008171EC">
        <w:rPr>
          <w:b/>
          <w:color w:val="1F4E79"/>
          <w:sz w:val="24"/>
          <w:szCs w:val="24"/>
        </w:rPr>
        <w:t xml:space="preserve"> (Circle all that apply)</w:t>
      </w:r>
    </w:p>
    <w:tbl>
      <w:tblPr>
        <w:tblStyle w:val="TableGrid"/>
        <w:tblW w:w="0" w:type="auto"/>
        <w:jc w:val="center"/>
        <w:tblLook w:val="04A0" w:firstRow="1" w:lastRow="0" w:firstColumn="1" w:lastColumn="0" w:noHBand="0" w:noVBand="1"/>
      </w:tblPr>
      <w:tblGrid>
        <w:gridCol w:w="4428"/>
        <w:gridCol w:w="5310"/>
      </w:tblGrid>
      <w:tr w:rsidR="00AF3CB6" w14:paraId="3A6CBEB2" w14:textId="77777777" w:rsidTr="00AF3CB6">
        <w:trPr>
          <w:jc w:val="center"/>
        </w:trPr>
        <w:tc>
          <w:tcPr>
            <w:tcW w:w="4428" w:type="dxa"/>
          </w:tcPr>
          <w:p w14:paraId="64E9BE0E" w14:textId="0D2DB773" w:rsidR="00AF3CB6" w:rsidRDefault="00AF3CB6" w:rsidP="00AF3CB6">
            <w:pPr>
              <w:spacing w:before="160" w:after="80"/>
              <w:jc w:val="center"/>
              <w:rPr>
                <w:b/>
                <w:color w:val="1F4E79"/>
                <w:sz w:val="22"/>
              </w:rPr>
            </w:pPr>
            <w:r>
              <w:rPr>
                <w:b/>
                <w:color w:val="1F4E79"/>
                <w:sz w:val="22"/>
              </w:rPr>
              <w:t>Sanctuary – seating capacity 500</w:t>
            </w:r>
          </w:p>
        </w:tc>
        <w:tc>
          <w:tcPr>
            <w:tcW w:w="5310" w:type="dxa"/>
          </w:tcPr>
          <w:p w14:paraId="762D1432" w14:textId="48AEB29B" w:rsidR="00AF3CB6" w:rsidRDefault="00AF3CB6" w:rsidP="00AF3CB6">
            <w:pPr>
              <w:spacing w:before="160" w:after="80"/>
              <w:jc w:val="center"/>
              <w:rPr>
                <w:b/>
                <w:color w:val="1F4E79"/>
                <w:sz w:val="22"/>
              </w:rPr>
            </w:pPr>
            <w:r>
              <w:rPr>
                <w:b/>
                <w:color w:val="1F4E79"/>
                <w:sz w:val="22"/>
              </w:rPr>
              <w:t>Choir Room</w:t>
            </w:r>
          </w:p>
        </w:tc>
      </w:tr>
      <w:tr w:rsidR="00AF3CB6" w14:paraId="4891F16E" w14:textId="77777777" w:rsidTr="00AF3CB6">
        <w:trPr>
          <w:jc w:val="center"/>
        </w:trPr>
        <w:tc>
          <w:tcPr>
            <w:tcW w:w="4428" w:type="dxa"/>
          </w:tcPr>
          <w:p w14:paraId="78DC884E" w14:textId="21B77CB7" w:rsidR="00AF3CB6" w:rsidRDefault="00AF3CB6" w:rsidP="00AF3CB6">
            <w:pPr>
              <w:spacing w:before="160" w:after="80"/>
              <w:jc w:val="center"/>
              <w:rPr>
                <w:b/>
                <w:color w:val="1F4E79"/>
                <w:sz w:val="22"/>
              </w:rPr>
            </w:pPr>
            <w:r>
              <w:rPr>
                <w:b/>
                <w:color w:val="1F4E79"/>
                <w:sz w:val="22"/>
              </w:rPr>
              <w:t>Choir Loft/ Pulpit Area</w:t>
            </w:r>
          </w:p>
        </w:tc>
        <w:tc>
          <w:tcPr>
            <w:tcW w:w="5310" w:type="dxa"/>
          </w:tcPr>
          <w:p w14:paraId="3F6609C7" w14:textId="79C8DBB1" w:rsidR="00AF3CB6" w:rsidRDefault="00AF3CB6" w:rsidP="00AF3CB6">
            <w:pPr>
              <w:spacing w:before="160" w:after="80"/>
              <w:jc w:val="center"/>
              <w:rPr>
                <w:b/>
                <w:color w:val="1F4E79"/>
                <w:sz w:val="22"/>
              </w:rPr>
            </w:pPr>
            <w:r>
              <w:rPr>
                <w:b/>
                <w:color w:val="1F4E79"/>
                <w:sz w:val="22"/>
              </w:rPr>
              <w:t>Kitchen – food prep only; no cooking allowed</w:t>
            </w:r>
          </w:p>
        </w:tc>
      </w:tr>
      <w:tr w:rsidR="00AF3CB6" w14:paraId="29A0C214" w14:textId="77777777" w:rsidTr="00AF3CB6">
        <w:trPr>
          <w:jc w:val="center"/>
        </w:trPr>
        <w:tc>
          <w:tcPr>
            <w:tcW w:w="4428" w:type="dxa"/>
          </w:tcPr>
          <w:p w14:paraId="21E7F682" w14:textId="00544F28" w:rsidR="00AF3CB6" w:rsidRDefault="00AF3CB6" w:rsidP="00AF3CB6">
            <w:pPr>
              <w:spacing w:before="160" w:after="80"/>
              <w:jc w:val="center"/>
              <w:rPr>
                <w:b/>
                <w:color w:val="1F4E79"/>
                <w:sz w:val="22"/>
              </w:rPr>
            </w:pPr>
            <w:r>
              <w:rPr>
                <w:b/>
                <w:color w:val="1F4E79"/>
                <w:sz w:val="22"/>
              </w:rPr>
              <w:t>Fellowship Hall – seating capacity 200</w:t>
            </w:r>
          </w:p>
        </w:tc>
        <w:tc>
          <w:tcPr>
            <w:tcW w:w="5310" w:type="dxa"/>
          </w:tcPr>
          <w:p w14:paraId="5AE8A221" w14:textId="17828573" w:rsidR="00AF3CB6" w:rsidRDefault="00AF3CB6" w:rsidP="00AF3CB6">
            <w:pPr>
              <w:spacing w:before="160" w:after="80"/>
              <w:jc w:val="center"/>
              <w:rPr>
                <w:b/>
                <w:color w:val="1F4E79"/>
                <w:sz w:val="22"/>
              </w:rPr>
            </w:pPr>
            <w:r>
              <w:rPr>
                <w:b/>
                <w:color w:val="1F4E79"/>
                <w:sz w:val="22"/>
              </w:rPr>
              <w:t>Nursery – request based on staffing availability</w:t>
            </w:r>
          </w:p>
        </w:tc>
      </w:tr>
      <w:tr w:rsidR="00AF3CB6" w14:paraId="20FC3530" w14:textId="77777777" w:rsidTr="00AF3CB6">
        <w:trPr>
          <w:jc w:val="center"/>
        </w:trPr>
        <w:tc>
          <w:tcPr>
            <w:tcW w:w="4428" w:type="dxa"/>
          </w:tcPr>
          <w:p w14:paraId="174236EF" w14:textId="11EF9D15" w:rsidR="00AF3CB6" w:rsidRDefault="00AF3CB6" w:rsidP="00AF3CB6">
            <w:pPr>
              <w:spacing w:before="160" w:after="80"/>
              <w:jc w:val="center"/>
              <w:rPr>
                <w:b/>
                <w:color w:val="1F4E79"/>
                <w:sz w:val="22"/>
              </w:rPr>
            </w:pPr>
            <w:r>
              <w:rPr>
                <w:b/>
                <w:color w:val="1F4E79"/>
                <w:sz w:val="22"/>
              </w:rPr>
              <w:t>Classrooms(s)</w:t>
            </w:r>
          </w:p>
        </w:tc>
        <w:tc>
          <w:tcPr>
            <w:tcW w:w="5310" w:type="dxa"/>
          </w:tcPr>
          <w:p w14:paraId="6242351B" w14:textId="677A0FF9" w:rsidR="00AF3CB6" w:rsidRDefault="00AF3CB6" w:rsidP="00AF3CB6">
            <w:pPr>
              <w:spacing w:before="160" w:after="80"/>
              <w:jc w:val="center"/>
              <w:rPr>
                <w:b/>
                <w:color w:val="1F4E79"/>
                <w:sz w:val="22"/>
              </w:rPr>
            </w:pPr>
            <w:r>
              <w:rPr>
                <w:b/>
                <w:color w:val="1F4E79"/>
                <w:sz w:val="22"/>
              </w:rPr>
              <w:t>AV Booth – at lease 1 PPBC AV personnel required</w:t>
            </w:r>
          </w:p>
        </w:tc>
      </w:tr>
    </w:tbl>
    <w:p w14:paraId="00423759" w14:textId="1E2E1259" w:rsidR="00FE5AF0" w:rsidRPr="008171EC" w:rsidRDefault="00EE48D2">
      <w:pPr>
        <w:spacing w:before="160" w:after="80"/>
        <w:rPr>
          <w:sz w:val="24"/>
          <w:szCs w:val="24"/>
        </w:rPr>
      </w:pPr>
      <w:r w:rsidRPr="008171EC">
        <w:rPr>
          <w:b/>
          <w:color w:val="1F4E79"/>
          <w:sz w:val="24"/>
          <w:szCs w:val="24"/>
        </w:rPr>
        <w:t>3</w:t>
      </w:r>
      <w:r w:rsidR="00000000" w:rsidRPr="008171EC">
        <w:rPr>
          <w:b/>
          <w:color w:val="1F4E79"/>
          <w:sz w:val="24"/>
          <w:szCs w:val="24"/>
        </w:rPr>
        <w:t>. FURNITURE / EQUIPMENT REQUESTED</w:t>
      </w:r>
    </w:p>
    <w:p w14:paraId="03F41256" w14:textId="5221695C" w:rsidR="008171EC" w:rsidRPr="008171EC" w:rsidRDefault="00000000" w:rsidP="008171EC">
      <w:pPr>
        <w:spacing w:line="360" w:lineRule="auto"/>
        <w:rPr>
          <w:b/>
          <w:sz w:val="22"/>
        </w:rPr>
      </w:pPr>
      <w:r w:rsidRPr="008171EC">
        <w:rPr>
          <w:b/>
          <w:sz w:val="22"/>
        </w:rPr>
        <w:t>Number of Tables: ___________</w:t>
      </w:r>
      <w:r w:rsidR="00A4252C" w:rsidRPr="008171EC">
        <w:rPr>
          <w:b/>
          <w:sz w:val="22"/>
        </w:rPr>
        <w:t>_ Number</w:t>
      </w:r>
      <w:r w:rsidRPr="008171EC">
        <w:rPr>
          <w:b/>
          <w:sz w:val="22"/>
        </w:rPr>
        <w:t xml:space="preserve"> of Chairs: ___________</w:t>
      </w:r>
      <w:r w:rsidR="008171EC" w:rsidRPr="008171EC">
        <w:rPr>
          <w:b/>
          <w:sz w:val="22"/>
        </w:rPr>
        <w:t>_ Podium</w:t>
      </w:r>
      <w:r w:rsidRPr="008171EC">
        <w:rPr>
          <w:b/>
          <w:sz w:val="22"/>
        </w:rPr>
        <w:t>: ____________________</w:t>
      </w:r>
      <w:r w:rsidR="008171EC" w:rsidRPr="008171EC">
        <w:rPr>
          <w:b/>
          <w:sz w:val="22"/>
        </w:rPr>
        <w:t xml:space="preserve"> </w:t>
      </w:r>
    </w:p>
    <w:p w14:paraId="648932F8" w14:textId="2FCF4362" w:rsidR="00FE5AF0" w:rsidRPr="008171EC" w:rsidRDefault="00000000" w:rsidP="008171EC">
      <w:pPr>
        <w:spacing w:after="60" w:line="360" w:lineRule="auto"/>
        <w:rPr>
          <w:b/>
          <w:sz w:val="22"/>
        </w:rPr>
      </w:pPr>
      <w:r w:rsidRPr="008171EC">
        <w:rPr>
          <w:b/>
          <w:sz w:val="22"/>
        </w:rPr>
        <w:t>Other Items (be specific of item and quantity): _____________</w:t>
      </w:r>
      <w:r w:rsidR="008171EC" w:rsidRPr="008171EC">
        <w:rPr>
          <w:b/>
          <w:sz w:val="22"/>
        </w:rPr>
        <w:t>___________________</w:t>
      </w:r>
      <w:r w:rsidRPr="008171EC">
        <w:rPr>
          <w:b/>
          <w:sz w:val="22"/>
        </w:rPr>
        <w:t>______________</w:t>
      </w:r>
    </w:p>
    <w:p w14:paraId="568CF820" w14:textId="2BB0FDA6" w:rsidR="00FE5AF0" w:rsidRPr="008171EC" w:rsidRDefault="00000000" w:rsidP="008171EC">
      <w:pPr>
        <w:spacing w:line="360" w:lineRule="auto"/>
        <w:rPr>
          <w:b/>
          <w:sz w:val="22"/>
        </w:rPr>
      </w:pPr>
      <w:r w:rsidRPr="008171EC">
        <w:rPr>
          <w:b/>
          <w:sz w:val="22"/>
        </w:rPr>
        <w:t>Audio Visual</w:t>
      </w:r>
      <w:r w:rsidR="00A4252C" w:rsidRPr="008171EC">
        <w:rPr>
          <w:b/>
          <w:sz w:val="22"/>
        </w:rPr>
        <w:t xml:space="preserve"> – </w:t>
      </w:r>
      <w:r w:rsidRPr="008171EC">
        <w:rPr>
          <w:b/>
          <w:sz w:val="22"/>
        </w:rPr>
        <w:t>Microphones (number): ___________</w:t>
      </w:r>
      <w:r w:rsidR="00AF3CB6" w:rsidRPr="008171EC">
        <w:rPr>
          <w:b/>
          <w:sz w:val="22"/>
        </w:rPr>
        <w:t>_ Use</w:t>
      </w:r>
      <w:r w:rsidRPr="008171EC">
        <w:rPr>
          <w:b/>
          <w:sz w:val="22"/>
        </w:rPr>
        <w:t xml:space="preserve"> of Projectors and Screens: _____________</w:t>
      </w:r>
    </w:p>
    <w:p w14:paraId="7917CB8C" w14:textId="77777777" w:rsidR="00FE5AF0" w:rsidRPr="008171EC" w:rsidRDefault="00000000" w:rsidP="008171EC">
      <w:pPr>
        <w:spacing w:after="60" w:line="360" w:lineRule="auto"/>
        <w:rPr>
          <w:b/>
          <w:sz w:val="22"/>
        </w:rPr>
      </w:pPr>
      <w:r w:rsidRPr="008171EC">
        <w:rPr>
          <w:b/>
          <w:sz w:val="22"/>
        </w:rPr>
        <w:t>☐ Piano / Keyboard    ☐ Organ    ☐ Computer    ☐ DVD Player</w:t>
      </w:r>
    </w:p>
    <w:p w14:paraId="372C7762" w14:textId="77777777" w:rsidR="00AA7A39" w:rsidRDefault="00AA7A39" w:rsidP="00A4252C">
      <w:pPr>
        <w:spacing w:before="100"/>
        <w:rPr>
          <w:b/>
          <w:sz w:val="26"/>
          <w:szCs w:val="26"/>
        </w:rPr>
      </w:pPr>
    </w:p>
    <w:p w14:paraId="759E3E3C" w14:textId="77777777" w:rsidR="00AA7A39" w:rsidRDefault="00AA7A39" w:rsidP="00A4252C">
      <w:pPr>
        <w:spacing w:before="100"/>
        <w:rPr>
          <w:b/>
          <w:sz w:val="26"/>
          <w:szCs w:val="26"/>
        </w:rPr>
      </w:pPr>
    </w:p>
    <w:p w14:paraId="21B7C8B9" w14:textId="77777777" w:rsidR="00AA7A39" w:rsidRDefault="00AA7A39" w:rsidP="00A4252C">
      <w:pPr>
        <w:spacing w:before="100"/>
        <w:rPr>
          <w:b/>
          <w:sz w:val="26"/>
          <w:szCs w:val="26"/>
        </w:rPr>
      </w:pPr>
    </w:p>
    <w:p w14:paraId="432B125F" w14:textId="77777777" w:rsidR="00AA7A39" w:rsidRDefault="00AA7A39" w:rsidP="00A4252C">
      <w:pPr>
        <w:spacing w:before="100"/>
        <w:rPr>
          <w:b/>
          <w:sz w:val="26"/>
          <w:szCs w:val="26"/>
        </w:rPr>
      </w:pPr>
    </w:p>
    <w:p w14:paraId="5A17EDBE" w14:textId="296D099E" w:rsidR="00A4252C" w:rsidRDefault="00AA7A39" w:rsidP="00A4252C">
      <w:pPr>
        <w:spacing w:before="100"/>
        <w:rPr>
          <w:b/>
        </w:rPr>
      </w:pPr>
      <w:r>
        <w:rPr>
          <w:b/>
          <w:sz w:val="26"/>
          <w:szCs w:val="26"/>
        </w:rPr>
        <w:t>P</w:t>
      </w:r>
      <w:r w:rsidR="00A4252C" w:rsidRPr="00AF3CB6">
        <w:rPr>
          <w:b/>
          <w:sz w:val="26"/>
          <w:szCs w:val="26"/>
        </w:rPr>
        <w:t>AYMEN</w:t>
      </w:r>
      <w:r w:rsidR="008171EC">
        <w:rPr>
          <w:b/>
          <w:sz w:val="26"/>
          <w:szCs w:val="26"/>
        </w:rPr>
        <w:t xml:space="preserve">T, </w:t>
      </w:r>
      <w:r w:rsidR="00A4252C" w:rsidRPr="00AF3CB6">
        <w:rPr>
          <w:b/>
          <w:sz w:val="26"/>
          <w:szCs w:val="26"/>
        </w:rPr>
        <w:t>CANCELLATION POLICY</w:t>
      </w:r>
      <w:r w:rsidR="008171EC" w:rsidRPr="008171EC">
        <w:rPr>
          <w:b/>
          <w:sz w:val="26"/>
          <w:szCs w:val="26"/>
        </w:rPr>
        <w:t xml:space="preserve"> </w:t>
      </w:r>
      <w:r w:rsidR="008171EC">
        <w:rPr>
          <w:b/>
          <w:sz w:val="26"/>
          <w:szCs w:val="26"/>
        </w:rPr>
        <w:t xml:space="preserve">&amp; </w:t>
      </w:r>
      <w:r w:rsidR="008171EC" w:rsidRPr="00AF3CB6">
        <w:rPr>
          <w:b/>
          <w:sz w:val="26"/>
          <w:szCs w:val="26"/>
        </w:rPr>
        <w:t>ACKNOWLEDGEMENT</w:t>
      </w:r>
    </w:p>
    <w:p w14:paraId="2552BD52" w14:textId="1A158381" w:rsidR="00A4252C" w:rsidRDefault="00A4252C" w:rsidP="008171EC">
      <w:pPr>
        <w:spacing w:before="100" w:beforeAutospacing="1" w:after="100" w:afterAutospacing="1" w:line="240" w:lineRule="auto"/>
        <w:rPr>
          <w:b/>
          <w:sz w:val="22"/>
        </w:rPr>
      </w:pPr>
      <w:r w:rsidRPr="00AF3CB6">
        <w:rPr>
          <w:b/>
          <w:sz w:val="22"/>
        </w:rPr>
        <w:t xml:space="preserve">All fees are to be </w:t>
      </w:r>
      <w:r w:rsidRPr="008171EC">
        <w:rPr>
          <w:b/>
          <w:sz w:val="22"/>
          <w:highlight w:val="yellow"/>
        </w:rPr>
        <w:t>paid in full one week prior</w:t>
      </w:r>
      <w:r w:rsidRPr="00AF3CB6">
        <w:rPr>
          <w:b/>
          <w:sz w:val="22"/>
        </w:rPr>
        <w:t xml:space="preserve"> to the event. Please make check or money order payable to: Pershing Park Baptist Church. Sorry, no credit cards </w:t>
      </w:r>
      <w:r w:rsidRPr="00AF3CB6">
        <w:rPr>
          <w:b/>
          <w:sz w:val="22"/>
        </w:rPr>
        <w:t>are accepted</w:t>
      </w:r>
      <w:r w:rsidRPr="00AF3CB6">
        <w:rPr>
          <w:b/>
          <w:sz w:val="22"/>
        </w:rPr>
        <w:t>.</w:t>
      </w:r>
    </w:p>
    <w:p w14:paraId="20E8B797" w14:textId="469D1FAF" w:rsidR="00FE5AF0" w:rsidRDefault="00A4252C" w:rsidP="008171EC">
      <w:pPr>
        <w:spacing w:before="100" w:beforeAutospacing="1" w:after="100" w:afterAutospacing="1" w:line="240" w:lineRule="auto"/>
        <w:rPr>
          <w:b/>
          <w:sz w:val="22"/>
        </w:rPr>
      </w:pPr>
      <w:r w:rsidRPr="00AF3CB6">
        <w:rPr>
          <w:b/>
          <w:sz w:val="22"/>
        </w:rPr>
        <w:t xml:space="preserve">Cancellations: PPBC must be notified </w:t>
      </w:r>
      <w:r w:rsidRPr="008171EC">
        <w:rPr>
          <w:b/>
          <w:sz w:val="22"/>
          <w:highlight w:val="yellow"/>
        </w:rPr>
        <w:t>72 hours in advance</w:t>
      </w:r>
      <w:r w:rsidRPr="00AF3CB6">
        <w:rPr>
          <w:b/>
          <w:sz w:val="22"/>
        </w:rPr>
        <w:t xml:space="preserve"> prior to </w:t>
      </w:r>
      <w:r w:rsidRPr="00AF3CB6">
        <w:rPr>
          <w:b/>
          <w:sz w:val="22"/>
        </w:rPr>
        <w:t>the cancellation</w:t>
      </w:r>
      <w:r w:rsidRPr="00AF3CB6">
        <w:rPr>
          <w:b/>
          <w:sz w:val="22"/>
        </w:rPr>
        <w:t xml:space="preserve"> of the requested event. PPBC reserves the right to cancel any request within 72 hours at its own discretion.</w:t>
      </w:r>
    </w:p>
    <w:p w14:paraId="1AD7EDE8" w14:textId="000D1AB5" w:rsidR="00FE5AF0" w:rsidRPr="008171EC" w:rsidRDefault="00000000" w:rsidP="008171EC">
      <w:pPr>
        <w:spacing w:before="100" w:beforeAutospacing="1" w:after="100" w:afterAutospacing="1" w:line="240" w:lineRule="auto"/>
        <w:rPr>
          <w:b/>
          <w:bCs/>
          <w:sz w:val="22"/>
        </w:rPr>
      </w:pPr>
      <w:r w:rsidRPr="008171EC">
        <w:rPr>
          <w:b/>
          <w:bCs/>
          <w:sz w:val="22"/>
        </w:rPr>
        <w:t xml:space="preserve">I acknowledge that I have received and read the PPBC Building Usage Guidelines and PPBC </w:t>
      </w:r>
      <w:r w:rsidR="008171EC" w:rsidRPr="008171EC">
        <w:rPr>
          <w:b/>
          <w:bCs/>
          <w:sz w:val="22"/>
        </w:rPr>
        <w:t>Fee Schedule</w:t>
      </w:r>
      <w:r w:rsidRPr="008171EC">
        <w:rPr>
          <w:b/>
          <w:bCs/>
          <w:sz w:val="22"/>
        </w:rPr>
        <w:t>.</w:t>
      </w:r>
    </w:p>
    <w:p w14:paraId="56FBDB00" w14:textId="12BB1AF9" w:rsidR="00FE5AF0" w:rsidRDefault="00000000">
      <w:pPr>
        <w:spacing w:after="60"/>
        <w:rPr>
          <w:sz w:val="22"/>
        </w:rPr>
      </w:pPr>
      <w:r w:rsidRPr="00AF3CB6">
        <w:rPr>
          <w:b/>
          <w:sz w:val="22"/>
        </w:rPr>
        <w:t xml:space="preserve">Signature of Requestor </w:t>
      </w:r>
      <w:r w:rsidRPr="00AF3CB6">
        <w:rPr>
          <w:sz w:val="22"/>
        </w:rPr>
        <w:t>___________________________________</w:t>
      </w:r>
      <w:r w:rsidRPr="00AF3CB6">
        <w:rPr>
          <w:b/>
          <w:sz w:val="22"/>
        </w:rPr>
        <w:t xml:space="preserve">Date </w:t>
      </w:r>
      <w:r w:rsidRPr="00AF3CB6">
        <w:rPr>
          <w:sz w:val="22"/>
        </w:rPr>
        <w:t>___________________</w:t>
      </w:r>
    </w:p>
    <w:p w14:paraId="31877100" w14:textId="77777777" w:rsidR="008171EC" w:rsidRDefault="008171EC">
      <w:pPr>
        <w:pBdr>
          <w:bottom w:val="dotted" w:sz="24" w:space="1" w:color="auto"/>
        </w:pBdr>
        <w:spacing w:after="60"/>
        <w:rPr>
          <w:sz w:val="22"/>
        </w:rPr>
      </w:pPr>
    </w:p>
    <w:p w14:paraId="7C6704A4" w14:textId="77777777" w:rsidR="00FE5AF0" w:rsidRPr="008171EC" w:rsidRDefault="00000000" w:rsidP="00AF3CB6">
      <w:pPr>
        <w:spacing w:before="160" w:after="80"/>
        <w:rPr>
          <w:sz w:val="24"/>
          <w:szCs w:val="24"/>
        </w:rPr>
      </w:pPr>
      <w:r w:rsidRPr="008171EC">
        <w:rPr>
          <w:b/>
          <w:color w:val="1F4E79"/>
          <w:sz w:val="24"/>
          <w:szCs w:val="24"/>
        </w:rPr>
        <w:t>FOR PPBC OFFICE ADMINISTRATION ONLY</w:t>
      </w:r>
    </w:p>
    <w:p w14:paraId="3F9696B7" w14:textId="096992F0" w:rsidR="00FE5AF0" w:rsidRPr="008171EC" w:rsidRDefault="00000000">
      <w:pPr>
        <w:spacing w:after="60"/>
        <w:rPr>
          <w:sz w:val="22"/>
        </w:rPr>
      </w:pPr>
      <w:r w:rsidRPr="008171EC">
        <w:rPr>
          <w:b/>
          <w:sz w:val="22"/>
        </w:rPr>
        <w:t xml:space="preserve">Request Submitted Date: </w:t>
      </w:r>
      <w:r w:rsidRPr="008171EC">
        <w:rPr>
          <w:sz w:val="22"/>
        </w:rPr>
        <w:t>__________________</w:t>
      </w:r>
    </w:p>
    <w:p w14:paraId="6EE68B8D" w14:textId="77777777" w:rsidR="00FE5AF0" w:rsidRPr="008171EC" w:rsidRDefault="00000000">
      <w:pPr>
        <w:spacing w:after="60"/>
        <w:rPr>
          <w:sz w:val="22"/>
        </w:rPr>
      </w:pPr>
      <w:r w:rsidRPr="008171EC">
        <w:rPr>
          <w:b/>
          <w:sz w:val="22"/>
        </w:rPr>
        <w:t xml:space="preserve">Total Charges: $ </w:t>
      </w:r>
      <w:r w:rsidRPr="008171EC">
        <w:rPr>
          <w:sz w:val="22"/>
        </w:rPr>
        <w:t>_________________________</w:t>
      </w:r>
    </w:p>
    <w:p w14:paraId="011FE8F9" w14:textId="7B6650B4" w:rsidR="00FE5AF0" w:rsidRPr="008171EC" w:rsidRDefault="00000000" w:rsidP="00AF3CB6">
      <w:pPr>
        <w:spacing w:after="60"/>
        <w:rPr>
          <w:sz w:val="22"/>
        </w:rPr>
      </w:pPr>
      <w:r w:rsidRPr="008171EC">
        <w:rPr>
          <w:b/>
          <w:sz w:val="22"/>
        </w:rPr>
        <w:t xml:space="preserve">Date of Full Payment: </w:t>
      </w:r>
      <w:r w:rsidRPr="008171EC">
        <w:rPr>
          <w:sz w:val="22"/>
        </w:rPr>
        <w:t>____________________________</w:t>
      </w:r>
    </w:p>
    <w:tbl>
      <w:tblPr>
        <w:tblStyle w:val="TableGrid"/>
        <w:tblW w:w="9117" w:type="dxa"/>
        <w:jc w:val="center"/>
        <w:tblLook w:val="04A0" w:firstRow="1" w:lastRow="0" w:firstColumn="1" w:lastColumn="0" w:noHBand="0" w:noVBand="1"/>
      </w:tblPr>
      <w:tblGrid>
        <w:gridCol w:w="3731"/>
        <w:gridCol w:w="5386"/>
      </w:tblGrid>
      <w:tr w:rsidR="007969CB" w:rsidRPr="008171EC" w14:paraId="4AE92A1E" w14:textId="77777777" w:rsidTr="008171EC">
        <w:trPr>
          <w:jc w:val="center"/>
        </w:trPr>
        <w:tc>
          <w:tcPr>
            <w:tcW w:w="3731" w:type="dxa"/>
            <w:shd w:val="clear" w:color="auto" w:fill="1F4E79"/>
          </w:tcPr>
          <w:p w14:paraId="52E26A5F" w14:textId="77777777" w:rsidR="007969CB" w:rsidRPr="008171EC" w:rsidRDefault="007969CB">
            <w:pPr>
              <w:rPr>
                <w:sz w:val="26"/>
                <w:szCs w:val="26"/>
              </w:rPr>
            </w:pPr>
            <w:r w:rsidRPr="008171EC">
              <w:rPr>
                <w:b/>
                <w:color w:val="FFFFFF"/>
                <w:sz w:val="26"/>
                <w:szCs w:val="26"/>
              </w:rPr>
              <w:t>APPROVING AREA / REPRESENTATIVE</w:t>
            </w:r>
          </w:p>
        </w:tc>
        <w:tc>
          <w:tcPr>
            <w:tcW w:w="5386" w:type="dxa"/>
            <w:shd w:val="clear" w:color="auto" w:fill="1F4E79"/>
          </w:tcPr>
          <w:p w14:paraId="5317962D" w14:textId="77777777" w:rsidR="007969CB" w:rsidRPr="008171EC" w:rsidRDefault="007969CB">
            <w:pPr>
              <w:rPr>
                <w:sz w:val="26"/>
                <w:szCs w:val="26"/>
              </w:rPr>
            </w:pPr>
            <w:r w:rsidRPr="008171EC">
              <w:rPr>
                <w:b/>
                <w:color w:val="FFFFFF"/>
                <w:sz w:val="26"/>
                <w:szCs w:val="26"/>
              </w:rPr>
              <w:t>ACTION / SIGNATURE</w:t>
            </w:r>
          </w:p>
        </w:tc>
      </w:tr>
      <w:tr w:rsidR="007969CB" w:rsidRPr="008171EC" w14:paraId="5CEB808C" w14:textId="77777777" w:rsidTr="008171EC">
        <w:trPr>
          <w:jc w:val="center"/>
        </w:trPr>
        <w:tc>
          <w:tcPr>
            <w:tcW w:w="3731" w:type="dxa"/>
            <w:tcMar>
              <w:top w:w="100" w:type="dxa"/>
              <w:left w:w="100" w:type="dxa"/>
              <w:bottom w:w="100" w:type="dxa"/>
              <w:right w:w="100" w:type="dxa"/>
            </w:tcMar>
          </w:tcPr>
          <w:p w14:paraId="6E019EB5" w14:textId="3D19C2FF" w:rsidR="007969CB" w:rsidRPr="008171EC" w:rsidRDefault="007969CB">
            <w:pPr>
              <w:rPr>
                <w:sz w:val="22"/>
              </w:rPr>
            </w:pPr>
            <w:r>
              <w:rPr>
                <w:sz w:val="22"/>
              </w:rPr>
              <w:t xml:space="preserve">Pastor / Asst. Pastor </w:t>
            </w:r>
          </w:p>
        </w:tc>
        <w:tc>
          <w:tcPr>
            <w:tcW w:w="5386" w:type="dxa"/>
            <w:tcMar>
              <w:top w:w="100" w:type="dxa"/>
              <w:left w:w="100" w:type="dxa"/>
              <w:bottom w:w="100" w:type="dxa"/>
              <w:right w:w="100" w:type="dxa"/>
            </w:tcMar>
          </w:tcPr>
          <w:p w14:paraId="4F326F7A" w14:textId="728D9993" w:rsidR="007969CB" w:rsidRPr="008171EC" w:rsidRDefault="007969CB">
            <w:pPr>
              <w:rPr>
                <w:sz w:val="22"/>
              </w:rPr>
            </w:pPr>
            <w:r w:rsidRPr="008171EC">
              <w:rPr>
                <w:sz w:val="22"/>
              </w:rPr>
              <w:t xml:space="preserve">Approve / Disapprove </w:t>
            </w:r>
            <w:r w:rsidRPr="008171EC">
              <w:rPr>
                <w:sz w:val="22"/>
              </w:rPr>
              <w:br/>
            </w:r>
            <w:r w:rsidRPr="008171EC">
              <w:rPr>
                <w:sz w:val="22"/>
              </w:rPr>
              <w:br/>
              <w:t>______________________________</w:t>
            </w:r>
          </w:p>
        </w:tc>
      </w:tr>
      <w:tr w:rsidR="007969CB" w:rsidRPr="008171EC" w14:paraId="0C692C3A" w14:textId="77777777" w:rsidTr="008171EC">
        <w:trPr>
          <w:jc w:val="center"/>
        </w:trPr>
        <w:tc>
          <w:tcPr>
            <w:tcW w:w="3731" w:type="dxa"/>
            <w:tcMar>
              <w:top w:w="100" w:type="dxa"/>
              <w:left w:w="100" w:type="dxa"/>
              <w:bottom w:w="100" w:type="dxa"/>
              <w:right w:w="100" w:type="dxa"/>
            </w:tcMar>
          </w:tcPr>
          <w:p w14:paraId="51AF63E8" w14:textId="77777777" w:rsidR="007969CB" w:rsidRPr="008171EC" w:rsidRDefault="007969CB">
            <w:pPr>
              <w:rPr>
                <w:sz w:val="22"/>
              </w:rPr>
            </w:pPr>
            <w:r w:rsidRPr="008171EC">
              <w:rPr>
                <w:sz w:val="22"/>
              </w:rPr>
              <w:t>Kitchen / Fellowship</w:t>
            </w:r>
          </w:p>
        </w:tc>
        <w:tc>
          <w:tcPr>
            <w:tcW w:w="5386" w:type="dxa"/>
            <w:tcMar>
              <w:top w:w="100" w:type="dxa"/>
              <w:left w:w="100" w:type="dxa"/>
              <w:bottom w:w="100" w:type="dxa"/>
              <w:right w:w="100" w:type="dxa"/>
            </w:tcMar>
          </w:tcPr>
          <w:p w14:paraId="5098AE72" w14:textId="1918790C" w:rsidR="007969CB" w:rsidRPr="008171EC" w:rsidRDefault="007969CB">
            <w:pPr>
              <w:rPr>
                <w:sz w:val="22"/>
              </w:rPr>
            </w:pPr>
            <w:r w:rsidRPr="008171EC">
              <w:rPr>
                <w:sz w:val="22"/>
              </w:rPr>
              <w:t xml:space="preserve">Approve / Disapprove </w:t>
            </w:r>
            <w:r w:rsidRPr="008171EC">
              <w:rPr>
                <w:sz w:val="22"/>
              </w:rPr>
              <w:br/>
            </w:r>
            <w:r w:rsidRPr="008171EC">
              <w:rPr>
                <w:sz w:val="22"/>
              </w:rPr>
              <w:br/>
              <w:t>______________________________</w:t>
            </w:r>
          </w:p>
        </w:tc>
      </w:tr>
      <w:tr w:rsidR="007969CB" w:rsidRPr="008171EC" w14:paraId="2CA1E0BA" w14:textId="77777777" w:rsidTr="008171EC">
        <w:trPr>
          <w:jc w:val="center"/>
        </w:trPr>
        <w:tc>
          <w:tcPr>
            <w:tcW w:w="3731" w:type="dxa"/>
            <w:tcMar>
              <w:top w:w="100" w:type="dxa"/>
              <w:left w:w="100" w:type="dxa"/>
              <w:bottom w:w="100" w:type="dxa"/>
              <w:right w:w="100" w:type="dxa"/>
            </w:tcMar>
          </w:tcPr>
          <w:p w14:paraId="39D25442" w14:textId="77777777" w:rsidR="007969CB" w:rsidRPr="008171EC" w:rsidRDefault="007969CB">
            <w:pPr>
              <w:rPr>
                <w:sz w:val="22"/>
              </w:rPr>
            </w:pPr>
            <w:r w:rsidRPr="008171EC">
              <w:rPr>
                <w:sz w:val="22"/>
              </w:rPr>
              <w:t>Music</w:t>
            </w:r>
          </w:p>
        </w:tc>
        <w:tc>
          <w:tcPr>
            <w:tcW w:w="5386" w:type="dxa"/>
            <w:tcMar>
              <w:top w:w="100" w:type="dxa"/>
              <w:left w:w="100" w:type="dxa"/>
              <w:bottom w:w="100" w:type="dxa"/>
              <w:right w:w="100" w:type="dxa"/>
            </w:tcMar>
          </w:tcPr>
          <w:p w14:paraId="54F741BD" w14:textId="5348CB29" w:rsidR="007969CB" w:rsidRPr="008171EC" w:rsidRDefault="007969CB">
            <w:pPr>
              <w:rPr>
                <w:sz w:val="22"/>
              </w:rPr>
            </w:pPr>
            <w:r w:rsidRPr="008171EC">
              <w:rPr>
                <w:sz w:val="22"/>
              </w:rPr>
              <w:t xml:space="preserve">Approve / Disapprove </w:t>
            </w:r>
            <w:r w:rsidRPr="008171EC">
              <w:rPr>
                <w:sz w:val="22"/>
              </w:rPr>
              <w:br/>
            </w:r>
            <w:r w:rsidRPr="008171EC">
              <w:rPr>
                <w:sz w:val="22"/>
              </w:rPr>
              <w:br/>
              <w:t>______________________________</w:t>
            </w:r>
          </w:p>
        </w:tc>
      </w:tr>
      <w:tr w:rsidR="007969CB" w:rsidRPr="008171EC" w14:paraId="2DAB49F6" w14:textId="77777777" w:rsidTr="008171EC">
        <w:trPr>
          <w:jc w:val="center"/>
        </w:trPr>
        <w:tc>
          <w:tcPr>
            <w:tcW w:w="3731" w:type="dxa"/>
            <w:tcMar>
              <w:top w:w="100" w:type="dxa"/>
              <w:left w:w="100" w:type="dxa"/>
              <w:bottom w:w="100" w:type="dxa"/>
              <w:right w:w="100" w:type="dxa"/>
            </w:tcMar>
          </w:tcPr>
          <w:p w14:paraId="59371D14" w14:textId="548F99E6" w:rsidR="007969CB" w:rsidRPr="008171EC" w:rsidRDefault="007969CB">
            <w:pPr>
              <w:rPr>
                <w:sz w:val="22"/>
              </w:rPr>
            </w:pPr>
            <w:r>
              <w:rPr>
                <w:sz w:val="22"/>
              </w:rPr>
              <w:t>AV</w:t>
            </w:r>
          </w:p>
        </w:tc>
        <w:tc>
          <w:tcPr>
            <w:tcW w:w="5386" w:type="dxa"/>
            <w:tcMar>
              <w:top w:w="100" w:type="dxa"/>
              <w:left w:w="100" w:type="dxa"/>
              <w:bottom w:w="100" w:type="dxa"/>
              <w:right w:w="100" w:type="dxa"/>
            </w:tcMar>
          </w:tcPr>
          <w:p w14:paraId="32637C7B" w14:textId="0F991F38" w:rsidR="007969CB" w:rsidRPr="008171EC" w:rsidRDefault="007969CB">
            <w:pPr>
              <w:rPr>
                <w:sz w:val="22"/>
              </w:rPr>
            </w:pPr>
            <w:r w:rsidRPr="008171EC">
              <w:rPr>
                <w:sz w:val="22"/>
              </w:rPr>
              <w:t xml:space="preserve">Approve / Disapprove </w:t>
            </w:r>
            <w:r w:rsidRPr="008171EC">
              <w:rPr>
                <w:sz w:val="22"/>
              </w:rPr>
              <w:br/>
            </w:r>
            <w:r w:rsidRPr="008171EC">
              <w:rPr>
                <w:sz w:val="22"/>
              </w:rPr>
              <w:br/>
              <w:t>______________________________</w:t>
            </w:r>
          </w:p>
        </w:tc>
      </w:tr>
      <w:tr w:rsidR="007969CB" w:rsidRPr="008171EC" w14:paraId="35F865A1" w14:textId="77777777" w:rsidTr="008171EC">
        <w:trPr>
          <w:jc w:val="center"/>
        </w:trPr>
        <w:tc>
          <w:tcPr>
            <w:tcW w:w="3731" w:type="dxa"/>
            <w:tcMar>
              <w:top w:w="100" w:type="dxa"/>
              <w:left w:w="100" w:type="dxa"/>
              <w:bottom w:w="100" w:type="dxa"/>
              <w:right w:w="100" w:type="dxa"/>
            </w:tcMar>
          </w:tcPr>
          <w:p w14:paraId="1F411C97" w14:textId="40A36D4F" w:rsidR="007969CB" w:rsidRPr="008171EC" w:rsidRDefault="007969CB">
            <w:pPr>
              <w:rPr>
                <w:sz w:val="22"/>
              </w:rPr>
            </w:pPr>
            <w:r>
              <w:rPr>
                <w:sz w:val="22"/>
              </w:rPr>
              <w:t xml:space="preserve">Space and Property </w:t>
            </w:r>
          </w:p>
        </w:tc>
        <w:tc>
          <w:tcPr>
            <w:tcW w:w="5386" w:type="dxa"/>
            <w:tcMar>
              <w:top w:w="100" w:type="dxa"/>
              <w:left w:w="100" w:type="dxa"/>
              <w:bottom w:w="100" w:type="dxa"/>
              <w:right w:w="100" w:type="dxa"/>
            </w:tcMar>
          </w:tcPr>
          <w:p w14:paraId="1FF28581" w14:textId="01EAF1A2" w:rsidR="007969CB" w:rsidRPr="008171EC" w:rsidRDefault="007969CB">
            <w:pPr>
              <w:rPr>
                <w:sz w:val="22"/>
              </w:rPr>
            </w:pPr>
            <w:r w:rsidRPr="008171EC">
              <w:rPr>
                <w:sz w:val="22"/>
              </w:rPr>
              <w:t xml:space="preserve">Approve / Disapprove </w:t>
            </w:r>
            <w:r w:rsidRPr="008171EC">
              <w:rPr>
                <w:sz w:val="22"/>
              </w:rPr>
              <w:br/>
            </w:r>
            <w:r w:rsidRPr="008171EC">
              <w:rPr>
                <w:sz w:val="22"/>
              </w:rPr>
              <w:br/>
              <w:t>______________________________</w:t>
            </w:r>
          </w:p>
        </w:tc>
      </w:tr>
      <w:tr w:rsidR="007969CB" w:rsidRPr="008171EC" w14:paraId="3D6B538E" w14:textId="77777777" w:rsidTr="007969CB">
        <w:trPr>
          <w:trHeight w:val="835"/>
          <w:jc w:val="center"/>
        </w:trPr>
        <w:tc>
          <w:tcPr>
            <w:tcW w:w="3731" w:type="dxa"/>
            <w:tcMar>
              <w:top w:w="100" w:type="dxa"/>
              <w:left w:w="100" w:type="dxa"/>
              <w:bottom w:w="100" w:type="dxa"/>
              <w:right w:w="100" w:type="dxa"/>
            </w:tcMar>
          </w:tcPr>
          <w:p w14:paraId="155F9B12" w14:textId="6AFF1074" w:rsidR="007969CB" w:rsidRPr="008171EC" w:rsidRDefault="007969CB">
            <w:pPr>
              <w:rPr>
                <w:sz w:val="22"/>
              </w:rPr>
            </w:pPr>
            <w:r>
              <w:rPr>
                <w:sz w:val="22"/>
              </w:rPr>
              <w:t>Other</w:t>
            </w:r>
          </w:p>
        </w:tc>
        <w:tc>
          <w:tcPr>
            <w:tcW w:w="5386" w:type="dxa"/>
            <w:tcMar>
              <w:top w:w="100" w:type="dxa"/>
              <w:left w:w="100" w:type="dxa"/>
              <w:bottom w:w="100" w:type="dxa"/>
              <w:right w:w="100" w:type="dxa"/>
            </w:tcMar>
          </w:tcPr>
          <w:p w14:paraId="0FCCC341" w14:textId="77777777" w:rsidR="007969CB" w:rsidRPr="008171EC" w:rsidRDefault="007969CB">
            <w:pPr>
              <w:rPr>
                <w:sz w:val="22"/>
              </w:rPr>
            </w:pPr>
            <w:r w:rsidRPr="008171EC">
              <w:rPr>
                <w:sz w:val="22"/>
              </w:rPr>
              <w:t>Signature(s) of appropriate committee chair or representative</w:t>
            </w:r>
            <w:r w:rsidRPr="008171EC">
              <w:rPr>
                <w:sz w:val="22"/>
              </w:rPr>
              <w:br/>
            </w:r>
            <w:r w:rsidRPr="008171EC">
              <w:rPr>
                <w:sz w:val="22"/>
              </w:rPr>
              <w:br/>
              <w:t>______________________________</w:t>
            </w:r>
          </w:p>
        </w:tc>
      </w:tr>
    </w:tbl>
    <w:p w14:paraId="6128244F" w14:textId="3C5DC990" w:rsidR="00FE5AF0" w:rsidRPr="008171EC" w:rsidRDefault="00FE5AF0" w:rsidP="007969CB">
      <w:pPr>
        <w:spacing w:before="160" w:after="80"/>
        <w:rPr>
          <w:sz w:val="22"/>
        </w:rPr>
      </w:pPr>
    </w:p>
    <w:sectPr w:rsidR="00FE5AF0" w:rsidRPr="008171EC" w:rsidSect="00426957">
      <w:headerReference w:type="default" r:id="rId8"/>
      <w:pgSz w:w="12240" w:h="15840"/>
      <w:pgMar w:top="648" w:right="792" w:bottom="648" w:left="792"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3BF1" w14:textId="77777777" w:rsidR="00A2075D" w:rsidRDefault="00A2075D">
      <w:pPr>
        <w:spacing w:after="0" w:line="240" w:lineRule="auto"/>
      </w:pPr>
      <w:r>
        <w:separator/>
      </w:r>
    </w:p>
  </w:endnote>
  <w:endnote w:type="continuationSeparator" w:id="0">
    <w:p w14:paraId="4C3A15E2" w14:textId="77777777" w:rsidR="00A2075D" w:rsidRDefault="00A20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3B8FE" w14:textId="77777777" w:rsidR="00A2075D" w:rsidRDefault="00A2075D">
      <w:pPr>
        <w:spacing w:after="0" w:line="240" w:lineRule="auto"/>
      </w:pPr>
      <w:r>
        <w:separator/>
      </w:r>
    </w:p>
  </w:footnote>
  <w:footnote w:type="continuationSeparator" w:id="0">
    <w:p w14:paraId="519005A1" w14:textId="77777777" w:rsidR="00A2075D" w:rsidRDefault="00A20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F36E" w14:textId="55FFBBD4" w:rsidR="00426957" w:rsidRPr="00510EBF" w:rsidRDefault="00000000" w:rsidP="00426957">
    <w:pPr>
      <w:spacing w:after="20"/>
      <w:rPr>
        <w:b/>
        <w:color w:val="1F4E79"/>
        <w:sz w:val="40"/>
        <w:szCs w:val="40"/>
      </w:rPr>
    </w:pPr>
    <w:r w:rsidRPr="00426957">
      <w:rPr>
        <w:noProof/>
        <w:sz w:val="44"/>
        <w:szCs w:val="44"/>
      </w:rPr>
      <w:drawing>
        <wp:anchor distT="0" distB="0" distL="114300" distR="114300" simplePos="0" relativeHeight="251658240" behindDoc="0" locked="0" layoutInCell="1" allowOverlap="1" wp14:anchorId="6F921C8E" wp14:editId="3916FB51">
          <wp:simplePos x="0" y="0"/>
          <wp:positionH relativeFrom="column">
            <wp:posOffset>663</wp:posOffset>
          </wp:positionH>
          <wp:positionV relativeFrom="page">
            <wp:posOffset>172278</wp:posOffset>
          </wp:positionV>
          <wp:extent cx="1233805" cy="987425"/>
          <wp:effectExtent l="0" t="0" r="4445" b="3175"/>
          <wp:wrapSquare wrapText="bothSides"/>
          <wp:docPr id="1203983712" name="Picture 120398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316B03-F344-4E2A-847C-36958B7CE1F0.jpeg"/>
                  <pic:cNvPicPr/>
                </pic:nvPicPr>
                <pic:blipFill>
                  <a:blip r:embed="rId1"/>
                  <a:stretch>
                    <a:fillRect/>
                  </a:stretch>
                </pic:blipFill>
                <pic:spPr>
                  <a:xfrm>
                    <a:off x="0" y="0"/>
                    <a:ext cx="1233805" cy="987425"/>
                  </a:xfrm>
                  <a:prstGeom prst="rect">
                    <a:avLst/>
                  </a:prstGeom>
                </pic:spPr>
              </pic:pic>
            </a:graphicData>
          </a:graphic>
        </wp:anchor>
      </w:drawing>
    </w:r>
    <w:r w:rsidR="00426957" w:rsidRPr="00426957">
      <w:rPr>
        <w:b/>
        <w:color w:val="1F4E79"/>
        <w:sz w:val="44"/>
        <w:szCs w:val="44"/>
      </w:rPr>
      <w:t xml:space="preserve"> </w:t>
    </w:r>
    <w:r w:rsidR="00426957" w:rsidRPr="00510EBF">
      <w:rPr>
        <w:b/>
        <w:color w:val="1F4E79"/>
        <w:sz w:val="40"/>
        <w:szCs w:val="40"/>
      </w:rPr>
      <w:t>PERS</w:t>
    </w:r>
    <w:r w:rsidR="00426957" w:rsidRPr="00510EBF">
      <w:rPr>
        <w:b/>
        <w:color w:val="1F4E79"/>
        <w:sz w:val="40"/>
        <w:szCs w:val="40"/>
      </w:rPr>
      <w:t>PERS</w:t>
    </w:r>
    <w:r w:rsidR="00426957" w:rsidRPr="00510EBF">
      <w:rPr>
        <w:b/>
        <w:color w:val="1F4E79"/>
        <w:sz w:val="40"/>
        <w:szCs w:val="40"/>
      </w:rPr>
      <w:t>HING PARK BAPTIST CHURCH</w:t>
    </w:r>
  </w:p>
  <w:p w14:paraId="1DFD4124" w14:textId="309EE2EB" w:rsidR="00426957" w:rsidRPr="00426957" w:rsidRDefault="00426957" w:rsidP="00426957">
    <w:pPr>
      <w:pStyle w:val="Footer"/>
      <w:jc w:val="center"/>
      <w:rPr>
        <w:color w:val="002060"/>
        <w:sz w:val="24"/>
        <w:szCs w:val="24"/>
      </w:rPr>
    </w:pPr>
    <w:r w:rsidRPr="00426957">
      <w:rPr>
        <w:color w:val="002060"/>
        <w:sz w:val="24"/>
        <w:szCs w:val="24"/>
      </w:rPr>
      <w:t>(254) 634-1013</w:t>
    </w:r>
    <w:r>
      <w:rPr>
        <w:color w:val="002060"/>
        <w:sz w:val="24"/>
        <w:szCs w:val="24"/>
      </w:rPr>
      <w:t xml:space="preserve"> l </w:t>
    </w:r>
    <w:r w:rsidRPr="00426957">
      <w:rPr>
        <w:color w:val="002060"/>
        <w:sz w:val="24"/>
        <w:szCs w:val="24"/>
      </w:rPr>
      <w:t>1200 Old FM 440</w:t>
    </w:r>
    <w:r>
      <w:rPr>
        <w:color w:val="002060"/>
        <w:sz w:val="24"/>
        <w:szCs w:val="24"/>
      </w:rPr>
      <w:t xml:space="preserve">, </w:t>
    </w:r>
    <w:r w:rsidRPr="00426957">
      <w:rPr>
        <w:color w:val="002060"/>
        <w:sz w:val="24"/>
        <w:szCs w:val="24"/>
      </w:rPr>
      <w:t>Killeen TX 76549</w:t>
    </w:r>
  </w:p>
  <w:p w14:paraId="04DD2DBA" w14:textId="2D615B8B" w:rsidR="00FE5AF0" w:rsidRDefault="00FE5A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0283087">
    <w:abstractNumId w:val="8"/>
  </w:num>
  <w:num w:numId="2" w16cid:durableId="11300031">
    <w:abstractNumId w:val="6"/>
  </w:num>
  <w:num w:numId="3" w16cid:durableId="264388544">
    <w:abstractNumId w:val="5"/>
  </w:num>
  <w:num w:numId="4" w16cid:durableId="1029835691">
    <w:abstractNumId w:val="4"/>
  </w:num>
  <w:num w:numId="5" w16cid:durableId="1648241969">
    <w:abstractNumId w:val="7"/>
  </w:num>
  <w:num w:numId="6" w16cid:durableId="1678581356">
    <w:abstractNumId w:val="3"/>
  </w:num>
  <w:num w:numId="7" w16cid:durableId="704335731">
    <w:abstractNumId w:val="2"/>
  </w:num>
  <w:num w:numId="8" w16cid:durableId="1461025657">
    <w:abstractNumId w:val="1"/>
  </w:num>
  <w:num w:numId="9" w16cid:durableId="2122457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6957"/>
    <w:rsid w:val="00510EBF"/>
    <w:rsid w:val="00591529"/>
    <w:rsid w:val="005F5C85"/>
    <w:rsid w:val="007969CB"/>
    <w:rsid w:val="008171EC"/>
    <w:rsid w:val="00A2075D"/>
    <w:rsid w:val="00A4252C"/>
    <w:rsid w:val="00AA1D8D"/>
    <w:rsid w:val="00AA7A39"/>
    <w:rsid w:val="00AF3CB6"/>
    <w:rsid w:val="00B47730"/>
    <w:rsid w:val="00CB0664"/>
    <w:rsid w:val="00EE48D2"/>
    <w:rsid w:val="00FC693F"/>
    <w:rsid w:val="00FE5A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8CAB56"/>
  <w14:defaultImageDpi w14:val="300"/>
  <w15:docId w15:val="{97E94189-625E-4819-A0EA-0F707B10C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Pershing Park Baptist Church</cp:lastModifiedBy>
  <cp:revision>5</cp:revision>
  <dcterms:created xsi:type="dcterms:W3CDTF">2026-08-25T16:07:00Z</dcterms:created>
  <dcterms:modified xsi:type="dcterms:W3CDTF">2026-08-25T16:17:00Z</dcterms:modified>
  <cp:category/>
</cp:coreProperties>
</file>