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B6D9" w14:textId="0A63F072" w:rsidR="0010048A" w:rsidRPr="00D27AC8" w:rsidRDefault="0046425B" w:rsidP="00D27AC8">
      <w:pPr>
        <w:pStyle w:val="Heading1"/>
        <w:ind w:left="-90"/>
        <w:jc w:val="center"/>
        <w:rPr>
          <w:sz w:val="38"/>
          <w:szCs w:val="38"/>
        </w:rPr>
      </w:pPr>
      <w:r w:rsidRPr="00D27AC8">
        <w:rPr>
          <w:noProof/>
          <w:sz w:val="38"/>
          <w:szCs w:val="38"/>
        </w:rPr>
        <w:drawing>
          <wp:anchor distT="0" distB="0" distL="114300" distR="114300" simplePos="0" relativeHeight="251660288" behindDoc="0" locked="0" layoutInCell="1" allowOverlap="1" wp14:anchorId="370BECAD" wp14:editId="342FDD1C">
            <wp:simplePos x="0" y="0"/>
            <wp:positionH relativeFrom="column">
              <wp:posOffset>49696</wp:posOffset>
            </wp:positionH>
            <wp:positionV relativeFrom="paragraph">
              <wp:posOffset>306457</wp:posOffset>
            </wp:positionV>
            <wp:extent cx="1974574" cy="1638165"/>
            <wp:effectExtent l="0" t="0" r="6985" b="635"/>
            <wp:wrapSquare wrapText="bothSides"/>
            <wp:docPr id="1452905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905939" name="Picture 1452905939"/>
                    <pic:cNvPicPr/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574" cy="163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D27AC8">
        <w:rPr>
          <w:sz w:val="38"/>
          <w:szCs w:val="38"/>
        </w:rPr>
        <w:t xml:space="preserve">Pershing Park Baptist </w:t>
      </w:r>
      <w:r w:rsidRPr="00D27AC8">
        <w:rPr>
          <w:sz w:val="38"/>
          <w:szCs w:val="38"/>
        </w:rPr>
        <w:t>Church Communications</w:t>
      </w:r>
      <w:r w:rsidR="00000000" w:rsidRPr="00D27AC8">
        <w:rPr>
          <w:sz w:val="38"/>
          <w:szCs w:val="38"/>
        </w:rPr>
        <w:t xml:space="preserve"> Request Form</w:t>
      </w:r>
    </w:p>
    <w:p w14:paraId="0C7B26C1" w14:textId="77777777" w:rsidR="006E6F6A" w:rsidRPr="006E6F6A" w:rsidRDefault="006E6F6A" w:rsidP="006E6F6A">
      <w:pPr>
        <w:spacing w:line="240" w:lineRule="auto"/>
        <w:rPr>
          <w:sz w:val="24"/>
          <w:szCs w:val="24"/>
        </w:rPr>
      </w:pPr>
      <w:r w:rsidRPr="006E6F6A">
        <w:rPr>
          <w:sz w:val="24"/>
          <w:szCs w:val="24"/>
        </w:rPr>
        <w:t xml:space="preserve">• Requests must be submitted by </w:t>
      </w:r>
      <w:r w:rsidRPr="006E6F6A">
        <w:rPr>
          <w:sz w:val="24"/>
          <w:szCs w:val="24"/>
          <w:highlight w:val="yellow"/>
        </w:rPr>
        <w:t>Wednesday at 12:00 noon</w:t>
      </w:r>
      <w:r w:rsidRPr="006E6F6A">
        <w:rPr>
          <w:sz w:val="24"/>
          <w:szCs w:val="24"/>
        </w:rPr>
        <w:t xml:space="preserve"> for inclusion in the following Sunday's announcements.</w:t>
      </w:r>
    </w:p>
    <w:p w14:paraId="6B8A766E" w14:textId="77777777" w:rsidR="006E6F6A" w:rsidRPr="006E6F6A" w:rsidRDefault="006E6F6A" w:rsidP="006E6F6A">
      <w:pPr>
        <w:spacing w:line="240" w:lineRule="auto"/>
        <w:rPr>
          <w:sz w:val="24"/>
          <w:szCs w:val="24"/>
        </w:rPr>
      </w:pPr>
      <w:r w:rsidRPr="006E6F6A">
        <w:rPr>
          <w:sz w:val="24"/>
          <w:szCs w:val="24"/>
        </w:rPr>
        <w:t>• Please submit all flyers, logos, and graphics with this form.</w:t>
      </w:r>
    </w:p>
    <w:p w14:paraId="6696F9BD" w14:textId="6AB78A63" w:rsidR="006E6F6A" w:rsidRDefault="006E6F6A" w:rsidP="00D27AC8">
      <w:pPr>
        <w:spacing w:line="240" w:lineRule="auto"/>
        <w:ind w:left="2880"/>
      </w:pPr>
      <w:r w:rsidRPr="006E6F6A">
        <w:rPr>
          <w:sz w:val="24"/>
          <w:szCs w:val="24"/>
        </w:rPr>
        <w:t xml:space="preserve">• The Church Office reserves the right to edit announcements for </w:t>
      </w:r>
      <w:proofErr w:type="gramStart"/>
      <w:r w:rsidR="001F3826" w:rsidRPr="006E6F6A">
        <w:rPr>
          <w:sz w:val="24"/>
          <w:szCs w:val="24"/>
        </w:rPr>
        <w:t xml:space="preserve">clarity, </w:t>
      </w:r>
      <w:r w:rsidR="001F3826">
        <w:rPr>
          <w:sz w:val="24"/>
          <w:szCs w:val="24"/>
        </w:rPr>
        <w:t xml:space="preserve"> </w:t>
      </w:r>
      <w:r w:rsidR="00D27AC8">
        <w:rPr>
          <w:sz w:val="24"/>
          <w:szCs w:val="24"/>
        </w:rPr>
        <w:t xml:space="preserve"> </w:t>
      </w:r>
      <w:proofErr w:type="gramEnd"/>
      <w:r w:rsidR="00D27AC8">
        <w:rPr>
          <w:sz w:val="24"/>
          <w:szCs w:val="24"/>
        </w:rPr>
        <w:t xml:space="preserve">   </w:t>
      </w:r>
      <w:r w:rsidRPr="006E6F6A">
        <w:rPr>
          <w:sz w:val="24"/>
          <w:szCs w:val="24"/>
        </w:rPr>
        <w:t>length, and consistency.</w:t>
      </w:r>
    </w:p>
    <w:p w14:paraId="749F831F" w14:textId="01F9C8BF" w:rsidR="0010048A" w:rsidRDefault="00000000">
      <w:pPr>
        <w:pStyle w:val="Heading2"/>
      </w:pPr>
      <w:r>
        <w:t>REQUEST TYPE</w:t>
      </w:r>
    </w:p>
    <w:p w14:paraId="7775B138" w14:textId="77777777" w:rsidR="006E6F6A" w:rsidRDefault="00000000">
      <w:r>
        <w:t xml:space="preserve">☐ New Announcement    ☐ Update Existing Announcement    </w:t>
      </w:r>
    </w:p>
    <w:p w14:paraId="26762FCE" w14:textId="2FD51159" w:rsidR="0010048A" w:rsidRDefault="006E6F6A">
      <w:r w:rsidRPr="006E6F6A">
        <w:rPr>
          <w:rFonts w:ascii="Segoe UI Symbol" w:hAnsi="Segoe UI Symbol" w:cs="Segoe UI Symbol"/>
        </w:rPr>
        <w:t>☐</w:t>
      </w:r>
      <w:r w:rsidRPr="006E6F6A">
        <w:t xml:space="preserve"> Sunday Announcement Slides   </w:t>
      </w:r>
      <w:r w:rsidRPr="006E6F6A">
        <w:rPr>
          <w:rFonts w:ascii="Segoe UI Symbol" w:hAnsi="Segoe UI Symbol" w:cs="Segoe UI Symbol"/>
        </w:rPr>
        <w:t>☐</w:t>
      </w:r>
      <w:r w:rsidRPr="006E6F6A">
        <w:t xml:space="preserve"> Church Website   </w:t>
      </w:r>
      <w:r w:rsidRPr="006E6F6A">
        <w:rPr>
          <w:rFonts w:ascii="Segoe UI Symbol" w:hAnsi="Segoe UI Symbol" w:cs="Segoe UI Symbol"/>
        </w:rPr>
        <w:t>☐</w:t>
      </w:r>
      <w:r w:rsidRPr="006E6F6A">
        <w:t xml:space="preserve"> Facebook     </w:t>
      </w:r>
      <w:r w:rsidRPr="006E6F6A">
        <w:rPr>
          <w:rFonts w:ascii="Segoe UI Symbol" w:hAnsi="Segoe UI Symbol" w:cs="Segoe UI Symbol"/>
        </w:rPr>
        <w:t>☐</w:t>
      </w:r>
      <w:r w:rsidRPr="006E6F6A">
        <w:t xml:space="preserve"> Email Blast</w:t>
      </w:r>
    </w:p>
    <w:p w14:paraId="1F14A8E9" w14:textId="77777777" w:rsidR="0010048A" w:rsidRDefault="00000000">
      <w:pPr>
        <w:pStyle w:val="Heading2"/>
      </w:pPr>
      <w:r>
        <w:t>REQUEST INFORMATION</w:t>
      </w:r>
    </w:p>
    <w:p w14:paraId="76A0B986" w14:textId="0505342A" w:rsidR="0010048A" w:rsidRDefault="00000000">
      <w:pPr>
        <w:pStyle w:val="Heading3"/>
      </w:pPr>
      <w:r>
        <w:t>Requested By</w:t>
      </w:r>
      <w:r w:rsidR="0046425B">
        <w:t xml:space="preserve"> Name and Ministry </w:t>
      </w:r>
    </w:p>
    <w:p w14:paraId="0EFA4371" w14:textId="502B37F0" w:rsidR="0010048A" w:rsidRDefault="00000000">
      <w:r>
        <w:t>________________________________________________________________</w:t>
      </w:r>
      <w:r w:rsidR="006E6F6A">
        <w:t>__________________</w:t>
      </w:r>
      <w:r>
        <w:t>________</w:t>
      </w:r>
    </w:p>
    <w:p w14:paraId="7AB2B577" w14:textId="2263B34C" w:rsidR="0010048A" w:rsidRDefault="00000000">
      <w:pPr>
        <w:pStyle w:val="Heading3"/>
      </w:pPr>
      <w:r>
        <w:t>Phone Number</w:t>
      </w:r>
      <w:r w:rsidR="0046425B">
        <w:t xml:space="preserve"> or Email Address</w:t>
      </w:r>
    </w:p>
    <w:p w14:paraId="34E884AD" w14:textId="20CC2F5A" w:rsidR="0010048A" w:rsidRDefault="00000000">
      <w:r>
        <w:t>_______________________________________</w:t>
      </w:r>
      <w:r w:rsidR="006E6F6A">
        <w:t>__________________</w:t>
      </w:r>
      <w:r>
        <w:t>_________________________________</w:t>
      </w:r>
    </w:p>
    <w:p w14:paraId="5736B0CC" w14:textId="77777777" w:rsidR="0010048A" w:rsidRDefault="00000000">
      <w:pPr>
        <w:pStyle w:val="Heading2"/>
      </w:pPr>
      <w:r>
        <w:t>ANNOUNCEMENT DETAILS</w:t>
      </w:r>
    </w:p>
    <w:p w14:paraId="682954AE" w14:textId="77777777" w:rsidR="0010048A" w:rsidRDefault="00000000">
      <w:pPr>
        <w:pStyle w:val="Heading3"/>
      </w:pPr>
      <w:r>
        <w:t>Title of Announcement</w:t>
      </w:r>
    </w:p>
    <w:p w14:paraId="14A2777F" w14:textId="2D55613B" w:rsidR="0010048A" w:rsidRDefault="00000000">
      <w:r>
        <w:t>______________________________</w:t>
      </w:r>
      <w:r w:rsidR="006E6F6A">
        <w:t>_________________</w:t>
      </w:r>
      <w:r>
        <w:t>__________________________________________</w:t>
      </w:r>
    </w:p>
    <w:p w14:paraId="37CF0646" w14:textId="6BFBD7D1" w:rsidR="0010048A" w:rsidRDefault="00000000">
      <w:pPr>
        <w:pStyle w:val="Heading3"/>
      </w:pPr>
      <w:r>
        <w:t xml:space="preserve">Announcement Description (Exactly as you would </w:t>
      </w:r>
      <w:r w:rsidR="006E6F6A">
        <w:t>like</w:t>
      </w:r>
      <w:r>
        <w:t xml:space="preserve"> presented</w:t>
      </w:r>
      <w:r w:rsidR="006E6F6A">
        <w:t xml:space="preserve"> or provide flyer</w:t>
      </w:r>
      <w:r>
        <w:t>)</w:t>
      </w:r>
    </w:p>
    <w:p w14:paraId="1C307BAE" w14:textId="181148AC" w:rsidR="0010048A" w:rsidRDefault="00000000">
      <w:r>
        <w:t>_________________________________</w:t>
      </w:r>
      <w:r w:rsidR="006E6F6A">
        <w:t>_________________</w:t>
      </w:r>
      <w:r>
        <w:t>_______________________________________</w:t>
      </w:r>
    </w:p>
    <w:p w14:paraId="0B058A4C" w14:textId="773C9B81" w:rsidR="0010048A" w:rsidRDefault="00000000">
      <w:r>
        <w:t>________________________________________</w:t>
      </w:r>
      <w:r w:rsidR="006E6F6A">
        <w:t>_________________</w:t>
      </w:r>
      <w:r>
        <w:t>________________________________</w:t>
      </w:r>
    </w:p>
    <w:p w14:paraId="38F4A3FF" w14:textId="7DE3C203" w:rsidR="0010048A" w:rsidRDefault="00000000">
      <w:r>
        <w:t>________________________________________</w:t>
      </w:r>
      <w:r w:rsidR="006E6F6A">
        <w:t>_________________</w:t>
      </w:r>
      <w:r>
        <w:t>________________________________</w:t>
      </w:r>
    </w:p>
    <w:p w14:paraId="1C442FCD" w14:textId="77777777" w:rsidR="0010048A" w:rsidRDefault="00000000">
      <w:pPr>
        <w:pStyle w:val="Heading2"/>
      </w:pPr>
      <w:r>
        <w:t>EVENT INFORMATION</w:t>
      </w:r>
    </w:p>
    <w:p w14:paraId="7EEA8DDB" w14:textId="4956B455" w:rsidR="0010048A" w:rsidRDefault="00000000">
      <w:pPr>
        <w:pStyle w:val="Heading3"/>
      </w:pPr>
      <w:r>
        <w:t>Event Date</w:t>
      </w:r>
      <w:r w:rsidR="006E6F6A">
        <w:t xml:space="preserve">, </w:t>
      </w:r>
      <w:r w:rsidR="0046425B">
        <w:t xml:space="preserve">Time </w:t>
      </w:r>
      <w:r w:rsidR="006E6F6A">
        <w:t>and Location</w:t>
      </w:r>
    </w:p>
    <w:p w14:paraId="58A2428E" w14:textId="27D1CCAD" w:rsidR="0010048A" w:rsidRDefault="00000000">
      <w:r>
        <w:t>__________________________________________</w:t>
      </w:r>
      <w:r w:rsidR="006E6F6A">
        <w:t>_________________</w:t>
      </w:r>
      <w:r>
        <w:t>______________________________</w:t>
      </w:r>
    </w:p>
    <w:p w14:paraId="1568052C" w14:textId="77777777" w:rsidR="0010048A" w:rsidRDefault="00000000">
      <w:pPr>
        <w:pStyle w:val="Heading2"/>
      </w:pPr>
      <w:r>
        <w:t>TARGET AUDIENCE</w:t>
      </w:r>
    </w:p>
    <w:p w14:paraId="529B38DB" w14:textId="155DC31B" w:rsidR="0010048A" w:rsidRDefault="00000000">
      <w:r>
        <w:t>☐ Entire Church</w:t>
      </w:r>
      <w:r w:rsidR="0046425B">
        <w:t xml:space="preserve">   </w:t>
      </w:r>
      <w:r>
        <w:t>☐ Men</w:t>
      </w:r>
      <w:r w:rsidR="0046425B">
        <w:t xml:space="preserve">   </w:t>
      </w:r>
      <w:r>
        <w:t>☐ Women</w:t>
      </w:r>
      <w:r w:rsidR="0046425B">
        <w:t xml:space="preserve">   </w:t>
      </w:r>
      <w:r>
        <w:t xml:space="preserve">☐ </w:t>
      </w:r>
      <w:r w:rsidR="0046425B">
        <w:t xml:space="preserve">Youth   </w:t>
      </w:r>
      <w:r w:rsidR="0046425B">
        <w:rPr>
          <w:rFonts w:ascii="Segoe UI Symbol" w:hAnsi="Segoe UI Symbol" w:cs="Segoe UI Symbol"/>
        </w:rPr>
        <w:t>☐</w:t>
      </w:r>
      <w:r>
        <w:t xml:space="preserve"> Parents</w:t>
      </w:r>
      <w:r w:rsidR="0046425B">
        <w:t xml:space="preserve">   </w:t>
      </w:r>
      <w:r>
        <w:t>☐ Ministry Members</w:t>
      </w:r>
    </w:p>
    <w:p w14:paraId="00ADB6C2" w14:textId="77777777" w:rsidR="0010048A" w:rsidRDefault="00000000">
      <w:pPr>
        <w:pStyle w:val="Heading2"/>
      </w:pPr>
      <w:r>
        <w:t>PHOTOS OR FLYERS</w:t>
      </w:r>
    </w:p>
    <w:p w14:paraId="2348DDE3" w14:textId="77777777" w:rsidR="0010048A" w:rsidRDefault="00000000">
      <w:r>
        <w:t>Will artwork be provided?   ☐ Yes    ☐ No</w:t>
      </w:r>
    </w:p>
    <w:p w14:paraId="3D751AC9" w14:textId="5DD5A2DA" w:rsidR="0010048A" w:rsidRDefault="00000000">
      <w:r>
        <w:t>If yes, attach:</w:t>
      </w:r>
      <w:r>
        <w:br/>
        <w:t>☐ Flyer</w:t>
      </w:r>
      <w:r w:rsidR="0046425B">
        <w:t xml:space="preserve">    </w:t>
      </w:r>
      <w:r>
        <w:t>☐ Logo</w:t>
      </w:r>
      <w:r w:rsidR="0046425B">
        <w:t xml:space="preserve">     </w:t>
      </w:r>
      <w:r>
        <w:t>☐ Picture</w:t>
      </w:r>
      <w:r w:rsidR="0046425B">
        <w:t xml:space="preserve">    </w:t>
      </w:r>
      <w:r>
        <w:t>☐ QR Code</w:t>
      </w:r>
    </w:p>
    <w:p w14:paraId="3344CB80" w14:textId="77777777" w:rsidR="00D27AC8" w:rsidRDefault="00D27AC8">
      <w:pPr>
        <w:pStyle w:val="Heading2"/>
      </w:pPr>
    </w:p>
    <w:p w14:paraId="50916919" w14:textId="713FBE32" w:rsidR="0010048A" w:rsidRDefault="00000000">
      <w:pPr>
        <w:pStyle w:val="Heading2"/>
      </w:pPr>
      <w:r>
        <w:t>OFFICE USE ONLY</w:t>
      </w:r>
    </w:p>
    <w:p w14:paraId="2E7EDF90" w14:textId="77777777" w:rsidR="00D27AC8" w:rsidRDefault="00000000">
      <w:r>
        <w:t>Date Received: ______________________</w:t>
      </w:r>
    </w:p>
    <w:p w14:paraId="7579BE98" w14:textId="76F9B24F" w:rsidR="0010048A" w:rsidRDefault="00000000">
      <w:r>
        <w:br/>
        <w:t>Approved: ☐ Yes   ☐ No</w:t>
      </w:r>
      <w:r>
        <w:br/>
        <w:t>Announcement Scheduled: ☐ Yes   ☐ No</w:t>
      </w:r>
      <w:r>
        <w:br/>
        <w:t>Slides Created: ☐ Yes   ☐ No</w:t>
      </w:r>
      <w:r>
        <w:br/>
        <w:t>Video Script Completed: ☐ Yes   ☐ No</w:t>
      </w:r>
      <w:r>
        <w:br/>
        <w:t>Website Posted: ☐ Yes   ☐ No</w:t>
      </w:r>
      <w:r>
        <w:br/>
        <w:t>Facebook Posted: ☐ Yes   ☐ No</w:t>
      </w:r>
      <w:r>
        <w:br/>
      </w:r>
      <w:r>
        <w:br/>
        <w:t>Notes:</w:t>
      </w:r>
      <w:r>
        <w:br/>
        <w:t>__________</w:t>
      </w:r>
      <w:r w:rsidR="00D27AC8">
        <w:t>______________________</w:t>
      </w:r>
      <w:r>
        <w:t>______________________________________________________________</w:t>
      </w:r>
      <w:r>
        <w:br/>
      </w:r>
    </w:p>
    <w:sectPr w:rsidR="0010048A" w:rsidSect="006E6F6A">
      <w:pgSz w:w="12240" w:h="15840"/>
      <w:pgMar w:top="274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6245051">
    <w:abstractNumId w:val="8"/>
  </w:num>
  <w:num w:numId="2" w16cid:durableId="2032292071">
    <w:abstractNumId w:val="6"/>
  </w:num>
  <w:num w:numId="3" w16cid:durableId="230653647">
    <w:abstractNumId w:val="5"/>
  </w:num>
  <w:num w:numId="4" w16cid:durableId="1150289052">
    <w:abstractNumId w:val="4"/>
  </w:num>
  <w:num w:numId="5" w16cid:durableId="2092122981">
    <w:abstractNumId w:val="7"/>
  </w:num>
  <w:num w:numId="6" w16cid:durableId="646325373">
    <w:abstractNumId w:val="3"/>
  </w:num>
  <w:num w:numId="7" w16cid:durableId="566770666">
    <w:abstractNumId w:val="2"/>
  </w:num>
  <w:num w:numId="8" w16cid:durableId="2016373847">
    <w:abstractNumId w:val="1"/>
  </w:num>
  <w:num w:numId="9" w16cid:durableId="91390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8A"/>
    <w:rsid w:val="0015074B"/>
    <w:rsid w:val="001F3826"/>
    <w:rsid w:val="0029639D"/>
    <w:rsid w:val="00326F90"/>
    <w:rsid w:val="0046425B"/>
    <w:rsid w:val="00675378"/>
    <w:rsid w:val="006E6F6A"/>
    <w:rsid w:val="00AA1D8D"/>
    <w:rsid w:val="00B47730"/>
    <w:rsid w:val="00CB0664"/>
    <w:rsid w:val="00D27AC8"/>
    <w:rsid w:val="00F97C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0CCED"/>
  <w14:defaultImageDpi w14:val="300"/>
  <w15:docId w15:val="{AD6FA2DD-E7A5-4338-8353-1A4FA12C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Pershing Park Baptist Church</cp:lastModifiedBy>
  <cp:revision>4</cp:revision>
  <cp:lastPrinted>2026-08-04T16:09:00Z</cp:lastPrinted>
  <dcterms:created xsi:type="dcterms:W3CDTF">2026-08-04T16:13:00Z</dcterms:created>
  <dcterms:modified xsi:type="dcterms:W3CDTF">2026-08-04T16:14:00Z</dcterms:modified>
  <cp:category/>
</cp:coreProperties>
</file>