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="5985BEBA" w:rsidP="5985BEBA" w:rsidRDefault="5985BEBA" w14:paraId="794E533D" w14:textId="4FA6D2F7">
      <w:pPr>
        <w:jc w:val="center"/>
        <w:rPr>
          <w:b w:val="1"/>
          <w:bCs w:val="1"/>
          <w:sz w:val="40"/>
          <w:szCs w:val="40"/>
        </w:rPr>
      </w:pPr>
    </w:p>
    <w:p w:rsidR="5985BEBA" w:rsidP="5985BEBA" w:rsidRDefault="5985BEBA" w14:paraId="16071798" w14:textId="06B9E16D">
      <w:pPr>
        <w:jc w:val="center"/>
        <w:rPr>
          <w:b w:val="1"/>
          <w:bCs w:val="1"/>
          <w:sz w:val="40"/>
          <w:szCs w:val="40"/>
        </w:rPr>
      </w:pPr>
    </w:p>
    <w:p w:rsidR="5985BEBA" w:rsidP="5985BEBA" w:rsidRDefault="5985BEBA" w14:paraId="1FCEC94E" w14:textId="7F928008">
      <w:pPr>
        <w:jc w:val="center"/>
        <w:rPr>
          <w:b w:val="1"/>
          <w:bCs w:val="1"/>
          <w:sz w:val="40"/>
          <w:szCs w:val="40"/>
        </w:rPr>
      </w:pPr>
    </w:p>
    <w:p w:rsidR="1D6B1874" w:rsidP="5985BEBA" w:rsidRDefault="1D6B1874" w14:paraId="0A5F4F38" w14:textId="1F12A856">
      <w:pPr>
        <w:jc w:val="center"/>
        <w:rPr>
          <w:b w:val="1"/>
          <w:bCs w:val="1"/>
          <w:sz w:val="40"/>
          <w:szCs w:val="40"/>
        </w:rPr>
      </w:pPr>
      <w:r w:rsidR="1D6B1874">
        <w:drawing>
          <wp:inline wp14:editId="168B3DE6" wp14:anchorId="778066AC">
            <wp:extent cx="2938992" cy="2938992"/>
            <wp:effectExtent l="0" t="0" r="0" b="0"/>
            <wp:docPr id="137670263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76702635" name="Picture 1376702635"/>
                    <pic:cNvPicPr/>
                  </pic:nvPicPr>
                  <pic:blipFill>
                    <a:blip xmlns:r="http://schemas.openxmlformats.org/officeDocument/2006/relationships" r:embed="rId196891608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38992" cy="293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6D6016E1" wp14:textId="77777777">
      <w:pPr>
        <w:jc w:val="center"/>
      </w:pPr>
      <w:r w:rsidRPr="5985BEBA" w:rsidR="5985BEBA">
        <w:rPr>
          <w:b w:val="1"/>
          <w:bCs w:val="1"/>
          <w:sz w:val="40"/>
          <w:szCs w:val="40"/>
        </w:rPr>
        <w:t>LEARNER ONBOARDING &amp; ENROLMENT FORM</w:t>
      </w:r>
    </w:p>
    <w:p xmlns:wp14="http://schemas.microsoft.com/office/word/2010/wordml" w14:paraId="3FC9C8FC" wp14:textId="41219E5D">
      <w:pPr>
        <w:jc w:val="center"/>
      </w:pPr>
      <w:r w:rsidRPr="113F3225" w:rsidR="567498D2">
        <w:rPr>
          <w:b w:val="1"/>
          <w:bCs w:val="1"/>
          <w:sz w:val="20"/>
          <w:szCs w:val="20"/>
        </w:rPr>
        <w:t xml:space="preserve">Please complete and email to </w:t>
      </w:r>
      <w:hyperlink r:id="Rcbd8a48ef37546dc">
        <w:r w:rsidRPr="113F3225" w:rsidR="567498D2">
          <w:rPr>
            <w:rStyle w:val="Hyperlink"/>
            <w:b w:val="1"/>
            <w:bCs w:val="1"/>
          </w:rPr>
          <w:t>info@imperialswimmingteachers.com</w:t>
        </w:r>
      </w:hyperlink>
    </w:p>
    <w:p w:rsidR="113F3225" w:rsidP="113F3225" w:rsidRDefault="113F3225" w14:paraId="77FF06FB" w14:textId="320729CD">
      <w:pPr>
        <w:jc w:val="center"/>
        <w:rPr>
          <w:b w:val="1"/>
          <w:bCs w:val="1"/>
          <w:sz w:val="20"/>
          <w:szCs w:val="20"/>
        </w:rPr>
      </w:pPr>
    </w:p>
    <w:p w:rsidR="113F3225" w:rsidP="113F3225" w:rsidRDefault="113F3225" w14:paraId="3481CCCF" w14:textId="7F0A3063">
      <w:pPr>
        <w:jc w:val="center"/>
        <w:rPr>
          <w:b w:val="1"/>
          <w:bCs w:val="1"/>
          <w:sz w:val="20"/>
          <w:szCs w:val="20"/>
        </w:rPr>
      </w:pPr>
    </w:p>
    <w:p w:rsidR="113F3225" w:rsidP="113F3225" w:rsidRDefault="113F3225" w14:paraId="35BB7843" w14:textId="55343832">
      <w:pPr>
        <w:jc w:val="center"/>
        <w:rPr>
          <w:b w:val="1"/>
          <w:bCs w:val="1"/>
          <w:sz w:val="20"/>
          <w:szCs w:val="20"/>
        </w:rPr>
      </w:pPr>
    </w:p>
    <w:p w:rsidR="113F3225" w:rsidP="113F3225" w:rsidRDefault="113F3225" w14:paraId="4DF96C02" w14:textId="33BD14A2">
      <w:pPr>
        <w:jc w:val="center"/>
        <w:rPr>
          <w:b w:val="1"/>
          <w:bCs w:val="1"/>
          <w:sz w:val="20"/>
          <w:szCs w:val="20"/>
        </w:rPr>
      </w:pPr>
    </w:p>
    <w:p w:rsidR="113F3225" w:rsidP="113F3225" w:rsidRDefault="113F3225" w14:paraId="71567561" w14:textId="2FC01464">
      <w:pPr>
        <w:pStyle w:val="Normal"/>
        <w:jc w:val="center"/>
        <w:rPr>
          <w:b w:val="1"/>
          <w:bCs w:val="1"/>
          <w:sz w:val="20"/>
          <w:szCs w:val="20"/>
        </w:rPr>
      </w:pPr>
    </w:p>
    <w:p xmlns:wp14="http://schemas.microsoft.com/office/word/2010/wordml" w:rsidP="113F3225" w14:paraId="128E08FD" wp14:textId="41B77FAB">
      <w:pPr>
        <w:jc w:val="center"/>
        <w:rPr>
          <w:i w:val="1"/>
          <w:iCs w:val="1"/>
          <w:sz w:val="21"/>
          <w:szCs w:val="21"/>
        </w:rPr>
      </w:pPr>
      <w:r w:rsidR="5985BEBA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285691FF" wp14:editId="53714A51">
            <wp:simplePos x="0" y="0"/>
            <wp:positionH relativeFrom="column">
              <wp:posOffset>-647700</wp:posOffset>
            </wp:positionH>
            <wp:positionV relativeFrom="paragraph">
              <wp:posOffset>38100</wp:posOffset>
            </wp:positionV>
            <wp:extent cx="7820268" cy="2706134"/>
            <wp:effectExtent l="0" t="0" r="0" b="0"/>
            <wp:wrapNone/>
            <wp:docPr id="150976797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72570252" name="Picture 872570252"/>
                    <pic:cNvPicPr/>
                  </pic:nvPicPr>
                  <pic:blipFill>
                    <a:blip xmlns:r="http://schemas.openxmlformats.org/officeDocument/2006/relationships" r:embed="rId7156184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820268" cy="2706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P="5985BEBA" w14:paraId="7F78A17A" wp14:textId="0933AD1F">
      <w:pPr>
        <w:jc w:val="center"/>
        <w:rPr>
          <w:i w:val="1"/>
          <w:iCs w:val="1"/>
          <w:sz w:val="21"/>
          <w:szCs w:val="21"/>
        </w:rPr>
      </w:pPr>
    </w:p>
    <w:p xmlns:wp14="http://schemas.microsoft.com/office/word/2010/wordml" w:rsidP="5985BEBA" w14:paraId="68DCDC54" wp14:textId="0C0FEE50">
      <w:pPr>
        <w:jc w:val="center"/>
        <w:rPr>
          <w:i w:val="1"/>
          <w:iCs w:val="1"/>
          <w:sz w:val="21"/>
          <w:szCs w:val="21"/>
        </w:rPr>
      </w:pPr>
    </w:p>
    <w:p xmlns:wp14="http://schemas.microsoft.com/office/word/2010/wordml" w:rsidP="5985BEBA" w14:paraId="74032EFB" wp14:textId="4B441096">
      <w:pPr>
        <w:jc w:val="center"/>
        <w:rPr>
          <w:i w:val="1"/>
          <w:iCs w:val="1"/>
          <w:sz w:val="21"/>
          <w:szCs w:val="21"/>
        </w:rPr>
      </w:pPr>
    </w:p>
    <w:p xmlns:wp14="http://schemas.microsoft.com/office/word/2010/wordml" w:rsidP="5985BEBA" w14:paraId="0C865E16" wp14:textId="3A51AF54">
      <w:pPr>
        <w:jc w:val="center"/>
        <w:rPr>
          <w:i w:val="1"/>
          <w:iCs w:val="1"/>
          <w:sz w:val="21"/>
          <w:szCs w:val="21"/>
        </w:rPr>
      </w:pPr>
    </w:p>
    <w:p xmlns:wp14="http://schemas.microsoft.com/office/word/2010/wordml" w:rsidP="5985BEBA" w14:paraId="05A87B17" wp14:textId="1F32CCBC">
      <w:pPr>
        <w:jc w:val="center"/>
        <w:rPr>
          <w:i w:val="1"/>
          <w:iCs w:val="1"/>
          <w:sz w:val="21"/>
          <w:szCs w:val="21"/>
        </w:rPr>
      </w:pPr>
    </w:p>
    <w:p xmlns:wp14="http://schemas.microsoft.com/office/word/2010/wordml" w:rsidP="5985BEBA" w14:paraId="73292EC0" wp14:textId="467EF79C">
      <w:pPr>
        <w:jc w:val="center"/>
        <w:rPr>
          <w:i w:val="1"/>
          <w:iCs w:val="1"/>
          <w:sz w:val="21"/>
          <w:szCs w:val="21"/>
        </w:rPr>
      </w:pPr>
    </w:p>
    <w:p xmlns:wp14="http://schemas.microsoft.com/office/word/2010/wordml" w:rsidP="113F3225" w14:paraId="317C4280" wp14:textId="6415BC60">
      <w:pPr>
        <w:pStyle w:val="Normal"/>
        <w:jc w:val="center"/>
        <w:rPr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</w:pPr>
      <w:r w:rsidRPr="113F3225" w:rsidR="5985BEBA">
        <w:rPr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>Swimming Teacher Qualification</w:t>
      </w:r>
    </w:p>
    <w:p w:rsidR="5FA59F2C" w:rsidP="5985BEBA" w:rsidRDefault="5FA59F2C" w14:paraId="36177A7B" w14:textId="63A8B966">
      <w:pPr>
        <w:rPr>
          <w:color w:val="1F497D" w:themeColor="text2" w:themeTint="FF" w:themeShade="FF"/>
          <w:sz w:val="20"/>
          <w:szCs w:val="20"/>
        </w:rPr>
      </w:pPr>
      <w:r w:rsidRPr="5985BEBA" w:rsidR="5FA59F2C">
        <w:rPr>
          <w:color w:val="1F497D" w:themeColor="text2" w:themeTint="FF" w:themeShade="FF"/>
          <w:sz w:val="20"/>
          <w:szCs w:val="20"/>
        </w:rPr>
        <w:t xml:space="preserve">Welcome to the course. </w:t>
      </w:r>
      <w:r w:rsidRPr="5985BEBA" w:rsidR="5FA59F2C">
        <w:rPr>
          <w:color w:val="1F497D" w:themeColor="text2" w:themeTint="FF" w:themeShade="FF"/>
          <w:sz w:val="20"/>
          <w:szCs w:val="20"/>
        </w:rPr>
        <w:t>Please complete this form as accurately as possible.</w:t>
      </w:r>
      <w:r w:rsidRPr="5985BEBA" w:rsidR="5FA59F2C">
        <w:rPr>
          <w:color w:val="1F497D" w:themeColor="text2" w:themeTint="FF" w:themeShade="FF"/>
          <w:sz w:val="20"/>
          <w:szCs w:val="20"/>
        </w:rPr>
        <w:t xml:space="preserve"> The information collected will be used to support your enrolment, course administration, learner </w:t>
      </w:r>
      <w:r w:rsidRPr="5985BEBA" w:rsidR="5FA59F2C">
        <w:rPr>
          <w:color w:val="1F497D" w:themeColor="text2" w:themeTint="FF" w:themeShade="FF"/>
          <w:sz w:val="20"/>
          <w:szCs w:val="20"/>
        </w:rPr>
        <w:t>support</w:t>
      </w:r>
      <w:r w:rsidRPr="5985BEBA" w:rsidR="5FA59F2C">
        <w:rPr>
          <w:color w:val="1F497D" w:themeColor="text2" w:themeTint="FF" w:themeShade="FF"/>
          <w:sz w:val="20"/>
          <w:szCs w:val="20"/>
        </w:rPr>
        <w:t xml:space="preserve"> and qualification processes where applicable.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xmlns:wp14="http://schemas.microsoft.com/office/word/2010/wordml" w:rsidTr="113F3225" w14:paraId="1CAF38D9" wp14:textId="77777777">
        <w:tc>
          <w:tcPr>
            <w:tcW w:w="5112" w:type="dxa"/>
            <w:tcMar/>
          </w:tcPr>
          <w:p w14:paraId="6AF31903" wp14:textId="77777777">
            <w:r>
              <w:rPr>
                <w:b/>
              </w:rPr>
              <w:t>Training Centre:</w:t>
            </w:r>
          </w:p>
        </w:tc>
        <w:tc>
          <w:tcPr>
            <w:tcW w:w="5112" w:type="dxa"/>
            <w:tcMar/>
          </w:tcPr>
          <w:p w14:paraId="70D3CCD3" wp14:textId="77777777">
            <w:r>
              <w:t>________________________________</w:t>
            </w:r>
          </w:p>
        </w:tc>
      </w:tr>
      <w:tr xmlns:wp14="http://schemas.microsoft.com/office/word/2010/wordml" w:rsidTr="113F3225" w14:paraId="2EC22381" wp14:textId="77777777">
        <w:tc>
          <w:tcPr>
            <w:tcW w:w="5112" w:type="dxa"/>
            <w:tcMar/>
          </w:tcPr>
          <w:p w14:paraId="66B7F086" wp14:textId="77777777">
            <w:r>
              <w:rPr>
                <w:b/>
              </w:rPr>
              <w:t>Course:</w:t>
            </w:r>
          </w:p>
        </w:tc>
        <w:tc>
          <w:tcPr>
            <w:tcW w:w="5112" w:type="dxa"/>
            <w:tcMar/>
          </w:tcPr>
          <w:p w14:paraId="2ECB89AC" wp14:textId="77777777">
            <w:r>
              <w:t>________________________________</w:t>
            </w:r>
          </w:p>
        </w:tc>
      </w:tr>
      <w:tr xmlns:wp14="http://schemas.microsoft.com/office/word/2010/wordml" w:rsidTr="113F3225" w14:paraId="7026C431" wp14:textId="77777777">
        <w:tc>
          <w:tcPr>
            <w:tcW w:w="5112" w:type="dxa"/>
            <w:tcMar/>
          </w:tcPr>
          <w:p w14:paraId="63CA465D" wp14:textId="77777777">
            <w:r>
              <w:rPr>
                <w:b/>
              </w:rPr>
              <w:t>Course Start Date:</w:t>
            </w:r>
          </w:p>
        </w:tc>
        <w:tc>
          <w:tcPr>
            <w:tcW w:w="5112" w:type="dxa"/>
            <w:tcMar/>
          </w:tcPr>
          <w:p w14:paraId="4E79C7BD" wp14:textId="77777777">
            <w:r>
              <w:t>________________________________</w:t>
            </w:r>
          </w:p>
        </w:tc>
      </w:tr>
    </w:tbl>
    <w:p xmlns:wp14="http://schemas.microsoft.com/office/word/2010/wordml" w14:paraId="58402201" wp14:textId="77777777">
      <w:pPr>
        <w:spacing w:before="200" w:after="80"/>
      </w:pPr>
      <w:r>
        <w:rPr>
          <w:b/>
          <w:sz w:val="26"/>
        </w:rPr>
        <w:t>1. Learner Details</w:t>
      </w:r>
    </w:p>
    <w:p xmlns:wp14="http://schemas.microsoft.com/office/word/2010/wordml" w14:paraId="1F9A8B4D" wp14:textId="77777777">
      <w:pPr>
        <w:spacing w:after="40"/>
      </w:pPr>
      <w:r>
        <w:rPr>
          <w:b/>
        </w:rPr>
        <w:t>Full Name *</w:t>
      </w:r>
    </w:p>
    <w:p xmlns:wp14="http://schemas.microsoft.com/office/word/2010/wordml" w14:paraId="599D1C7E" wp14:textId="77777777">
      <w:r>
        <w:t>____________________________________________________________________</w:t>
      </w:r>
    </w:p>
    <w:p xmlns:wp14="http://schemas.microsoft.com/office/word/2010/wordml" w:rsidP="5985BEBA" w14:paraId="4A69A4FE" wp14:textId="257379BF">
      <w:pPr>
        <w:rPr>
          <w:i w:val="0"/>
          <w:iCs w:val="0"/>
          <w:color w:val="1F497D" w:themeColor="text2" w:themeTint="FF" w:themeShade="FF"/>
          <w:sz w:val="20"/>
          <w:szCs w:val="20"/>
        </w:rPr>
      </w:pPr>
      <w:r w:rsidRPr="5985BEBA" w:rsidR="5985BEBA">
        <w:rPr>
          <w:i w:val="0"/>
          <w:iCs w:val="0"/>
          <w:color w:val="1F497D" w:themeColor="text2" w:themeTint="FF" w:themeShade="FF"/>
          <w:sz w:val="20"/>
          <w:szCs w:val="20"/>
        </w:rPr>
        <w:t>Please enter your name exactly as it should appear on qualification records/certification where applicable.</w:t>
      </w:r>
      <w:r w:rsidRPr="5985BEBA" w:rsidR="11E420F6">
        <w:rPr>
          <w:i w:val="0"/>
          <w:iCs w:val="0"/>
          <w:color w:val="1F497D" w:themeColor="text2" w:themeTint="FF" w:themeShade="FF"/>
          <w:sz w:val="20"/>
          <w:szCs w:val="20"/>
        </w:rPr>
        <w:t xml:space="preserve"> Please </w:t>
      </w:r>
      <w:r w:rsidRPr="5985BEBA" w:rsidR="11E420F6">
        <w:rPr>
          <w:i w:val="0"/>
          <w:iCs w:val="0"/>
          <w:color w:val="1F497D" w:themeColor="text2" w:themeTint="FF" w:themeShade="FF"/>
          <w:sz w:val="20"/>
          <w:szCs w:val="20"/>
        </w:rPr>
        <w:t>ensure</w:t>
      </w:r>
      <w:r w:rsidRPr="5985BEBA" w:rsidR="11E420F6">
        <w:rPr>
          <w:i w:val="0"/>
          <w:iCs w:val="0"/>
          <w:color w:val="1F497D" w:themeColor="text2" w:themeTint="FF" w:themeShade="FF"/>
          <w:sz w:val="20"/>
          <w:szCs w:val="20"/>
        </w:rPr>
        <w:t xml:space="preserve"> the name </w:t>
      </w:r>
      <w:r w:rsidRPr="5985BEBA" w:rsidR="11E420F6">
        <w:rPr>
          <w:i w:val="0"/>
          <w:iCs w:val="0"/>
          <w:color w:val="1F497D" w:themeColor="text2" w:themeTint="FF" w:themeShade="FF"/>
          <w:sz w:val="20"/>
          <w:szCs w:val="20"/>
        </w:rPr>
        <w:t>matches with</w:t>
      </w:r>
      <w:r w:rsidRPr="5985BEBA" w:rsidR="11E420F6">
        <w:rPr>
          <w:i w:val="0"/>
          <w:iCs w:val="0"/>
          <w:color w:val="1F497D" w:themeColor="text2" w:themeTint="FF" w:themeShade="FF"/>
          <w:sz w:val="20"/>
          <w:szCs w:val="20"/>
        </w:rPr>
        <w:t xml:space="preserve"> your </w:t>
      </w:r>
      <w:r w:rsidRPr="5985BEBA" w:rsidR="11E420F6">
        <w:rPr>
          <w:i w:val="0"/>
          <w:iCs w:val="0"/>
          <w:color w:val="1F497D" w:themeColor="text2" w:themeTint="FF" w:themeShade="FF"/>
          <w:sz w:val="20"/>
          <w:szCs w:val="20"/>
        </w:rPr>
        <w:t>photographic</w:t>
      </w:r>
      <w:r w:rsidRPr="5985BEBA" w:rsidR="11E420F6">
        <w:rPr>
          <w:i w:val="0"/>
          <w:iCs w:val="0"/>
          <w:color w:val="1F497D" w:themeColor="text2" w:themeTint="FF" w:themeShade="FF"/>
          <w:sz w:val="20"/>
          <w:szCs w:val="20"/>
        </w:rPr>
        <w:t xml:space="preserve"> ID as needed for learner enrollment and eligibility purposes.</w:t>
      </w:r>
    </w:p>
    <w:p xmlns:wp14="http://schemas.microsoft.com/office/word/2010/wordml" w14:paraId="2735C43F" wp14:textId="77777777">
      <w:pPr>
        <w:spacing w:after="40"/>
      </w:pPr>
      <w:r>
        <w:rPr>
          <w:b/>
        </w:rPr>
        <w:t>Date of Birth *</w:t>
      </w:r>
    </w:p>
    <w:p xmlns:wp14="http://schemas.microsoft.com/office/word/2010/wordml" w14:paraId="7F7F3249" wp14:textId="77777777">
      <w:r>
        <w:t>____________________________________________________________________</w:t>
      </w:r>
    </w:p>
    <w:p xmlns:wp14="http://schemas.microsoft.com/office/word/2010/wordml" w14:paraId="17292D81" wp14:textId="77777777">
      <w:pPr>
        <w:spacing w:after="40"/>
      </w:pPr>
      <w:r>
        <w:rPr>
          <w:b/>
        </w:rPr>
        <w:t>Email Address *</w:t>
      </w:r>
    </w:p>
    <w:p xmlns:wp14="http://schemas.microsoft.com/office/word/2010/wordml" w14:paraId="4B962F1D" wp14:textId="77777777">
      <w:r>
        <w:t>____________________________________________________________________</w:t>
      </w:r>
    </w:p>
    <w:p xmlns:wp14="http://schemas.microsoft.com/office/word/2010/wordml" w14:paraId="3090317F" wp14:textId="77777777">
      <w:pPr>
        <w:spacing w:after="40"/>
      </w:pPr>
      <w:r>
        <w:rPr>
          <w:b/>
        </w:rPr>
        <w:t>Mobile Telephone Number *</w:t>
      </w:r>
    </w:p>
    <w:p xmlns:wp14="http://schemas.microsoft.com/office/word/2010/wordml" w14:paraId="083E43F2" wp14:textId="77777777">
      <w:r>
        <w:t>____________________________________________________________________</w:t>
      </w:r>
    </w:p>
    <w:p xmlns:wp14="http://schemas.microsoft.com/office/word/2010/wordml" w14:paraId="30FB0D78" wp14:textId="77777777">
      <w:pPr>
        <w:spacing w:after="40"/>
      </w:pPr>
      <w:r>
        <w:rPr>
          <w:b/>
        </w:rPr>
        <w:t>Home Address *</w:t>
      </w:r>
    </w:p>
    <w:p xmlns:wp14="http://schemas.microsoft.com/office/word/2010/wordml" w14:paraId="7D43C84C" wp14:textId="77777777">
      <w:r>
        <w:t>____________________________________________________________________</w:t>
      </w:r>
    </w:p>
    <w:p xmlns:wp14="http://schemas.microsoft.com/office/word/2010/wordml" w14:paraId="7CDF2EBF" wp14:textId="77777777">
      <w:pPr>
        <w:spacing w:after="40"/>
      </w:pPr>
      <w:r>
        <w:rPr>
          <w:b/>
        </w:rPr>
        <w:t>Postcode *</w:t>
      </w:r>
    </w:p>
    <w:p xmlns:wp14="http://schemas.microsoft.com/office/word/2010/wordml" w14:paraId="27944680" wp14:textId="77777777">
      <w:r w:rsidR="113F3225">
        <w:rPr/>
        <w:t>____________________________________________________________________</w:t>
      </w:r>
    </w:p>
    <w:p w:rsidR="69E6A133" w:rsidP="113F3225" w:rsidRDefault="69E6A133" w14:paraId="22E14E77" w14:textId="5F525904">
      <w:pPr>
        <w:rPr>
          <w:color w:val="1F497D" w:themeColor="text2" w:themeTint="FF" w:themeShade="FF"/>
          <w:sz w:val="20"/>
          <w:szCs w:val="20"/>
        </w:rPr>
      </w:pPr>
      <w:r w:rsidRPr="113F3225" w:rsidR="69E6A133">
        <w:rPr>
          <w:color w:val="1F497D" w:themeColor="text2" w:themeTint="FF" w:themeShade="FF"/>
          <w:sz w:val="20"/>
          <w:szCs w:val="20"/>
        </w:rPr>
        <w:t>Addresses allow us to send you the complimentary workbook included in the price of the course and successfully enroll you with Swim England as part of the qualification.</w:t>
      </w:r>
    </w:p>
    <w:p xmlns:wp14="http://schemas.microsoft.com/office/word/2010/wordml" w14:paraId="3F7FD793" wp14:textId="77777777">
      <w:pPr>
        <w:spacing w:before="200" w:after="80"/>
      </w:pPr>
      <w:r>
        <w:rPr>
          <w:b/>
          <w:sz w:val="26"/>
        </w:rPr>
        <w:t>2. Emergency Contact</w:t>
      </w:r>
    </w:p>
    <w:p xmlns:wp14="http://schemas.microsoft.com/office/word/2010/wordml" w14:paraId="26950F4B" wp14:textId="77777777">
      <w:pPr>
        <w:spacing w:after="40"/>
      </w:pPr>
      <w:r>
        <w:rPr>
          <w:b/>
        </w:rPr>
        <w:t>Emergency Contact Name *</w:t>
      </w:r>
    </w:p>
    <w:p xmlns:wp14="http://schemas.microsoft.com/office/word/2010/wordml" w14:paraId="6BFDFFAB" wp14:textId="77777777">
      <w:r>
        <w:t>____________________________________________________________________</w:t>
      </w:r>
    </w:p>
    <w:p xmlns:wp14="http://schemas.microsoft.com/office/word/2010/wordml" w14:paraId="73A7FBD2" wp14:textId="77777777">
      <w:pPr>
        <w:spacing w:after="40"/>
      </w:pPr>
      <w:r>
        <w:rPr>
          <w:b/>
        </w:rPr>
        <w:t>Relationship to Learner *</w:t>
      </w:r>
    </w:p>
    <w:p xmlns:wp14="http://schemas.microsoft.com/office/word/2010/wordml" w14:paraId="623BD0F0" wp14:textId="77777777">
      <w:r>
        <w:t>____________________________________________________________________</w:t>
      </w:r>
    </w:p>
    <w:p xmlns:wp14="http://schemas.microsoft.com/office/word/2010/wordml" w14:paraId="61979994" wp14:textId="77777777">
      <w:pPr>
        <w:spacing w:after="40"/>
      </w:pPr>
      <w:r>
        <w:rPr>
          <w:b/>
        </w:rPr>
        <w:t>Emergency Contact Telephone Number *</w:t>
      </w:r>
    </w:p>
    <w:p xmlns:wp14="http://schemas.microsoft.com/office/word/2010/wordml" w14:paraId="40EC7502" wp14:textId="77777777">
      <w:r>
        <w:t>____________________________________________________________________</w:t>
      </w:r>
    </w:p>
    <w:p xmlns:wp14="http://schemas.microsoft.com/office/word/2010/wordml" w14:paraId="60213750" wp14:textId="77777777">
      <w:pPr>
        <w:spacing w:before="200" w:after="80"/>
      </w:pPr>
      <w:r>
        <w:rPr>
          <w:b/>
          <w:sz w:val="26"/>
        </w:rPr>
        <w:t>3. Parent / Guardian Information</w:t>
      </w:r>
    </w:p>
    <w:p xmlns:wp14="http://schemas.microsoft.com/office/word/2010/wordml" w:rsidP="113F3225" w14:paraId="285D2E15" wp14:textId="77777777">
      <w:pPr>
        <w:rPr>
          <w:i w:val="0"/>
          <w:iCs w:val="0"/>
          <w:color w:val="1F497D" w:themeColor="text2" w:themeTint="FF" w:themeShade="FF"/>
        </w:rPr>
      </w:pPr>
      <w:r w:rsidRPr="113F3225" w:rsidR="113F3225">
        <w:rPr>
          <w:i w:val="0"/>
          <w:iCs w:val="0"/>
          <w:color w:val="1F497D" w:themeColor="text2" w:themeTint="FF" w:themeShade="FF"/>
        </w:rPr>
        <w:t>Complete this section where the learner is under 18 or where parent/guardian information is required.</w:t>
      </w:r>
    </w:p>
    <w:p xmlns:wp14="http://schemas.microsoft.com/office/word/2010/wordml" w:rsidP="113F3225" w14:paraId="2D82A7C5" wp14:textId="77777777">
      <w:pPr>
        <w:spacing w:after="40"/>
        <w:rPr>
          <w:b w:val="1"/>
          <w:bCs w:val="1"/>
          <w:i w:val="0"/>
          <w:iCs w:val="0"/>
          <w:color w:val="000000" w:themeColor="text1" w:themeTint="FF" w:themeShade="FF"/>
        </w:rPr>
      </w:pPr>
      <w:r w:rsidRPr="113F3225" w:rsidR="113F3225">
        <w:rPr>
          <w:b w:val="1"/>
          <w:bCs w:val="1"/>
          <w:i w:val="0"/>
          <w:iCs w:val="0"/>
          <w:color w:val="000000" w:themeColor="text1" w:themeTint="FF" w:themeShade="FF"/>
        </w:rPr>
        <w:t>Parent / Guardian Name</w:t>
      </w:r>
    </w:p>
    <w:p xmlns:wp14="http://schemas.microsoft.com/office/word/2010/wordml" w14:paraId="46A93E3A" wp14:textId="77777777">
      <w:r>
        <w:t>____________________________________________________________________</w:t>
      </w:r>
    </w:p>
    <w:p xmlns:wp14="http://schemas.microsoft.com/office/word/2010/wordml" w14:paraId="1D84F5C5" wp14:textId="77777777">
      <w:pPr>
        <w:spacing w:after="40"/>
      </w:pPr>
      <w:r>
        <w:rPr>
          <w:b/>
        </w:rPr>
        <w:t>Parent / Guardian Email Address</w:t>
      </w:r>
    </w:p>
    <w:p xmlns:wp14="http://schemas.microsoft.com/office/word/2010/wordml" w14:paraId="574B63B2" wp14:textId="77777777">
      <w:r>
        <w:t>____________________________________________________________________</w:t>
      </w:r>
    </w:p>
    <w:p xmlns:wp14="http://schemas.microsoft.com/office/word/2010/wordml" w14:paraId="3ACD0A07" wp14:textId="77777777">
      <w:pPr>
        <w:spacing w:after="40"/>
      </w:pPr>
      <w:r>
        <w:rPr>
          <w:b/>
        </w:rPr>
        <w:t>Parent / Guardian Telephone Number</w:t>
      </w:r>
    </w:p>
    <w:p xmlns:wp14="http://schemas.microsoft.com/office/word/2010/wordml" w14:paraId="3D3909DF" wp14:textId="77777777">
      <w:r>
        <w:t>____________________________________________________________________</w:t>
      </w:r>
    </w:p>
    <w:p w:rsidR="5985BEBA" w:rsidP="5985BEBA" w:rsidRDefault="5985BEBA" w14:paraId="105E4114" w14:textId="6BB4CA73">
      <w:pPr>
        <w:spacing w:before="200" w:after="80"/>
      </w:pPr>
      <w:r w:rsidRPr="5985BEBA" w:rsidR="5985BEBA">
        <w:rPr>
          <w:b w:val="1"/>
          <w:bCs w:val="1"/>
          <w:sz w:val="26"/>
          <w:szCs w:val="26"/>
        </w:rPr>
        <w:t>4. Course Eligibility &amp; Information</w:t>
      </w:r>
    </w:p>
    <w:p w:rsidR="12E00F1D" w:rsidP="5985BEBA" w:rsidRDefault="12E00F1D" w14:paraId="298AE930" w14:textId="5B7F3F0D">
      <w:pPr>
        <w:pStyle w:val="Normal"/>
        <w:suppressLineNumbers w:val="0"/>
        <w:bidi w:val="0"/>
        <w:spacing w:before="200" w:beforeAutospacing="off" w:after="80" w:afterAutospacing="off" w:line="276" w:lineRule="auto"/>
        <w:ind w:left="0" w:right="0"/>
        <w:jc w:val="left"/>
        <w:rPr>
          <w:color w:val="1F497D" w:themeColor="text2" w:themeTint="FF" w:themeShade="FF"/>
          <w:sz w:val="20"/>
          <w:szCs w:val="20"/>
        </w:rPr>
      </w:pPr>
      <w:r w:rsidRPr="5985BEBA" w:rsidR="12E00F1D">
        <w:rPr>
          <w:color w:val="1F497D" w:themeColor="text2" w:themeTint="FF" w:themeShade="FF"/>
          <w:sz w:val="20"/>
          <w:szCs w:val="20"/>
        </w:rPr>
        <w:t xml:space="preserve">Please refer to the course description on our website to </w:t>
      </w:r>
      <w:r w:rsidRPr="5985BEBA" w:rsidR="12E00F1D">
        <w:rPr>
          <w:color w:val="1F497D" w:themeColor="text2" w:themeTint="FF" w:themeShade="FF"/>
          <w:sz w:val="20"/>
          <w:szCs w:val="20"/>
        </w:rPr>
        <w:t>determine</w:t>
      </w:r>
      <w:r w:rsidRPr="5985BEBA" w:rsidR="12E00F1D">
        <w:rPr>
          <w:color w:val="1F497D" w:themeColor="text2" w:themeTint="FF" w:themeShade="FF"/>
          <w:sz w:val="20"/>
          <w:szCs w:val="20"/>
        </w:rPr>
        <w:t xml:space="preserve"> </w:t>
      </w:r>
      <w:r w:rsidRPr="5985BEBA" w:rsidR="12E00F1D">
        <w:rPr>
          <w:color w:val="1F497D" w:themeColor="text2" w:themeTint="FF" w:themeShade="FF"/>
          <w:sz w:val="20"/>
          <w:szCs w:val="20"/>
        </w:rPr>
        <w:t>eligibility</w:t>
      </w:r>
      <w:r w:rsidRPr="5985BEBA" w:rsidR="12E00F1D">
        <w:rPr>
          <w:color w:val="1F497D" w:themeColor="text2" w:themeTint="FF" w:themeShade="FF"/>
          <w:sz w:val="20"/>
          <w:szCs w:val="20"/>
        </w:rPr>
        <w:t>.</w:t>
      </w:r>
    </w:p>
    <w:p xmlns:wp14="http://schemas.microsoft.com/office/word/2010/wordml" w14:paraId="5FE98657" wp14:textId="77777777">
      <w:pPr>
        <w:spacing w:after="40"/>
        <w:ind w:left="173"/>
      </w:pPr>
      <w:r>
        <w:t>[ ] I confirm that I meet the entry requirements for this qualification.</w:t>
      </w:r>
    </w:p>
    <w:p xmlns:wp14="http://schemas.microsoft.com/office/word/2010/wordml" w14:paraId="7782E31E" wp14:textId="77777777">
      <w:pPr>
        <w:spacing w:after="40"/>
        <w:ind w:left="173"/>
      </w:pPr>
      <w:r>
        <w:t>[ ] I confirm that I have read the course information provided to me.</w:t>
      </w:r>
    </w:p>
    <w:p xmlns:wp14="http://schemas.microsoft.com/office/word/2010/wordml" w14:paraId="7ACE75DE" wp14:textId="77777777">
      <w:pPr>
        <w:spacing w:after="40"/>
        <w:ind w:left="173"/>
      </w:pPr>
      <w:r>
        <w:t>[ ] I understand the course attendance and participation requirements.</w:t>
      </w:r>
    </w:p>
    <w:p xmlns:wp14="http://schemas.microsoft.com/office/word/2010/wordml" w14:paraId="72034ABE" wp14:textId="77777777">
      <w:pPr>
        <w:spacing w:after="40"/>
        <w:ind w:left="173"/>
      </w:pPr>
      <w:r>
        <w:t>[ ] I understand that I am expected to complete the required learning, assessment and practical elements of the qualification.</w:t>
      </w:r>
    </w:p>
    <w:p xmlns:wp14="http://schemas.microsoft.com/office/word/2010/wordml" w14:paraId="60B61C9D" wp14:textId="77777777">
      <w:pPr>
        <w:spacing w:after="40"/>
        <w:ind w:left="173"/>
      </w:pPr>
      <w:r>
        <w:t>[ ] I confirm that the information I have provided during enrolment is accurate.</w:t>
      </w:r>
    </w:p>
    <w:p xmlns:wp14="http://schemas.microsoft.com/office/word/2010/wordml" w14:paraId="4B0D5E25" wp14:textId="77777777">
      <w:pPr>
        <w:spacing w:before="200" w:after="80"/>
      </w:pPr>
      <w:r>
        <w:rPr>
          <w:b/>
          <w:sz w:val="26"/>
        </w:rPr>
        <w:t>5. Required Previous Qualifications</w:t>
      </w:r>
    </w:p>
    <w:p xmlns:wp14="http://schemas.microsoft.com/office/word/2010/wordml" w:rsidP="113F3225" w14:paraId="7AE773F2" wp14:textId="77777777">
      <w:pPr>
        <w:rPr>
          <w:i w:val="0"/>
          <w:iCs w:val="0"/>
          <w:color w:val="1F497D" w:themeColor="text2" w:themeTint="FF" w:themeShade="FF"/>
          <w:sz w:val="20"/>
          <w:szCs w:val="20"/>
        </w:rPr>
      </w:pPr>
      <w:r w:rsidRPr="113F3225" w:rsidR="113F3225">
        <w:rPr>
          <w:i w:val="0"/>
          <w:iCs w:val="0"/>
          <w:color w:val="1F497D" w:themeColor="text2" w:themeTint="FF" w:themeShade="FF"/>
          <w:sz w:val="20"/>
          <w:szCs w:val="20"/>
        </w:rPr>
        <w:t>Please provide details of any qualification or prerequisite required for entry onto this course.</w:t>
      </w:r>
    </w:p>
    <w:p xmlns:wp14="http://schemas.microsoft.com/office/word/2010/wordml" w14:paraId="29F2BE71" wp14:textId="77777777">
      <w:pPr>
        <w:spacing w:after="40"/>
      </w:pPr>
      <w:r>
        <w:rPr>
          <w:b/>
        </w:rPr>
        <w:t>Qualification / Prerequisite</w:t>
      </w:r>
    </w:p>
    <w:p xmlns:wp14="http://schemas.microsoft.com/office/word/2010/wordml" w14:paraId="29E41E4D" wp14:textId="77777777">
      <w:r>
        <w:t>____________________________________________________________________</w:t>
      </w:r>
    </w:p>
    <w:p xmlns:wp14="http://schemas.microsoft.com/office/word/2010/wordml" w14:paraId="5B255D85" wp14:textId="77777777">
      <w:pPr>
        <w:spacing w:after="40"/>
      </w:pPr>
      <w:r>
        <w:rPr>
          <w:b/>
        </w:rPr>
        <w:t>Awarding Organisation</w:t>
      </w:r>
    </w:p>
    <w:p xmlns:wp14="http://schemas.microsoft.com/office/word/2010/wordml" w14:paraId="6729AAA8" wp14:textId="77777777">
      <w:r>
        <w:t>____________________________________________________________________</w:t>
      </w:r>
    </w:p>
    <w:p xmlns:wp14="http://schemas.microsoft.com/office/word/2010/wordml" w14:paraId="31BCF454" wp14:textId="77777777">
      <w:pPr>
        <w:spacing w:after="40"/>
      </w:pPr>
      <w:r>
        <w:rPr>
          <w:b/>
        </w:rPr>
        <w:t>Date Achieved</w:t>
      </w:r>
    </w:p>
    <w:p xmlns:wp14="http://schemas.microsoft.com/office/word/2010/wordml" w14:paraId="413A53ED" wp14:textId="77777777">
      <w:r>
        <w:t>____________________________________________________________________</w:t>
      </w:r>
    </w:p>
    <w:p xmlns:wp14="http://schemas.microsoft.com/office/word/2010/wordml" w14:paraId="329F3ADE" wp14:textId="77777777">
      <w:pPr>
        <w:spacing w:after="40"/>
        <w:ind w:left="173"/>
      </w:pPr>
      <w:r>
        <w:t>[ ] I have provided evidence of my qualification or prerequisite where requested.</w:t>
      </w:r>
    </w:p>
    <w:p xmlns:wp14="http://schemas.microsoft.com/office/word/2010/wordml" w14:paraId="2A143824" wp14:textId="77777777">
      <w:pPr>
        <w:spacing w:before="200" w:after="80"/>
      </w:pPr>
      <w:r w:rsidRPr="5985BEBA" w:rsidR="5985BEBA">
        <w:rPr>
          <w:b w:val="1"/>
          <w:bCs w:val="1"/>
          <w:sz w:val="26"/>
          <w:szCs w:val="26"/>
        </w:rPr>
        <w:t>6. Reasonable Adjustments &amp; Learner Support</w:t>
      </w:r>
    </w:p>
    <w:p w:rsidR="4D76592E" w:rsidP="5985BEBA" w:rsidRDefault="4D76592E" w14:paraId="51DFF314" w14:textId="32C798DB">
      <w:pPr>
        <w:rPr>
          <w:color w:val="1F497D" w:themeColor="text2" w:themeTint="FF" w:themeShade="FF"/>
          <w:sz w:val="20"/>
          <w:szCs w:val="20"/>
        </w:rPr>
      </w:pPr>
      <w:r w:rsidRPr="5985BEBA" w:rsidR="4D76592E">
        <w:rPr>
          <w:color w:val="1F497D" w:themeColor="text2" w:themeTint="FF" w:themeShade="FF"/>
          <w:sz w:val="20"/>
          <w:szCs w:val="20"/>
        </w:rPr>
        <w:t>We are committed to supporting learners to access and successfully complete their training.</w:t>
      </w:r>
      <w:r w:rsidRPr="5985BEBA" w:rsidR="4D76592E">
        <w:rPr>
          <w:color w:val="1F497D" w:themeColor="text2" w:themeTint="FF" w:themeShade="FF"/>
          <w:sz w:val="20"/>
          <w:szCs w:val="20"/>
        </w:rPr>
        <w:t xml:space="preserve"> Please tell us if you believe you may </w:t>
      </w:r>
      <w:r w:rsidRPr="5985BEBA" w:rsidR="4D76592E">
        <w:rPr>
          <w:color w:val="1F497D" w:themeColor="text2" w:themeTint="FF" w:themeShade="FF"/>
          <w:sz w:val="20"/>
          <w:szCs w:val="20"/>
        </w:rPr>
        <w:t>require</w:t>
      </w:r>
      <w:r w:rsidRPr="5985BEBA" w:rsidR="4D76592E">
        <w:rPr>
          <w:color w:val="1F497D" w:themeColor="text2" w:themeTint="FF" w:themeShade="FF"/>
          <w:sz w:val="20"/>
          <w:szCs w:val="20"/>
        </w:rPr>
        <w:t xml:space="preserve"> reasonable adjustments or </w:t>
      </w:r>
      <w:r w:rsidRPr="5985BEBA" w:rsidR="4D76592E">
        <w:rPr>
          <w:color w:val="1F497D" w:themeColor="text2" w:themeTint="FF" w:themeShade="FF"/>
          <w:sz w:val="20"/>
          <w:szCs w:val="20"/>
        </w:rPr>
        <w:t>additional</w:t>
      </w:r>
      <w:r w:rsidRPr="5985BEBA" w:rsidR="4D76592E">
        <w:rPr>
          <w:color w:val="1F497D" w:themeColor="text2" w:themeTint="FF" w:themeShade="FF"/>
          <w:sz w:val="20"/>
          <w:szCs w:val="20"/>
        </w:rPr>
        <w:t xml:space="preserve"> support. You may also contact the Training Centre privately to discuss your needs.</w:t>
      </w:r>
      <w:r w:rsidRPr="5985BEBA" w:rsidR="130953FD">
        <w:rPr>
          <w:color w:val="1F497D" w:themeColor="text2" w:themeTint="FF" w:themeShade="FF"/>
          <w:sz w:val="20"/>
          <w:szCs w:val="20"/>
        </w:rPr>
        <w:t xml:space="preserve"> Within the onboarding documents</w:t>
      </w:r>
      <w:r w:rsidRPr="5985BEBA" w:rsidR="0DB356B7">
        <w:rPr>
          <w:color w:val="1F497D" w:themeColor="text2" w:themeTint="FF" w:themeShade="FF"/>
          <w:sz w:val="20"/>
          <w:szCs w:val="20"/>
        </w:rPr>
        <w:t xml:space="preserve"> that will be</w:t>
      </w:r>
      <w:r w:rsidRPr="5985BEBA" w:rsidR="130953FD">
        <w:rPr>
          <w:color w:val="1F497D" w:themeColor="text2" w:themeTint="FF" w:themeShade="FF"/>
          <w:sz w:val="20"/>
          <w:szCs w:val="20"/>
        </w:rPr>
        <w:t xml:space="preserve"> sent via email we have the “R</w:t>
      </w:r>
      <w:r w:rsidRPr="5985BEBA" w:rsidR="51AFF9CA">
        <w:rPr>
          <w:color w:val="1F497D" w:themeColor="text2" w:themeTint="FF" w:themeShade="FF"/>
          <w:sz w:val="20"/>
          <w:szCs w:val="20"/>
        </w:rPr>
        <w:t>EASONABLE</w:t>
      </w:r>
      <w:r w:rsidRPr="5985BEBA" w:rsidR="37E8EBA4">
        <w:rPr>
          <w:color w:val="1F497D" w:themeColor="text2" w:themeTint="FF" w:themeShade="FF"/>
          <w:sz w:val="20"/>
          <w:szCs w:val="20"/>
        </w:rPr>
        <w:t xml:space="preserve"> ADJUSTMENTS INFORMATION FORM” which </w:t>
      </w:r>
      <w:r w:rsidRPr="5985BEBA" w:rsidR="37E8EBA4">
        <w:rPr>
          <w:color w:val="1F497D" w:themeColor="text2" w:themeTint="FF" w:themeShade="FF"/>
          <w:sz w:val="20"/>
          <w:szCs w:val="20"/>
        </w:rPr>
        <w:t>contains</w:t>
      </w:r>
      <w:r w:rsidRPr="5985BEBA" w:rsidR="37E8EBA4">
        <w:rPr>
          <w:color w:val="1F497D" w:themeColor="text2" w:themeTint="FF" w:themeShade="FF"/>
          <w:sz w:val="20"/>
          <w:szCs w:val="20"/>
        </w:rPr>
        <w:t xml:space="preserve"> more details.</w:t>
      </w:r>
    </w:p>
    <w:p xmlns:wp14="http://schemas.microsoft.com/office/word/2010/wordml" w14:paraId="3FC51925" wp14:textId="77777777">
      <w:pPr>
        <w:spacing w:after="40"/>
        <w:ind w:left="173"/>
      </w:pPr>
      <w:r>
        <w:t>[ ] Yes – I may require support or reasonable adjustments.</w:t>
      </w:r>
    </w:p>
    <w:p xmlns:wp14="http://schemas.microsoft.com/office/word/2010/wordml" w14:paraId="24A1584D" wp14:textId="77777777">
      <w:pPr>
        <w:spacing w:after="40"/>
        <w:ind w:left="173"/>
      </w:pPr>
      <w:r>
        <w:t>[ ] No – I do not currently require support or reasonable adjustments.</w:t>
      </w:r>
    </w:p>
    <w:p xmlns:wp14="http://schemas.microsoft.com/office/word/2010/wordml" w14:paraId="1DE78B51" wp14:textId="77777777">
      <w:pPr>
        <w:spacing w:after="40"/>
        <w:ind w:left="173"/>
      </w:pPr>
      <w:r>
        <w:t>[ ] Unsure – I would like to discuss this with the Training Centre.</w:t>
      </w:r>
    </w:p>
    <w:p xmlns:wp14="http://schemas.microsoft.com/office/word/2010/wordml" w14:paraId="4E30E055" wp14:textId="77777777">
      <w:pPr>
        <w:spacing w:after="40"/>
      </w:pPr>
      <w:r>
        <w:rPr>
          <w:b/>
        </w:rPr>
        <w:t>If applicable, please provide brief details or preferred contact arrangements</w:t>
      </w:r>
    </w:p>
    <w:p xmlns:wp14="http://schemas.microsoft.com/office/word/2010/wordml" w14:paraId="05D675AB" wp14:textId="77777777">
      <w:r>
        <w:t>____________________________________________________________________</w:t>
      </w:r>
    </w:p>
    <w:p xmlns:wp14="http://schemas.microsoft.com/office/word/2010/wordml" w14:paraId="790DE570" wp14:textId="77777777">
      <w:pPr>
        <w:spacing w:before="200" w:after="80"/>
      </w:pPr>
      <w:r>
        <w:rPr>
          <w:b/>
          <w:sz w:val="26"/>
        </w:rPr>
        <w:t>7. Course Participation</w:t>
      </w:r>
    </w:p>
    <w:p xmlns:wp14="http://schemas.microsoft.com/office/word/2010/wordml" w14:paraId="26AFEB6B" wp14:textId="77777777">
      <w:pPr>
        <w:spacing w:after="40"/>
        <w:ind w:left="173"/>
      </w:pPr>
      <w:r>
        <w:t>[ ] I confirm that I am able to attend the scheduled course dates and times.</w:t>
      </w:r>
    </w:p>
    <w:p xmlns:wp14="http://schemas.microsoft.com/office/word/2010/wordml" w14:paraId="7027BABA" wp14:textId="77777777">
      <w:pPr>
        <w:spacing w:after="40"/>
        <w:ind w:left="173"/>
      </w:pPr>
      <w:r>
        <w:t>[ ] I understand the requirements for participation in practical sessions.</w:t>
      </w:r>
    </w:p>
    <w:p xmlns:wp14="http://schemas.microsoft.com/office/word/2010/wordml" w14:paraId="4BE870C1" wp14:textId="77777777">
      <w:pPr>
        <w:spacing w:after="40"/>
        <w:ind w:left="173"/>
      </w:pPr>
      <w:r>
        <w:t>[ ] I agree to follow reasonable instructions from the course tutor and venue staff.</w:t>
      </w:r>
    </w:p>
    <w:p xmlns:wp14="http://schemas.microsoft.com/office/word/2010/wordml" w14:paraId="1937BCA3" wp14:textId="77777777">
      <w:pPr>
        <w:spacing w:after="40"/>
        <w:ind w:left="173"/>
      </w:pPr>
      <w:r>
        <w:t>[ ] I understand my responsibilities as a learner during the course.</w:t>
      </w:r>
    </w:p>
    <w:p xmlns:wp14="http://schemas.microsoft.com/office/word/2010/wordml" w14:paraId="31FEACDB" wp14:textId="77777777">
      <w:pPr>
        <w:spacing w:before="200" w:after="80"/>
      </w:pPr>
      <w:r w:rsidRPr="5985BEBA" w:rsidR="5985BEBA">
        <w:rPr>
          <w:b w:val="1"/>
          <w:bCs w:val="1"/>
          <w:sz w:val="26"/>
          <w:szCs w:val="26"/>
        </w:rPr>
        <w:t>8. Policies, Procedures &amp; Learner Documents</w:t>
      </w:r>
    </w:p>
    <w:p w:rsidR="2C489193" w:rsidP="5985BEBA" w:rsidRDefault="2C489193" w14:paraId="6E5F76C3" w14:textId="383E239F">
      <w:pPr>
        <w:rPr>
          <w:color w:val="1F497D" w:themeColor="text2" w:themeTint="FF" w:themeShade="FF"/>
          <w:sz w:val="20"/>
          <w:szCs w:val="20"/>
        </w:rPr>
      </w:pPr>
      <w:r w:rsidRPr="5985BEBA" w:rsidR="2C489193">
        <w:rPr>
          <w:color w:val="1F497D" w:themeColor="text2" w:themeTint="FF" w:themeShade="FF"/>
          <w:sz w:val="20"/>
          <w:szCs w:val="20"/>
        </w:rPr>
        <w:t xml:space="preserve">Relevant learner documents and policies will be provided to you directly or made available through the Training Centre's approved website, onboarding </w:t>
      </w:r>
      <w:r w:rsidRPr="5985BEBA" w:rsidR="2C489193">
        <w:rPr>
          <w:color w:val="1F497D" w:themeColor="text2" w:themeTint="FF" w:themeShade="FF"/>
          <w:sz w:val="20"/>
          <w:szCs w:val="20"/>
        </w:rPr>
        <w:t>process</w:t>
      </w:r>
      <w:r w:rsidRPr="5985BEBA" w:rsidR="2C489193">
        <w:rPr>
          <w:color w:val="1F497D" w:themeColor="text2" w:themeTint="FF" w:themeShade="FF"/>
          <w:sz w:val="20"/>
          <w:szCs w:val="20"/>
        </w:rPr>
        <w:t xml:space="preserve"> or learner </w:t>
      </w:r>
      <w:r w:rsidRPr="5985BEBA" w:rsidR="3AF92FFB">
        <w:rPr>
          <w:color w:val="1F497D" w:themeColor="text2" w:themeTint="FF" w:themeShade="FF"/>
          <w:sz w:val="20"/>
          <w:szCs w:val="20"/>
        </w:rPr>
        <w:t xml:space="preserve">information. If at any point you </w:t>
      </w:r>
      <w:r w:rsidRPr="5985BEBA" w:rsidR="3AF92FFB">
        <w:rPr>
          <w:color w:val="1F497D" w:themeColor="text2" w:themeTint="FF" w:themeShade="FF"/>
          <w:sz w:val="20"/>
          <w:szCs w:val="20"/>
        </w:rPr>
        <w:t>can't</w:t>
      </w:r>
      <w:r w:rsidRPr="5985BEBA" w:rsidR="3AF92FFB">
        <w:rPr>
          <w:color w:val="1F497D" w:themeColor="text2" w:themeTint="FF" w:themeShade="FF"/>
          <w:sz w:val="20"/>
          <w:szCs w:val="20"/>
        </w:rPr>
        <w:t xml:space="preserve"> access these please contact us at </w:t>
      </w:r>
      <w:hyperlink r:id="R1eb5aa379f994b8f">
        <w:r w:rsidRPr="5985BEBA" w:rsidR="3AF92FFB">
          <w:rPr>
            <w:rStyle w:val="Hyperlink"/>
            <w:sz w:val="20"/>
            <w:szCs w:val="20"/>
          </w:rPr>
          <w:t>info@imperialswimmingteachers.com</w:t>
        </w:r>
      </w:hyperlink>
      <w:r w:rsidRPr="5985BEBA" w:rsidR="3AF92FFB">
        <w:rPr>
          <w:color w:val="1F497D" w:themeColor="text2" w:themeTint="FF" w:themeShade="FF"/>
          <w:sz w:val="20"/>
          <w:szCs w:val="20"/>
        </w:rPr>
        <w:t xml:space="preserve"> and we can send them to you via email directly.</w:t>
      </w:r>
    </w:p>
    <w:p xmlns:wp14="http://schemas.microsoft.com/office/word/2010/wordml" w14:paraId="3F5F8A00" wp14:textId="77777777">
      <w:pPr>
        <w:spacing w:after="40"/>
        <w:ind w:left="173"/>
      </w:pPr>
      <w:r>
        <w:t>[ ] I confirm that I have been provided with, or know how to access, the relevant Training Centre policies and procedures.</w:t>
      </w:r>
    </w:p>
    <w:p xmlns:wp14="http://schemas.microsoft.com/office/word/2010/wordml" w14:paraId="073E2608" wp14:textId="77777777">
      <w:pPr>
        <w:spacing w:after="40"/>
        <w:ind w:left="173"/>
      </w:pPr>
      <w:r>
        <w:t>[ ] I confirm that I understand I am expected to follow the relevant policies and procedures whilst attending the course.</w:t>
      </w:r>
    </w:p>
    <w:p xmlns:wp14="http://schemas.microsoft.com/office/word/2010/wordml" w14:paraId="3CD4FBA0" wp14:textId="77777777">
      <w:pPr>
        <w:spacing w:after="40"/>
        <w:ind w:left="173"/>
      </w:pPr>
      <w:r>
        <w:t>[ ] I confirm that I have received or can access the Learner Agreement.</w:t>
      </w:r>
    </w:p>
    <w:p xmlns:wp14="http://schemas.microsoft.com/office/word/2010/wordml" w14:paraId="1A46EEA2" wp14:textId="77777777">
      <w:pPr>
        <w:spacing w:after="40"/>
        <w:ind w:left="173"/>
      </w:pPr>
      <w:r>
        <w:t>[ ] I confirm that I have received or can access the Terms &amp; Conditions.</w:t>
      </w:r>
    </w:p>
    <w:p xmlns:wp14="http://schemas.microsoft.com/office/word/2010/wordml" w14:paraId="0115C226" wp14:textId="77777777">
      <w:pPr>
        <w:spacing w:after="40"/>
        <w:ind w:left="173"/>
      </w:pPr>
      <w:r>
        <w:t>[ ] I understand the Training Centre's safeguarding arrangements and how to raise a concern.</w:t>
      </w:r>
    </w:p>
    <w:p xmlns:wp14="http://schemas.microsoft.com/office/word/2010/wordml" w14:paraId="1C051768" wp14:textId="77777777">
      <w:pPr>
        <w:spacing w:before="200" w:after="80"/>
      </w:pPr>
      <w:r>
        <w:rPr>
          <w:b/>
          <w:sz w:val="26"/>
        </w:rPr>
        <w:t>9. Data Protection &amp; Privacy</w:t>
      </w:r>
    </w:p>
    <w:p xmlns:wp14="http://schemas.microsoft.com/office/word/2010/wordml" w:rsidP="5985BEBA" w14:paraId="717CA20E" wp14:textId="0CE49A9B">
      <w:pPr>
        <w:rPr>
          <w:color w:val="1F497D" w:themeColor="text2" w:themeTint="FF" w:themeShade="FF"/>
          <w:sz w:val="20"/>
          <w:szCs w:val="20"/>
        </w:rPr>
      </w:pPr>
      <w:r w:rsidRPr="5985BEBA" w:rsidR="5985BEBA">
        <w:rPr>
          <w:color w:val="1F497D" w:themeColor="text2" w:themeTint="FF" w:themeShade="FF"/>
          <w:sz w:val="20"/>
          <w:szCs w:val="20"/>
        </w:rPr>
        <w:t xml:space="preserve">Your personal information will be processed </w:t>
      </w:r>
      <w:r w:rsidRPr="5985BEBA" w:rsidR="5985BEBA">
        <w:rPr>
          <w:color w:val="1F497D" w:themeColor="text2" w:themeTint="FF" w:themeShade="FF"/>
          <w:sz w:val="20"/>
          <w:szCs w:val="20"/>
        </w:rPr>
        <w:t>in accordance with</w:t>
      </w:r>
      <w:r w:rsidRPr="5985BEBA" w:rsidR="5985BEBA">
        <w:rPr>
          <w:color w:val="1F497D" w:themeColor="text2" w:themeTint="FF" w:themeShade="FF"/>
          <w:sz w:val="20"/>
          <w:szCs w:val="20"/>
        </w:rPr>
        <w:t xml:space="preserve"> the Training Centre's Privacy Notice and used for legitimate purposes connected with your course, administration, learner support, qualification </w:t>
      </w:r>
      <w:r w:rsidRPr="5985BEBA" w:rsidR="5985BEBA">
        <w:rPr>
          <w:color w:val="1F497D" w:themeColor="text2" w:themeTint="FF" w:themeShade="FF"/>
          <w:sz w:val="20"/>
          <w:szCs w:val="20"/>
        </w:rPr>
        <w:t>registration</w:t>
      </w:r>
      <w:r w:rsidRPr="5985BEBA" w:rsidR="5985BEBA">
        <w:rPr>
          <w:color w:val="1F497D" w:themeColor="text2" w:themeTint="FF" w:themeShade="FF"/>
          <w:sz w:val="20"/>
          <w:szCs w:val="20"/>
        </w:rPr>
        <w:t xml:space="preserve"> and certification where applicable. Information may be shared with relevant awarding or qualification </w:t>
      </w:r>
      <w:r w:rsidRPr="5985BEBA" w:rsidR="5985BEBA">
        <w:rPr>
          <w:color w:val="1F497D" w:themeColor="text2" w:themeTint="FF" w:themeShade="FF"/>
          <w:sz w:val="20"/>
          <w:szCs w:val="20"/>
        </w:rPr>
        <w:t>organisations</w:t>
      </w:r>
      <w:r w:rsidRPr="5985BEBA" w:rsidR="5985BEBA">
        <w:rPr>
          <w:color w:val="1F497D" w:themeColor="text2" w:themeTint="FF" w:themeShade="FF"/>
          <w:sz w:val="20"/>
          <w:szCs w:val="20"/>
        </w:rPr>
        <w:t xml:space="preserve"> where necessary for these purposes</w:t>
      </w:r>
      <w:r w:rsidRPr="5985BEBA" w:rsidR="555F2893">
        <w:rPr>
          <w:color w:val="1F497D" w:themeColor="text2" w:themeTint="FF" w:themeShade="FF"/>
          <w:sz w:val="20"/>
          <w:szCs w:val="20"/>
        </w:rPr>
        <w:t xml:space="preserve"> only. More information can be found in our policies and procedures.</w:t>
      </w:r>
    </w:p>
    <w:p xmlns:wp14="http://schemas.microsoft.com/office/word/2010/wordml" w14:paraId="407B33E6" wp14:textId="53B9F914">
      <w:pPr>
        <w:spacing w:after="40"/>
        <w:ind w:left="173"/>
      </w:pPr>
      <w:r w:rsidR="113F3225">
        <w:rPr/>
        <w:t>[ ]</w:t>
      </w:r>
      <w:r w:rsidR="113F3225">
        <w:rPr/>
        <w:t xml:space="preserve"> I confirm that I have read, or have been provided access </w:t>
      </w:r>
      <w:r w:rsidR="113F3225">
        <w:rPr/>
        <w:t>to,</w:t>
      </w:r>
      <w:r w:rsidR="113F3225">
        <w:rPr/>
        <w:t xml:space="preserve"> the Training Centre's </w:t>
      </w:r>
    </w:p>
    <w:p w:rsidR="159D200B" w:rsidP="113F3225" w:rsidRDefault="159D200B" w14:paraId="6ED4B9C8" w14:textId="4B0AA8C3">
      <w:pPr>
        <w:pStyle w:val="Normal"/>
        <w:suppressLineNumbers w:val="0"/>
        <w:bidi w:val="0"/>
        <w:spacing w:before="0" w:beforeAutospacing="off" w:after="40" w:afterAutospacing="off" w:line="276" w:lineRule="auto"/>
        <w:ind w:left="173" w:right="0"/>
        <w:jc w:val="left"/>
      </w:pPr>
      <w:r w:rsidR="159D200B">
        <w:rPr/>
        <w:t>Data protection policy and procedure.</w:t>
      </w:r>
    </w:p>
    <w:p xmlns:wp14="http://schemas.microsoft.com/office/word/2010/wordml" w14:paraId="2B931728" wp14:textId="77777777">
      <w:pPr>
        <w:spacing w:after="40"/>
        <w:ind w:left="173"/>
      </w:pPr>
      <w:r>
        <w:t>[ ] I understand how my personal information will be used in connection with my course.</w:t>
      </w:r>
    </w:p>
    <w:p xmlns:wp14="http://schemas.microsoft.com/office/word/2010/wordml" w14:paraId="2AC21148" wp14:textId="77777777">
      <w:pPr>
        <w:spacing w:before="200" w:after="80"/>
      </w:pPr>
      <w:r>
        <w:rPr>
          <w:b/>
          <w:sz w:val="26"/>
        </w:rPr>
        <w:t>10. Learner Declaration</w:t>
      </w:r>
    </w:p>
    <w:p xmlns:wp14="http://schemas.microsoft.com/office/word/2010/wordml" w:rsidP="5985BEBA" w14:paraId="492CE7AC" wp14:textId="77777777">
      <w:pPr>
        <w:rPr>
          <w:color w:val="1F497D" w:themeColor="text2" w:themeTint="FF" w:themeShade="FF"/>
        </w:rPr>
      </w:pPr>
      <w:r w:rsidRPr="5985BEBA" w:rsidR="5985BEBA">
        <w:rPr>
          <w:color w:val="1F497D" w:themeColor="text2" w:themeTint="FF" w:themeShade="FF"/>
        </w:rPr>
        <w:t>I confirm that the information I have provided is accurate and complete to the best of my knowledge. I understand that providing incorrect information may affect my enrolment, registration or certification.</w:t>
      </w:r>
    </w:p>
    <w:p xmlns:wp14="http://schemas.microsoft.com/office/word/2010/wordml" w14:paraId="39E778A4" wp14:textId="77777777">
      <w:pPr>
        <w:spacing w:after="40"/>
      </w:pPr>
      <w:r>
        <w:rPr>
          <w:b/>
        </w:rPr>
        <w:t>Learner Full Name *</w:t>
      </w:r>
    </w:p>
    <w:p xmlns:wp14="http://schemas.microsoft.com/office/word/2010/wordml" w14:paraId="43B23C18" wp14:textId="77777777">
      <w:r>
        <w:t>____________________________________________________________________</w:t>
      </w:r>
    </w:p>
    <w:p xmlns:wp14="http://schemas.microsoft.com/office/word/2010/wordml" w14:paraId="58C3F19A" wp14:textId="77777777">
      <w:pPr>
        <w:spacing w:after="40"/>
      </w:pPr>
      <w:r>
        <w:rPr>
          <w:b/>
        </w:rPr>
        <w:t>Signature / Electronic Confirmation *</w:t>
      </w:r>
    </w:p>
    <w:p xmlns:wp14="http://schemas.microsoft.com/office/word/2010/wordml" w14:paraId="177E016F" wp14:textId="77777777">
      <w:r>
        <w:t>____________________________________________________________________</w:t>
      </w:r>
    </w:p>
    <w:p xmlns:wp14="http://schemas.microsoft.com/office/word/2010/wordml" w14:paraId="6B78C20D" wp14:textId="77777777">
      <w:pPr>
        <w:spacing w:after="40"/>
      </w:pPr>
      <w:r>
        <w:rPr>
          <w:b/>
        </w:rPr>
        <w:t>Date *</w:t>
      </w:r>
    </w:p>
    <w:p xmlns:wp14="http://schemas.microsoft.com/office/word/2010/wordml" w14:paraId="25CDCB1D" wp14:textId="77777777">
      <w:r>
        <w:t>____________________________________________________________________</w:t>
      </w:r>
    </w:p>
    <w:p xmlns:wp14="http://schemas.microsoft.com/office/word/2010/wordml" w14:paraId="70D53A28" wp14:textId="77777777">
      <w:pPr>
        <w:spacing w:before="200" w:after="80"/>
      </w:pPr>
      <w:r>
        <w:rPr>
          <w:b/>
          <w:sz w:val="26"/>
        </w:rPr>
        <w:t>Parent / Guardian Confirmation</w:t>
      </w:r>
    </w:p>
    <w:p xmlns:wp14="http://schemas.microsoft.com/office/word/2010/wordml" w:rsidP="5985BEBA" w14:paraId="569D8A06" wp14:textId="77777777">
      <w:pPr>
        <w:rPr>
          <w:i w:val="0"/>
          <w:iCs w:val="0"/>
          <w:color w:val="1F497D" w:themeColor="text2" w:themeTint="FF" w:themeShade="FF"/>
          <w:sz w:val="20"/>
          <w:szCs w:val="20"/>
        </w:rPr>
      </w:pPr>
      <w:r w:rsidRPr="5985BEBA" w:rsidR="5985BEBA">
        <w:rPr>
          <w:i w:val="0"/>
          <w:iCs w:val="0"/>
          <w:color w:val="1F497D" w:themeColor="text2" w:themeTint="FF" w:themeShade="FF"/>
          <w:sz w:val="20"/>
          <w:szCs w:val="20"/>
        </w:rPr>
        <w:t>Complete where applicable for learners under 18.</w:t>
      </w:r>
    </w:p>
    <w:p w:rsidR="5985BEBA" w:rsidP="5985BEBA" w:rsidRDefault="5985BEBA" w14:paraId="717B92DB" w14:textId="5BC98880">
      <w:pPr>
        <w:rPr>
          <w:i w:val="0"/>
          <w:iCs w:val="0"/>
          <w:color w:val="1F497D" w:themeColor="text2" w:themeTint="FF" w:themeShade="FF"/>
          <w:sz w:val="20"/>
          <w:szCs w:val="20"/>
        </w:rPr>
      </w:pPr>
      <w:r w:rsidRPr="5985BEBA" w:rsidR="5985BEBA">
        <w:rPr>
          <w:i w:val="0"/>
          <w:iCs w:val="0"/>
          <w:color w:val="1F497D" w:themeColor="text2" w:themeTint="FF" w:themeShade="FF"/>
          <w:sz w:val="20"/>
          <w:szCs w:val="20"/>
        </w:rPr>
        <w:t>I confirm that I am the parent or legal guardian of the learner named above and that I have reviewed the relevant course information and learner documentation.</w:t>
      </w:r>
      <w:r w:rsidRPr="5985BEBA" w:rsidR="3D834F7F">
        <w:rPr>
          <w:i w:val="0"/>
          <w:iCs w:val="0"/>
          <w:color w:val="1F497D" w:themeColor="text2" w:themeTint="FF" w:themeShade="FF"/>
          <w:sz w:val="20"/>
          <w:szCs w:val="20"/>
        </w:rPr>
        <w:t xml:space="preserve"> </w:t>
      </w:r>
      <w:r w:rsidRPr="5985BEBA" w:rsidR="3D834F7F">
        <w:rPr>
          <w:i w:val="0"/>
          <w:iCs w:val="0"/>
          <w:color w:val="1F497D" w:themeColor="text2" w:themeTint="FF" w:themeShade="FF"/>
          <w:sz w:val="20"/>
          <w:szCs w:val="20"/>
        </w:rPr>
        <w:t xml:space="preserve">There will be a </w:t>
      </w:r>
      <w:r w:rsidRPr="5985BEBA" w:rsidR="10A15B22">
        <w:rPr>
          <w:i w:val="0"/>
          <w:iCs w:val="0"/>
          <w:color w:val="1F497D" w:themeColor="text2" w:themeTint="FF" w:themeShade="FF"/>
          <w:sz w:val="20"/>
          <w:szCs w:val="20"/>
        </w:rPr>
        <w:t>“</w:t>
      </w:r>
      <w:r w:rsidRPr="5985BEBA" w:rsidR="3D834F7F">
        <w:rPr>
          <w:i w:val="0"/>
          <w:iCs w:val="0"/>
          <w:color w:val="1F497D" w:themeColor="text2" w:themeTint="FF" w:themeShade="FF"/>
          <w:sz w:val="20"/>
          <w:szCs w:val="20"/>
        </w:rPr>
        <w:t>DUTY OF CARE</w:t>
      </w:r>
      <w:r w:rsidRPr="5985BEBA" w:rsidR="10AD4E8F">
        <w:rPr>
          <w:i w:val="0"/>
          <w:iCs w:val="0"/>
          <w:color w:val="1F497D" w:themeColor="text2" w:themeTint="FF" w:themeShade="FF"/>
          <w:sz w:val="20"/>
          <w:szCs w:val="20"/>
        </w:rPr>
        <w:t>”</w:t>
      </w:r>
      <w:r w:rsidRPr="5985BEBA" w:rsidR="3D834F7F">
        <w:rPr>
          <w:i w:val="0"/>
          <w:iCs w:val="0"/>
          <w:color w:val="1F497D" w:themeColor="text2" w:themeTint="FF" w:themeShade="FF"/>
          <w:sz w:val="20"/>
          <w:szCs w:val="20"/>
        </w:rPr>
        <w:t xml:space="preserve"> form sent </w:t>
      </w:r>
      <w:r w:rsidRPr="5985BEBA" w:rsidR="3D834F7F">
        <w:rPr>
          <w:i w:val="0"/>
          <w:iCs w:val="0"/>
          <w:color w:val="1F497D" w:themeColor="text2" w:themeTint="FF" w:themeShade="FF"/>
          <w:sz w:val="20"/>
          <w:szCs w:val="20"/>
        </w:rPr>
        <w:t xml:space="preserve">out </w:t>
      </w:r>
      <w:r w:rsidRPr="5985BEBA" w:rsidR="76F090E3">
        <w:rPr>
          <w:i w:val="0"/>
          <w:iCs w:val="0"/>
          <w:color w:val="1F497D" w:themeColor="text2" w:themeTint="FF" w:themeShade="FF"/>
          <w:sz w:val="20"/>
          <w:szCs w:val="20"/>
        </w:rPr>
        <w:t>with</w:t>
      </w:r>
      <w:r w:rsidRPr="5985BEBA" w:rsidR="3D834F7F">
        <w:rPr>
          <w:i w:val="0"/>
          <w:iCs w:val="0"/>
          <w:color w:val="1F497D" w:themeColor="text2" w:themeTint="FF" w:themeShade="FF"/>
          <w:sz w:val="20"/>
          <w:szCs w:val="20"/>
        </w:rPr>
        <w:t xml:space="preserve"> </w:t>
      </w:r>
      <w:r w:rsidRPr="5985BEBA" w:rsidR="1494F656">
        <w:rPr>
          <w:i w:val="0"/>
          <w:iCs w:val="0"/>
          <w:color w:val="1F497D" w:themeColor="text2" w:themeTint="FF" w:themeShade="FF"/>
          <w:sz w:val="20"/>
          <w:szCs w:val="20"/>
        </w:rPr>
        <w:t xml:space="preserve">other relevant onboarding documents </w:t>
      </w:r>
      <w:r w:rsidRPr="5985BEBA" w:rsidR="3D834F7F">
        <w:rPr>
          <w:i w:val="0"/>
          <w:iCs w:val="0"/>
          <w:color w:val="1F497D" w:themeColor="text2" w:themeTint="FF" w:themeShade="FF"/>
          <w:sz w:val="20"/>
          <w:szCs w:val="20"/>
        </w:rPr>
        <w:t>covering more details</w:t>
      </w:r>
      <w:r w:rsidRPr="5985BEBA" w:rsidR="6911D037">
        <w:rPr>
          <w:i w:val="0"/>
          <w:iCs w:val="0"/>
          <w:color w:val="1F497D" w:themeColor="text2" w:themeTint="FF" w:themeShade="FF"/>
          <w:sz w:val="20"/>
          <w:szCs w:val="20"/>
        </w:rPr>
        <w:t xml:space="preserve">. </w:t>
      </w:r>
    </w:p>
    <w:p xmlns:wp14="http://schemas.microsoft.com/office/word/2010/wordml" w14:paraId="7843329B" wp14:textId="77777777">
      <w:pPr>
        <w:spacing w:after="40"/>
      </w:pPr>
      <w:r>
        <w:rPr>
          <w:b/>
        </w:rPr>
        <w:t>Parent / Guardian Full Name</w:t>
      </w:r>
    </w:p>
    <w:p xmlns:wp14="http://schemas.microsoft.com/office/word/2010/wordml" w14:paraId="3CCC0335" wp14:textId="77777777">
      <w:r>
        <w:t>____________________________________________________________________</w:t>
      </w:r>
    </w:p>
    <w:p xmlns:wp14="http://schemas.microsoft.com/office/word/2010/wordml" w14:paraId="6F4FE561" wp14:textId="77777777">
      <w:pPr>
        <w:spacing w:after="40"/>
      </w:pPr>
      <w:r>
        <w:rPr>
          <w:b/>
        </w:rPr>
        <w:t>Relationship to Learner</w:t>
      </w:r>
    </w:p>
    <w:p xmlns:wp14="http://schemas.microsoft.com/office/word/2010/wordml" w:rsidP="5985BEBA" w14:paraId="3ACF26AE" wp14:textId="70495D17">
      <w:pPr>
        <w:pStyle w:val="Normal"/>
      </w:pPr>
      <w:r w:rsidR="5985BEBA">
        <w:rPr/>
        <w:t>____________________________________________________________________</w:t>
      </w:r>
    </w:p>
    <w:p xmlns:wp14="http://schemas.microsoft.com/office/word/2010/wordml" w14:paraId="70FDC5FE" wp14:textId="77777777">
      <w:pPr>
        <w:spacing w:after="40"/>
      </w:pPr>
      <w:r>
        <w:rPr>
          <w:b/>
        </w:rPr>
        <w:t>Signature / Electronic Confirmation</w:t>
      </w:r>
    </w:p>
    <w:p xmlns:wp14="http://schemas.microsoft.com/office/word/2010/wordml" w14:paraId="7F2C0DF7" wp14:textId="0AA5DAB5">
      <w:r w:rsidR="5985BEBA">
        <w:rPr/>
        <w:t>____________________________________________________________________</w:t>
      </w:r>
    </w:p>
    <w:p xmlns:wp14="http://schemas.microsoft.com/office/word/2010/wordml" w14:paraId="491072FA" wp14:textId="77777777">
      <w:pPr>
        <w:spacing w:after="40"/>
      </w:pPr>
      <w:r>
        <w:rPr>
          <w:b/>
        </w:rPr>
        <w:t>Date</w:t>
      </w:r>
    </w:p>
    <w:p xmlns:wp14="http://schemas.microsoft.com/office/word/2010/wordml" w14:paraId="6E00ABDC" wp14:textId="77777777">
      <w:r w:rsidR="113F3225">
        <w:rPr/>
        <w:t>____________________________________________________________________</w:t>
      </w:r>
    </w:p>
    <w:p w:rsidR="113F3225" w:rsidRDefault="113F3225" w14:paraId="6A09F4A6" w14:textId="55AC407C"/>
    <w:p xmlns:wp14="http://schemas.microsoft.com/office/word/2010/wordml" w14:paraId="456CA6D9" wp14:textId="2DDF7632">
      <w:pPr>
        <w:jc w:val="center"/>
      </w:pPr>
      <w:r w:rsidRPr="113F3225" w:rsidR="7CF2D20C">
        <w:rPr>
          <w:b w:val="1"/>
          <w:bCs w:val="1"/>
        </w:rPr>
        <w:t xml:space="preserve">IMPERIAL SWIMMING TEACHERS </w:t>
      </w:r>
      <w:r w:rsidRPr="113F3225" w:rsidR="113F3225">
        <w:rPr>
          <w:b w:val="1"/>
          <w:bCs w:val="1"/>
        </w:rPr>
        <w:t xml:space="preserve">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xmlns:wp14="http://schemas.microsoft.com/office/word/2010/wordml" w14:paraId="05DDC77B" wp14:textId="77777777">
        <w:tc>
          <w:tcPr>
            <w:tcW w:w="5112" w:type="dxa"/>
          </w:tcPr>
          <w:p w14:paraId="2403F839" wp14:textId="77777777">
            <w:r>
              <w:rPr>
                <w:b/>
              </w:rPr>
              <w:t>Form received:</w:t>
            </w:r>
          </w:p>
        </w:tc>
        <w:tc>
          <w:tcPr>
            <w:tcW w:w="5112" w:type="dxa"/>
          </w:tcPr>
          <w:p w14:paraId="58302BBE" wp14:textId="77777777">
            <w:r>
              <w:t>____________________________</w:t>
            </w:r>
          </w:p>
        </w:tc>
      </w:tr>
      <w:tr xmlns:wp14="http://schemas.microsoft.com/office/word/2010/wordml" w14:paraId="69981E8F" wp14:textId="77777777">
        <w:tc>
          <w:tcPr>
            <w:tcW w:w="5112" w:type="dxa"/>
          </w:tcPr>
          <w:p w14:paraId="5ACB6051" wp14:textId="77777777">
            <w:r>
              <w:rPr>
                <w:b/>
              </w:rPr>
              <w:t>Reviewed by:</w:t>
            </w:r>
          </w:p>
        </w:tc>
        <w:tc>
          <w:tcPr>
            <w:tcW w:w="5112" w:type="dxa"/>
          </w:tcPr>
          <w:p w14:paraId="469FA1A4" wp14:textId="77777777">
            <w:r>
              <w:t>____________________________</w:t>
            </w:r>
          </w:p>
        </w:tc>
      </w:tr>
      <w:tr xmlns:wp14="http://schemas.microsoft.com/office/word/2010/wordml" w14:paraId="3D002E30" wp14:textId="77777777">
        <w:tc>
          <w:tcPr>
            <w:tcW w:w="5112" w:type="dxa"/>
          </w:tcPr>
          <w:p w14:paraId="58EE69CC" wp14:textId="77777777">
            <w:r>
              <w:rPr>
                <w:b/>
              </w:rPr>
              <w:t>Date reviewed:</w:t>
            </w:r>
          </w:p>
        </w:tc>
        <w:tc>
          <w:tcPr>
            <w:tcW w:w="5112" w:type="dxa"/>
          </w:tcPr>
          <w:p w14:paraId="293E2EE4" wp14:textId="77777777">
            <w:r>
              <w:t>____________________________</w:t>
            </w:r>
          </w:p>
        </w:tc>
      </w:tr>
    </w:tbl>
    <w:sectPr w:rsidRPr="0006063C" w:rsidR="00FC693F" w:rsidSect="00034616">
      <w:pgSz w:w="12240" w:h="15840" w:orient="portrait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07F427"/>
    <w:rsid w:val="0784E5E4"/>
    <w:rsid w:val="080F8438"/>
    <w:rsid w:val="0950C3D5"/>
    <w:rsid w:val="0B351BD6"/>
    <w:rsid w:val="0CB03DCE"/>
    <w:rsid w:val="0CB03DCE"/>
    <w:rsid w:val="0DB356B7"/>
    <w:rsid w:val="10A15B22"/>
    <w:rsid w:val="10AD4E8F"/>
    <w:rsid w:val="113F3225"/>
    <w:rsid w:val="11C747E3"/>
    <w:rsid w:val="11C747E3"/>
    <w:rsid w:val="11E420F6"/>
    <w:rsid w:val="12E00F1D"/>
    <w:rsid w:val="130953FD"/>
    <w:rsid w:val="139EEE14"/>
    <w:rsid w:val="139EEE14"/>
    <w:rsid w:val="1494F656"/>
    <w:rsid w:val="14A272AE"/>
    <w:rsid w:val="14A9E093"/>
    <w:rsid w:val="157F6A4F"/>
    <w:rsid w:val="159D200B"/>
    <w:rsid w:val="1CCDA608"/>
    <w:rsid w:val="1CCDA608"/>
    <w:rsid w:val="1CCF1B17"/>
    <w:rsid w:val="1D6B1874"/>
    <w:rsid w:val="20B6D75F"/>
    <w:rsid w:val="21198B66"/>
    <w:rsid w:val="21198B66"/>
    <w:rsid w:val="25D8F498"/>
    <w:rsid w:val="25F8B389"/>
    <w:rsid w:val="2BC6AF03"/>
    <w:rsid w:val="2C489193"/>
    <w:rsid w:val="2C9B4F81"/>
    <w:rsid w:val="2D7C6073"/>
    <w:rsid w:val="31869916"/>
    <w:rsid w:val="32C4E3E5"/>
    <w:rsid w:val="3499B562"/>
    <w:rsid w:val="37E8EBA4"/>
    <w:rsid w:val="38A67713"/>
    <w:rsid w:val="3A34694A"/>
    <w:rsid w:val="3AF92FFB"/>
    <w:rsid w:val="3D834F7F"/>
    <w:rsid w:val="42BEA33E"/>
    <w:rsid w:val="42BEA33E"/>
    <w:rsid w:val="462EFDE9"/>
    <w:rsid w:val="4D76592E"/>
    <w:rsid w:val="4E0834E0"/>
    <w:rsid w:val="51AFF9CA"/>
    <w:rsid w:val="555F2893"/>
    <w:rsid w:val="55EC0C12"/>
    <w:rsid w:val="56183E00"/>
    <w:rsid w:val="567498D2"/>
    <w:rsid w:val="5985BEBA"/>
    <w:rsid w:val="5A8704B3"/>
    <w:rsid w:val="5FA59F2C"/>
    <w:rsid w:val="6132AC4C"/>
    <w:rsid w:val="61BFC5C0"/>
    <w:rsid w:val="61BFC5C0"/>
    <w:rsid w:val="61E70368"/>
    <w:rsid w:val="62EEEDEC"/>
    <w:rsid w:val="6651F5CE"/>
    <w:rsid w:val="66ED3051"/>
    <w:rsid w:val="66ED3051"/>
    <w:rsid w:val="6911D037"/>
    <w:rsid w:val="69E6A133"/>
    <w:rsid w:val="71264946"/>
    <w:rsid w:val="71C92DEC"/>
    <w:rsid w:val="730DBFEF"/>
    <w:rsid w:val="730DBFEF"/>
    <w:rsid w:val="75BBA05E"/>
    <w:rsid w:val="76F090E3"/>
    <w:rsid w:val="781CCBAE"/>
    <w:rsid w:val="7A9DD257"/>
    <w:rsid w:val="7AE4C5A9"/>
    <w:rsid w:val="7AE4C5A9"/>
    <w:rsid w:val="7BC9753F"/>
    <w:rsid w:val="7BC9753F"/>
    <w:rsid w:val="7C30F6E9"/>
    <w:rsid w:val="7CF2D20C"/>
    <w:rsid w:val="7F26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AC5F6725-EA16-4D19-9BC4-4B861072B53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uiPriority w:val="99"/>
    <w:name w:val="Hyperlink"/>
    <w:basedOn w:val="DefaultParagraphFont"/>
    <w:unhideWhenUsed/>
    <w:rsid w:val="5985BE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image" Target="/media/image.png" Id="rId1968916088" /><Relationship Type="http://schemas.openxmlformats.org/officeDocument/2006/relationships/image" Target="/media/image2.jpg" Id="rId715618418" /><Relationship Type="http://schemas.openxmlformats.org/officeDocument/2006/relationships/hyperlink" Target="mailto:info@imperialswimmingteachers.com" TargetMode="External" Id="R1eb5aa379f994b8f" /><Relationship Type="http://schemas.openxmlformats.org/officeDocument/2006/relationships/hyperlink" Target="mailto:info@imperialswimmingteachers.com" TargetMode="External" Id="Rcbd8a48ef37546d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Andy Irvine</lastModifiedBy>
  <revision>3</revision>
  <dcterms:created xsi:type="dcterms:W3CDTF">2013-12-23T23:15:00.0000000Z</dcterms:created>
  <dcterms:modified xsi:type="dcterms:W3CDTF">2026-09-14T12:41:01.1010867Z</dcterms:modified>
  <category/>
</coreProperties>
</file>