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00497" w14:textId="77777777" w:rsidR="00797A54" w:rsidRDefault="00000000">
      <w:pPr>
        <w:spacing w:after="160"/>
        <w:jc w:val="center"/>
      </w:pPr>
      <w:r>
        <w:rPr>
          <w:b/>
          <w:color w:val="36A8B4"/>
          <w:sz w:val="40"/>
        </w:rPr>
        <w:t>CSA Reaccreditation Reflective Submission 2026</w:t>
      </w:r>
    </w:p>
    <w:p w14:paraId="5A6CFA75" w14:textId="77777777" w:rsidR="00797A54" w:rsidRDefault="00000000">
      <w:pPr>
        <w:spacing w:after="160" w:line="252" w:lineRule="auto"/>
      </w:pPr>
      <w:r>
        <w:rPr>
          <w:color w:val="373737"/>
        </w:rPr>
        <w:t xml:space="preserve">This form is designed to help you gather your CSA reaccreditation reflections in one place. You do not need to complete it all in one sitting - you may download it, save it, </w:t>
      </w:r>
      <w:proofErr w:type="gramStart"/>
      <w:r>
        <w:rPr>
          <w:color w:val="373737"/>
        </w:rPr>
        <w:t>return to</w:t>
      </w:r>
      <w:proofErr w:type="gramEnd"/>
      <w:r>
        <w:rPr>
          <w:color w:val="373737"/>
        </w:rPr>
        <w:t xml:space="preserve"> it, and upload or email it when you are ready to submit.</w:t>
      </w:r>
    </w:p>
    <w:p w14:paraId="21D14009" w14:textId="77777777" w:rsidR="00797A54" w:rsidRDefault="00000000">
      <w:pPr>
        <w:spacing w:after="160" w:line="252" w:lineRule="auto"/>
      </w:pPr>
      <w:r>
        <w:rPr>
          <w:color w:val="373737"/>
        </w:rPr>
        <w:t>We are looking for a clear and thoughtful account of the supervision, learning and reflection that have supported your development as a coach supervisor this year. Please do not worry about producing a perfect academic document. We are interested in what has genuinely supported, challenged, shaped or deepened your practice.</w:t>
      </w:r>
    </w:p>
    <w:p w14:paraId="73925177" w14:textId="77777777" w:rsidR="00797A54" w:rsidRDefault="00000000">
      <w:pPr>
        <w:spacing w:before="160" w:after="80"/>
      </w:pPr>
      <w:r>
        <w:rPr>
          <w:b/>
          <w:color w:val="36A8B4"/>
          <w:sz w:val="32"/>
        </w:rPr>
        <w:t>Your details</w:t>
      </w:r>
    </w:p>
    <w:p w14:paraId="4F4C24E9" w14:textId="77777777" w:rsidR="00797A54" w:rsidRDefault="00000000">
      <w:pPr>
        <w:spacing w:after="40"/>
      </w:pPr>
      <w:r>
        <w:rPr>
          <w:b/>
          <w:color w:val="373737"/>
        </w:rPr>
        <w:t>Name:</w:t>
      </w:r>
    </w:p>
    <w:p w14:paraId="3730E107" w14:textId="77777777" w:rsidR="00797A54" w:rsidRDefault="00797A54">
      <w:pPr>
        <w:pBdr>
          <w:bottom w:val="single" w:sz="6" w:space="1" w:color="BFBFBF"/>
        </w:pBdr>
        <w:spacing w:after="140"/>
      </w:pPr>
    </w:p>
    <w:p w14:paraId="69358FF9" w14:textId="77777777" w:rsidR="00797A54" w:rsidRDefault="00000000">
      <w:pPr>
        <w:spacing w:after="40"/>
      </w:pPr>
      <w:r>
        <w:rPr>
          <w:b/>
          <w:color w:val="373737"/>
        </w:rPr>
        <w:t>Email address:</w:t>
      </w:r>
    </w:p>
    <w:p w14:paraId="46E139C5" w14:textId="77777777" w:rsidR="00797A54" w:rsidRDefault="00797A54">
      <w:pPr>
        <w:pBdr>
          <w:bottom w:val="single" w:sz="6" w:space="1" w:color="BFBFBF"/>
        </w:pBdr>
        <w:spacing w:after="140"/>
      </w:pPr>
    </w:p>
    <w:p w14:paraId="49720D23" w14:textId="77777777" w:rsidR="00797A54" w:rsidRDefault="00000000">
      <w:pPr>
        <w:spacing w:after="40"/>
      </w:pPr>
      <w:r>
        <w:rPr>
          <w:b/>
          <w:color w:val="373737"/>
        </w:rPr>
        <w:t>Current supervision context:</w:t>
      </w:r>
    </w:p>
    <w:p w14:paraId="32613B23" w14:textId="77777777" w:rsidR="00797A54" w:rsidRDefault="00797A54">
      <w:pPr>
        <w:pBdr>
          <w:bottom w:val="single" w:sz="6" w:space="1" w:color="BFBFBF"/>
        </w:pBdr>
        <w:spacing w:after="140"/>
      </w:pPr>
    </w:p>
    <w:p w14:paraId="57267DF6" w14:textId="77777777" w:rsidR="00797A54" w:rsidRDefault="00797A54">
      <w:pPr>
        <w:pBdr>
          <w:bottom w:val="single" w:sz="6" w:space="1" w:color="BFBFBF"/>
        </w:pBdr>
        <w:spacing w:after="140"/>
      </w:pPr>
    </w:p>
    <w:p w14:paraId="7ABB34CF" w14:textId="77777777" w:rsidR="00797A54" w:rsidRDefault="00000000">
      <w:pPr>
        <w:spacing w:after="80" w:line="252" w:lineRule="auto"/>
      </w:pPr>
      <w:r>
        <w:rPr>
          <w:i/>
          <w:color w:val="737373"/>
          <w:sz w:val="19"/>
        </w:rPr>
        <w:t xml:space="preserve">Please briefly describe where and how you are currently practising as a coach supervisor. For example: individual supervision, group supervision, team coaching supervision, internal or external work, or </w:t>
      </w:r>
      <w:proofErr w:type="gramStart"/>
      <w:r>
        <w:rPr>
          <w:i/>
          <w:color w:val="737373"/>
          <w:sz w:val="19"/>
        </w:rPr>
        <w:t>particular sectors</w:t>
      </w:r>
      <w:proofErr w:type="gramEnd"/>
      <w:r>
        <w:rPr>
          <w:i/>
          <w:color w:val="737373"/>
          <w:sz w:val="19"/>
        </w:rPr>
        <w:t>, communities or contexts.</w:t>
      </w:r>
    </w:p>
    <w:p w14:paraId="7AE5DF5C" w14:textId="77777777" w:rsidR="00797A54" w:rsidRDefault="00000000">
      <w:pPr>
        <w:spacing w:before="160" w:after="80"/>
      </w:pPr>
      <w:r>
        <w:rPr>
          <w:b/>
          <w:color w:val="36A8B4"/>
          <w:sz w:val="32"/>
        </w:rPr>
        <w:t>Requirement 1: Your own supervision this year</w:t>
      </w:r>
    </w:p>
    <w:p w14:paraId="5FB6B77E" w14:textId="77777777" w:rsidR="00797A54" w:rsidRDefault="00000000">
      <w:pPr>
        <w:spacing w:after="120" w:line="252" w:lineRule="auto"/>
      </w:pPr>
      <w:r>
        <w:rPr>
          <w:color w:val="373737"/>
        </w:rPr>
        <w:t xml:space="preserve">Please record at least </w:t>
      </w:r>
      <w:r>
        <w:rPr>
          <w:b/>
          <w:color w:val="373737"/>
        </w:rPr>
        <w:t>4 hours</w:t>
      </w:r>
      <w:r>
        <w:rPr>
          <w:color w:val="373737"/>
        </w:rPr>
        <w:t xml:space="preserve"> of your own supervision received during the year. You may include up to </w:t>
      </w:r>
      <w:r>
        <w:rPr>
          <w:b/>
          <w:color w:val="373737"/>
        </w:rPr>
        <w:t>10 hours</w:t>
      </w:r>
      <w:r>
        <w:rPr>
          <w:color w:val="373737"/>
        </w:rPr>
        <w:t xml:space="preserve"> of received supervision towards your annual reaccreditation total.</w:t>
      </w:r>
    </w:p>
    <w:p w14:paraId="7FAA4C57" w14:textId="77777777" w:rsidR="00797A54" w:rsidRDefault="00000000">
      <w:pPr>
        <w:spacing w:after="160" w:line="252" w:lineRule="auto"/>
      </w:pPr>
      <w:r>
        <w:rPr>
          <w:color w:val="373737"/>
        </w:rPr>
        <w:t>This may include individual supervision, group supervision, or a combination of both, provided it was led by a professional coach supervisor.</w:t>
      </w:r>
    </w:p>
    <w:p w14:paraId="433F9134" w14:textId="77777777" w:rsidR="00797A54" w:rsidRDefault="00000000">
      <w:pPr>
        <w:spacing w:after="40"/>
      </w:pPr>
      <w:r>
        <w:rPr>
          <w:b/>
          <w:color w:val="373737"/>
        </w:rPr>
        <w:t>Supervisor name(s):</w:t>
      </w:r>
    </w:p>
    <w:p w14:paraId="78B24B6F" w14:textId="77777777" w:rsidR="00797A54" w:rsidRDefault="00797A54">
      <w:pPr>
        <w:pBdr>
          <w:bottom w:val="single" w:sz="6" w:space="1" w:color="BFBFBF"/>
        </w:pBdr>
        <w:spacing w:after="140"/>
      </w:pPr>
    </w:p>
    <w:p w14:paraId="6B04CF77" w14:textId="77777777" w:rsidR="00797A54" w:rsidRDefault="00000000">
      <w:pPr>
        <w:spacing w:after="40"/>
      </w:pPr>
      <w:r>
        <w:rPr>
          <w:b/>
          <w:color w:val="373737"/>
        </w:rPr>
        <w:t>Type of supervision (individual / group / both):</w:t>
      </w:r>
    </w:p>
    <w:p w14:paraId="32980909" w14:textId="77777777" w:rsidR="00797A54" w:rsidRDefault="00797A54">
      <w:pPr>
        <w:pBdr>
          <w:bottom w:val="single" w:sz="6" w:space="1" w:color="BFBFBF"/>
        </w:pBdr>
        <w:spacing w:after="140"/>
      </w:pPr>
    </w:p>
    <w:p w14:paraId="0D9F5B0A" w14:textId="77777777" w:rsidR="00797A54" w:rsidRDefault="00000000">
      <w:pPr>
        <w:spacing w:after="40"/>
      </w:pPr>
      <w:r>
        <w:rPr>
          <w:b/>
          <w:color w:val="373737"/>
        </w:rPr>
        <w:t>Approximate dates or period:</w:t>
      </w:r>
    </w:p>
    <w:p w14:paraId="35744E06" w14:textId="77777777" w:rsidR="00797A54" w:rsidRDefault="00797A54">
      <w:pPr>
        <w:pBdr>
          <w:bottom w:val="single" w:sz="6" w:space="1" w:color="BFBFBF"/>
        </w:pBdr>
        <w:spacing w:after="140"/>
      </w:pPr>
    </w:p>
    <w:p w14:paraId="49E20948" w14:textId="77777777" w:rsidR="00797A54" w:rsidRDefault="00000000">
      <w:pPr>
        <w:spacing w:after="40"/>
      </w:pPr>
      <w:r>
        <w:rPr>
          <w:b/>
          <w:color w:val="373737"/>
        </w:rPr>
        <w:t>Total hours received:</w:t>
      </w:r>
    </w:p>
    <w:p w14:paraId="7F8AE578" w14:textId="77777777" w:rsidR="00797A54" w:rsidRDefault="00797A54">
      <w:pPr>
        <w:pBdr>
          <w:bottom w:val="single" w:sz="6" w:space="1" w:color="BFBFBF"/>
        </w:pBdr>
        <w:spacing w:after="140"/>
      </w:pPr>
    </w:p>
    <w:p w14:paraId="0E923664" w14:textId="77777777" w:rsidR="00797A54" w:rsidRDefault="00000000">
      <w:pPr>
        <w:spacing w:after="40"/>
      </w:pPr>
      <w:r>
        <w:rPr>
          <w:b/>
          <w:color w:val="373737"/>
        </w:rPr>
        <w:t>In a few words, what has your own supervision supported, challenged or developed in you this year?</w:t>
      </w:r>
    </w:p>
    <w:p w14:paraId="1A3D4F4E" w14:textId="77777777" w:rsidR="00797A54" w:rsidRDefault="00797A54">
      <w:pPr>
        <w:pBdr>
          <w:bottom w:val="single" w:sz="6" w:space="1" w:color="BFBFBF"/>
        </w:pBdr>
        <w:spacing w:after="140"/>
      </w:pPr>
    </w:p>
    <w:p w14:paraId="3D1826EC" w14:textId="77777777" w:rsidR="00797A54" w:rsidRDefault="00797A54">
      <w:pPr>
        <w:pBdr>
          <w:bottom w:val="single" w:sz="6" w:space="1" w:color="BFBFBF"/>
        </w:pBdr>
        <w:spacing w:after="140"/>
      </w:pPr>
    </w:p>
    <w:p w14:paraId="567ADE7B" w14:textId="77777777" w:rsidR="00166EE5" w:rsidRDefault="00166EE5">
      <w:pPr>
        <w:pBdr>
          <w:bottom w:val="single" w:sz="6" w:space="1" w:color="BFBFBF"/>
        </w:pBdr>
        <w:spacing w:after="140"/>
      </w:pPr>
    </w:p>
    <w:p w14:paraId="6299FF6D" w14:textId="77777777" w:rsidR="00797A54" w:rsidRDefault="00797A54">
      <w:pPr>
        <w:pBdr>
          <w:bottom w:val="single" w:sz="6" w:space="1" w:color="BFBFBF"/>
        </w:pBdr>
        <w:spacing w:after="140"/>
      </w:pPr>
    </w:p>
    <w:p w14:paraId="2BFF8942" w14:textId="77777777" w:rsidR="00797A54" w:rsidRDefault="00000000">
      <w:pPr>
        <w:spacing w:before="160" w:after="80"/>
      </w:pPr>
      <w:r>
        <w:rPr>
          <w:b/>
          <w:color w:val="36A8B4"/>
          <w:sz w:val="32"/>
        </w:rPr>
        <w:lastRenderedPageBreak/>
        <w:t>Requirement 2: Professional development and learning</w:t>
      </w:r>
    </w:p>
    <w:p w14:paraId="05417ED9" w14:textId="77777777" w:rsidR="00797A54" w:rsidRDefault="00000000">
      <w:pPr>
        <w:spacing w:after="120" w:line="252" w:lineRule="auto"/>
      </w:pPr>
      <w:r>
        <w:rPr>
          <w:color w:val="373737"/>
        </w:rPr>
        <w:t xml:space="preserve">Your annual reaccreditation submission needs to show at least </w:t>
      </w:r>
      <w:r>
        <w:rPr>
          <w:b/>
          <w:color w:val="373737"/>
        </w:rPr>
        <w:t>30 hours of continuing professional development in total</w:t>
      </w:r>
      <w:r>
        <w:rPr>
          <w:color w:val="373737"/>
        </w:rPr>
        <w:t>.</w:t>
      </w:r>
    </w:p>
    <w:p w14:paraId="3CAC0474" w14:textId="77777777" w:rsidR="00797A54" w:rsidRDefault="00000000">
      <w:pPr>
        <w:spacing w:after="160" w:line="252" w:lineRule="auto"/>
      </w:pPr>
      <w:r>
        <w:rPr>
          <w:color w:val="373737"/>
        </w:rPr>
        <w:t xml:space="preserve">This total must include at least </w:t>
      </w:r>
      <w:r>
        <w:rPr>
          <w:b/>
          <w:color w:val="373737"/>
        </w:rPr>
        <w:t>4 hours of your own supervision</w:t>
      </w:r>
      <w:r>
        <w:rPr>
          <w:color w:val="373737"/>
        </w:rPr>
        <w:t xml:space="preserve">. You may </w:t>
      </w:r>
      <w:proofErr w:type="gramStart"/>
      <w:r>
        <w:rPr>
          <w:color w:val="373737"/>
        </w:rPr>
        <w:t>count up</w:t>
      </w:r>
      <w:proofErr w:type="gramEnd"/>
      <w:r>
        <w:rPr>
          <w:color w:val="373737"/>
        </w:rPr>
        <w:t xml:space="preserve"> to </w:t>
      </w:r>
      <w:r>
        <w:rPr>
          <w:b/>
          <w:color w:val="373737"/>
        </w:rPr>
        <w:t>10 hours</w:t>
      </w:r>
      <w:r>
        <w:rPr>
          <w:color w:val="373737"/>
        </w:rPr>
        <w:t xml:space="preserve"> of your own supervision towards the 30-hour total. The remaining hours should come from professional development and learning that has supported your growth as a coach supervisor.</w:t>
      </w:r>
    </w:p>
    <w:p w14:paraId="2E33A3C5" w14:textId="77777777" w:rsidR="00797A54" w:rsidRDefault="00000000">
      <w:pPr>
        <w:spacing w:after="160" w:line="252" w:lineRule="auto"/>
      </w:pPr>
      <w:r>
        <w:rPr>
          <w:color w:val="373737"/>
        </w:rPr>
        <w:t>Professional development can include courses, conferences, CSA events, peer supervision groups, webinars, reading, podcasts, reflective writing, professional conversations, videos, or other meaningful learning experiences. We are interested in anything that has genuinely supported, shaped or deepened your practice as a coach supervisor.</w:t>
      </w:r>
    </w:p>
    <w:p w14:paraId="0E1E76F0" w14:textId="77777777" w:rsidR="00797A54" w:rsidRDefault="00000000">
      <w:pPr>
        <w:spacing w:after="160" w:line="252" w:lineRule="auto"/>
      </w:pPr>
      <w:r>
        <w:rPr>
          <w:color w:val="373737"/>
        </w:rPr>
        <w:t xml:space="preserve">Please do not simply give us a long list of books, webinars or events. Instead, tell us about the </w:t>
      </w:r>
      <w:r>
        <w:rPr>
          <w:b/>
          <w:color w:val="373737"/>
        </w:rPr>
        <w:t>key activities or learning experiences</w:t>
      </w:r>
      <w:r>
        <w:rPr>
          <w:color w:val="373737"/>
        </w:rPr>
        <w:t xml:space="preserve"> that have had the most positive impact on your practice. If you have read widely, for example, you may list the wider reading briefly, but please choose one or two items that had </w:t>
      </w:r>
      <w:proofErr w:type="gramStart"/>
      <w:r>
        <w:rPr>
          <w:color w:val="373737"/>
        </w:rPr>
        <w:t>particular impact</w:t>
      </w:r>
      <w:proofErr w:type="gramEnd"/>
      <w:r>
        <w:rPr>
          <w:color w:val="373737"/>
        </w:rPr>
        <w:t xml:space="preserve"> and tell us why.</w:t>
      </w:r>
    </w:p>
    <w:p w14:paraId="41C59BC5" w14:textId="77777777" w:rsidR="00797A54" w:rsidRDefault="00000000">
      <w:pPr>
        <w:spacing w:before="160" w:after="80"/>
      </w:pPr>
      <w:r>
        <w:rPr>
          <w:b/>
          <w:color w:val="36A8B4"/>
          <w:sz w:val="32"/>
        </w:rPr>
        <w:t>Key CPD / learning activities</w:t>
      </w:r>
    </w:p>
    <w:p w14:paraId="54F5B273" w14:textId="77777777" w:rsidR="00797A54" w:rsidRDefault="00000000">
      <w:pPr>
        <w:spacing w:before="120" w:after="80"/>
      </w:pPr>
      <w:r>
        <w:rPr>
          <w:b/>
          <w:color w:val="36A8B4"/>
          <w:sz w:val="26"/>
        </w:rPr>
        <w:t>Activity 1</w:t>
      </w:r>
    </w:p>
    <w:p w14:paraId="70CBD678" w14:textId="77777777" w:rsidR="00797A54" w:rsidRDefault="00000000">
      <w:pPr>
        <w:spacing w:after="40"/>
      </w:pPr>
      <w:r>
        <w:rPr>
          <w:b/>
          <w:color w:val="373737"/>
        </w:rPr>
        <w:t>Activity or learning experience:</w:t>
      </w:r>
    </w:p>
    <w:p w14:paraId="56EF9AA0" w14:textId="77777777" w:rsidR="00797A54" w:rsidRDefault="00797A54">
      <w:pPr>
        <w:pBdr>
          <w:bottom w:val="single" w:sz="6" w:space="1" w:color="BFBFBF"/>
        </w:pBdr>
        <w:spacing w:after="140"/>
      </w:pPr>
    </w:p>
    <w:p w14:paraId="410BCEA8" w14:textId="77777777" w:rsidR="00797A54" w:rsidRDefault="00000000">
      <w:pPr>
        <w:spacing w:after="40"/>
      </w:pPr>
      <w:r>
        <w:rPr>
          <w:b/>
          <w:color w:val="373737"/>
        </w:rPr>
        <w:t>Date or period:</w:t>
      </w:r>
    </w:p>
    <w:p w14:paraId="7D03D766" w14:textId="77777777" w:rsidR="00797A54" w:rsidRDefault="00797A54">
      <w:pPr>
        <w:pBdr>
          <w:bottom w:val="single" w:sz="6" w:space="1" w:color="BFBFBF"/>
        </w:pBdr>
        <w:spacing w:after="140"/>
      </w:pPr>
    </w:p>
    <w:p w14:paraId="176B5221" w14:textId="77777777" w:rsidR="00797A54" w:rsidRDefault="00000000">
      <w:pPr>
        <w:spacing w:after="40"/>
      </w:pPr>
      <w:r>
        <w:rPr>
          <w:b/>
          <w:color w:val="373737"/>
        </w:rPr>
        <w:t>Approximate hours:</w:t>
      </w:r>
    </w:p>
    <w:p w14:paraId="0B3A6906" w14:textId="77777777" w:rsidR="00797A54" w:rsidRDefault="00797A54">
      <w:pPr>
        <w:pBdr>
          <w:bottom w:val="single" w:sz="6" w:space="1" w:color="BFBFBF"/>
        </w:pBdr>
        <w:spacing w:after="140"/>
      </w:pPr>
    </w:p>
    <w:p w14:paraId="5ADBC506" w14:textId="77777777" w:rsidR="00797A54" w:rsidRDefault="00000000">
      <w:pPr>
        <w:spacing w:after="40"/>
      </w:pPr>
      <w:r>
        <w:rPr>
          <w:b/>
          <w:color w:val="373737"/>
        </w:rPr>
        <w:t xml:space="preserve">What was the key </w:t>
      </w:r>
      <w:proofErr w:type="gramStart"/>
      <w:r>
        <w:rPr>
          <w:b/>
          <w:color w:val="373737"/>
        </w:rPr>
        <w:t>learning</w:t>
      </w:r>
      <w:proofErr w:type="gramEnd"/>
      <w:r>
        <w:rPr>
          <w:b/>
          <w:color w:val="373737"/>
        </w:rPr>
        <w:t xml:space="preserve"> or impact on your supervision practice?</w:t>
      </w:r>
    </w:p>
    <w:p w14:paraId="3C2259B6" w14:textId="77777777" w:rsidR="00797A54" w:rsidRDefault="00797A54">
      <w:pPr>
        <w:pBdr>
          <w:bottom w:val="single" w:sz="6" w:space="1" w:color="BFBFBF"/>
        </w:pBdr>
        <w:spacing w:after="140"/>
      </w:pPr>
    </w:p>
    <w:p w14:paraId="0CD86F7D" w14:textId="77777777" w:rsidR="00797A54" w:rsidRDefault="00797A54">
      <w:pPr>
        <w:pBdr>
          <w:bottom w:val="single" w:sz="6" w:space="1" w:color="BFBFBF"/>
        </w:pBdr>
        <w:spacing w:after="140"/>
      </w:pPr>
    </w:p>
    <w:p w14:paraId="6639D61D" w14:textId="77777777" w:rsidR="00797A54" w:rsidRDefault="00797A54">
      <w:pPr>
        <w:pBdr>
          <w:bottom w:val="single" w:sz="6" w:space="1" w:color="BFBFBF"/>
        </w:pBdr>
        <w:spacing w:after="140"/>
      </w:pPr>
    </w:p>
    <w:p w14:paraId="53D81038" w14:textId="77777777" w:rsidR="00797A54" w:rsidRDefault="00000000">
      <w:pPr>
        <w:spacing w:before="120" w:after="80"/>
      </w:pPr>
      <w:r>
        <w:rPr>
          <w:b/>
          <w:color w:val="36A8B4"/>
          <w:sz w:val="26"/>
        </w:rPr>
        <w:t>Activity 2</w:t>
      </w:r>
    </w:p>
    <w:p w14:paraId="22F30D96" w14:textId="77777777" w:rsidR="00797A54" w:rsidRDefault="00000000">
      <w:pPr>
        <w:spacing w:after="40"/>
      </w:pPr>
      <w:r>
        <w:rPr>
          <w:b/>
          <w:color w:val="373737"/>
        </w:rPr>
        <w:t>Activity or learning experience:</w:t>
      </w:r>
    </w:p>
    <w:p w14:paraId="615CF3C7" w14:textId="77777777" w:rsidR="00797A54" w:rsidRDefault="00797A54">
      <w:pPr>
        <w:pBdr>
          <w:bottom w:val="single" w:sz="6" w:space="1" w:color="BFBFBF"/>
        </w:pBdr>
        <w:spacing w:after="140"/>
      </w:pPr>
    </w:p>
    <w:p w14:paraId="460113A7" w14:textId="77777777" w:rsidR="00797A54" w:rsidRDefault="00000000">
      <w:pPr>
        <w:spacing w:after="40"/>
      </w:pPr>
      <w:r>
        <w:rPr>
          <w:b/>
          <w:color w:val="373737"/>
        </w:rPr>
        <w:t>Date or period:</w:t>
      </w:r>
    </w:p>
    <w:p w14:paraId="325BB8E6" w14:textId="77777777" w:rsidR="00797A54" w:rsidRDefault="00797A54">
      <w:pPr>
        <w:pBdr>
          <w:bottom w:val="single" w:sz="6" w:space="1" w:color="BFBFBF"/>
        </w:pBdr>
        <w:spacing w:after="140"/>
      </w:pPr>
    </w:p>
    <w:p w14:paraId="03D1111F" w14:textId="77777777" w:rsidR="00797A54" w:rsidRDefault="00000000">
      <w:pPr>
        <w:spacing w:after="40"/>
      </w:pPr>
      <w:r>
        <w:rPr>
          <w:b/>
          <w:color w:val="373737"/>
        </w:rPr>
        <w:t>Approximate hours:</w:t>
      </w:r>
    </w:p>
    <w:p w14:paraId="068A8345" w14:textId="77777777" w:rsidR="00797A54" w:rsidRDefault="00797A54">
      <w:pPr>
        <w:pBdr>
          <w:bottom w:val="single" w:sz="6" w:space="1" w:color="BFBFBF"/>
        </w:pBdr>
        <w:spacing w:after="140"/>
      </w:pPr>
    </w:p>
    <w:p w14:paraId="0ADA999A" w14:textId="77777777" w:rsidR="00797A54" w:rsidRDefault="00000000">
      <w:pPr>
        <w:spacing w:after="40"/>
      </w:pPr>
      <w:r>
        <w:rPr>
          <w:b/>
          <w:color w:val="373737"/>
        </w:rPr>
        <w:t xml:space="preserve">What was the key </w:t>
      </w:r>
      <w:proofErr w:type="gramStart"/>
      <w:r>
        <w:rPr>
          <w:b/>
          <w:color w:val="373737"/>
        </w:rPr>
        <w:t>learning</w:t>
      </w:r>
      <w:proofErr w:type="gramEnd"/>
      <w:r>
        <w:rPr>
          <w:b/>
          <w:color w:val="373737"/>
        </w:rPr>
        <w:t xml:space="preserve"> or impact on your supervision practice?</w:t>
      </w:r>
    </w:p>
    <w:p w14:paraId="7F4370DF" w14:textId="77777777" w:rsidR="00797A54" w:rsidRDefault="00797A54">
      <w:pPr>
        <w:pBdr>
          <w:bottom w:val="single" w:sz="6" w:space="1" w:color="BFBFBF"/>
        </w:pBdr>
        <w:spacing w:after="140"/>
      </w:pPr>
    </w:p>
    <w:p w14:paraId="594E2999" w14:textId="77777777" w:rsidR="00797A54" w:rsidRDefault="00797A54">
      <w:pPr>
        <w:pBdr>
          <w:bottom w:val="single" w:sz="6" w:space="1" w:color="BFBFBF"/>
        </w:pBdr>
        <w:spacing w:after="140"/>
      </w:pPr>
    </w:p>
    <w:p w14:paraId="269EC5E6" w14:textId="77777777" w:rsidR="00797A54" w:rsidRDefault="00797A54">
      <w:pPr>
        <w:pBdr>
          <w:bottom w:val="single" w:sz="6" w:space="1" w:color="BFBFBF"/>
        </w:pBdr>
        <w:spacing w:after="140"/>
      </w:pPr>
    </w:p>
    <w:p w14:paraId="341AD0F0" w14:textId="77777777" w:rsidR="00797A54" w:rsidRDefault="00000000">
      <w:pPr>
        <w:spacing w:before="120" w:after="80"/>
      </w:pPr>
      <w:r>
        <w:rPr>
          <w:b/>
          <w:color w:val="36A8B4"/>
          <w:sz w:val="26"/>
        </w:rPr>
        <w:lastRenderedPageBreak/>
        <w:t>Activity 3</w:t>
      </w:r>
    </w:p>
    <w:p w14:paraId="03CE4C80" w14:textId="77777777" w:rsidR="00797A54" w:rsidRDefault="00000000">
      <w:pPr>
        <w:spacing w:after="40"/>
      </w:pPr>
      <w:r>
        <w:rPr>
          <w:b/>
          <w:color w:val="373737"/>
        </w:rPr>
        <w:t>Activity or learning experience:</w:t>
      </w:r>
    </w:p>
    <w:p w14:paraId="1C597EA7" w14:textId="77777777" w:rsidR="00797A54" w:rsidRDefault="00797A54">
      <w:pPr>
        <w:pBdr>
          <w:bottom w:val="single" w:sz="6" w:space="1" w:color="BFBFBF"/>
        </w:pBdr>
        <w:spacing w:after="140"/>
      </w:pPr>
    </w:p>
    <w:p w14:paraId="305C9054" w14:textId="77777777" w:rsidR="00797A54" w:rsidRDefault="00000000">
      <w:pPr>
        <w:spacing w:after="40"/>
      </w:pPr>
      <w:r>
        <w:rPr>
          <w:b/>
          <w:color w:val="373737"/>
        </w:rPr>
        <w:t>Date or period:</w:t>
      </w:r>
    </w:p>
    <w:p w14:paraId="6A19C12D" w14:textId="77777777" w:rsidR="00797A54" w:rsidRDefault="00797A54">
      <w:pPr>
        <w:pBdr>
          <w:bottom w:val="single" w:sz="6" w:space="1" w:color="BFBFBF"/>
        </w:pBdr>
        <w:spacing w:after="140"/>
      </w:pPr>
    </w:p>
    <w:p w14:paraId="7914D34E" w14:textId="77777777" w:rsidR="00797A54" w:rsidRDefault="00000000">
      <w:pPr>
        <w:spacing w:after="40"/>
      </w:pPr>
      <w:r>
        <w:rPr>
          <w:b/>
          <w:color w:val="373737"/>
        </w:rPr>
        <w:t>Approximate hours:</w:t>
      </w:r>
    </w:p>
    <w:p w14:paraId="2EFB501F" w14:textId="77777777" w:rsidR="00797A54" w:rsidRDefault="00797A54">
      <w:pPr>
        <w:pBdr>
          <w:bottom w:val="single" w:sz="6" w:space="1" w:color="BFBFBF"/>
        </w:pBdr>
        <w:spacing w:after="140"/>
      </w:pPr>
    </w:p>
    <w:p w14:paraId="7A3D879B" w14:textId="77777777" w:rsidR="00797A54" w:rsidRDefault="00000000">
      <w:pPr>
        <w:spacing w:after="40"/>
      </w:pPr>
      <w:r>
        <w:rPr>
          <w:b/>
          <w:color w:val="373737"/>
        </w:rPr>
        <w:t xml:space="preserve">What was the key </w:t>
      </w:r>
      <w:proofErr w:type="gramStart"/>
      <w:r>
        <w:rPr>
          <w:b/>
          <w:color w:val="373737"/>
        </w:rPr>
        <w:t>learning</w:t>
      </w:r>
      <w:proofErr w:type="gramEnd"/>
      <w:r>
        <w:rPr>
          <w:b/>
          <w:color w:val="373737"/>
        </w:rPr>
        <w:t xml:space="preserve"> or impact on your supervision practice?</w:t>
      </w:r>
    </w:p>
    <w:p w14:paraId="2588370D" w14:textId="77777777" w:rsidR="00797A54" w:rsidRDefault="00797A54">
      <w:pPr>
        <w:pBdr>
          <w:bottom w:val="single" w:sz="6" w:space="1" w:color="BFBFBF"/>
        </w:pBdr>
        <w:spacing w:after="140"/>
      </w:pPr>
    </w:p>
    <w:p w14:paraId="75B4BD5E" w14:textId="77777777" w:rsidR="00797A54" w:rsidRDefault="00797A54">
      <w:pPr>
        <w:pBdr>
          <w:bottom w:val="single" w:sz="6" w:space="1" w:color="BFBFBF"/>
        </w:pBdr>
        <w:spacing w:after="140"/>
      </w:pPr>
    </w:p>
    <w:p w14:paraId="31D1C293" w14:textId="77777777" w:rsidR="00797A54" w:rsidRDefault="00797A54">
      <w:pPr>
        <w:pBdr>
          <w:bottom w:val="single" w:sz="6" w:space="1" w:color="BFBFBF"/>
        </w:pBdr>
        <w:spacing w:after="140"/>
      </w:pPr>
    </w:p>
    <w:p w14:paraId="57224BF4" w14:textId="2928F50B" w:rsidR="00797A54" w:rsidRDefault="00797A54"/>
    <w:p w14:paraId="59C8C594" w14:textId="77777777" w:rsidR="00797A54" w:rsidRDefault="00000000">
      <w:pPr>
        <w:spacing w:before="120" w:after="80"/>
      </w:pPr>
      <w:r>
        <w:rPr>
          <w:b/>
          <w:color w:val="36A8B4"/>
          <w:sz w:val="26"/>
        </w:rPr>
        <w:t>Activity 4</w:t>
      </w:r>
    </w:p>
    <w:p w14:paraId="065094DD" w14:textId="77777777" w:rsidR="00797A54" w:rsidRDefault="00000000">
      <w:pPr>
        <w:spacing w:after="40"/>
      </w:pPr>
      <w:r>
        <w:rPr>
          <w:b/>
          <w:color w:val="373737"/>
        </w:rPr>
        <w:t>Activity or learning experience:</w:t>
      </w:r>
    </w:p>
    <w:p w14:paraId="5C6B8A72" w14:textId="77777777" w:rsidR="00797A54" w:rsidRDefault="00797A54">
      <w:pPr>
        <w:pBdr>
          <w:bottom w:val="single" w:sz="6" w:space="1" w:color="BFBFBF"/>
        </w:pBdr>
        <w:spacing w:after="140"/>
      </w:pPr>
    </w:p>
    <w:p w14:paraId="24AB1F0B" w14:textId="77777777" w:rsidR="00797A54" w:rsidRDefault="00000000">
      <w:pPr>
        <w:spacing w:after="40"/>
      </w:pPr>
      <w:r>
        <w:rPr>
          <w:b/>
          <w:color w:val="373737"/>
        </w:rPr>
        <w:t>Date or period:</w:t>
      </w:r>
    </w:p>
    <w:p w14:paraId="53D2A47D" w14:textId="77777777" w:rsidR="00797A54" w:rsidRDefault="00797A54">
      <w:pPr>
        <w:pBdr>
          <w:bottom w:val="single" w:sz="6" w:space="1" w:color="BFBFBF"/>
        </w:pBdr>
        <w:spacing w:after="140"/>
      </w:pPr>
    </w:p>
    <w:p w14:paraId="52FD31CA" w14:textId="77777777" w:rsidR="00797A54" w:rsidRDefault="00000000">
      <w:pPr>
        <w:spacing w:after="40"/>
      </w:pPr>
      <w:r>
        <w:rPr>
          <w:b/>
          <w:color w:val="373737"/>
        </w:rPr>
        <w:t>Approximate hours:</w:t>
      </w:r>
    </w:p>
    <w:p w14:paraId="566BFF2D" w14:textId="77777777" w:rsidR="00797A54" w:rsidRDefault="00797A54">
      <w:pPr>
        <w:pBdr>
          <w:bottom w:val="single" w:sz="6" w:space="1" w:color="BFBFBF"/>
        </w:pBdr>
        <w:spacing w:after="140"/>
      </w:pPr>
    </w:p>
    <w:p w14:paraId="082957AA" w14:textId="77777777" w:rsidR="00797A54" w:rsidRDefault="00000000">
      <w:pPr>
        <w:spacing w:after="40"/>
      </w:pPr>
      <w:r>
        <w:rPr>
          <w:b/>
          <w:color w:val="373737"/>
        </w:rPr>
        <w:t xml:space="preserve">What was the key </w:t>
      </w:r>
      <w:proofErr w:type="gramStart"/>
      <w:r>
        <w:rPr>
          <w:b/>
          <w:color w:val="373737"/>
        </w:rPr>
        <w:t>learning</w:t>
      </w:r>
      <w:proofErr w:type="gramEnd"/>
      <w:r>
        <w:rPr>
          <w:b/>
          <w:color w:val="373737"/>
        </w:rPr>
        <w:t xml:space="preserve"> or impact on your supervision practice?</w:t>
      </w:r>
    </w:p>
    <w:p w14:paraId="3514C0F7" w14:textId="77777777" w:rsidR="00797A54" w:rsidRDefault="00797A54">
      <w:pPr>
        <w:pBdr>
          <w:bottom w:val="single" w:sz="6" w:space="1" w:color="BFBFBF"/>
        </w:pBdr>
        <w:spacing w:after="140"/>
      </w:pPr>
    </w:p>
    <w:p w14:paraId="783BA403" w14:textId="77777777" w:rsidR="00797A54" w:rsidRDefault="00797A54">
      <w:pPr>
        <w:pBdr>
          <w:bottom w:val="single" w:sz="6" w:space="1" w:color="BFBFBF"/>
        </w:pBdr>
        <w:spacing w:after="140"/>
      </w:pPr>
    </w:p>
    <w:p w14:paraId="230FF097" w14:textId="77777777" w:rsidR="00797A54" w:rsidRDefault="00797A54">
      <w:pPr>
        <w:pBdr>
          <w:bottom w:val="single" w:sz="6" w:space="1" w:color="BFBFBF"/>
        </w:pBdr>
        <w:spacing w:after="140"/>
      </w:pPr>
    </w:p>
    <w:p w14:paraId="358DA11B" w14:textId="77777777" w:rsidR="00797A54" w:rsidRDefault="00000000">
      <w:pPr>
        <w:spacing w:before="120" w:after="80"/>
      </w:pPr>
      <w:r>
        <w:rPr>
          <w:b/>
          <w:color w:val="36A8B4"/>
          <w:sz w:val="26"/>
        </w:rPr>
        <w:t>Additional activities, if relevant</w:t>
      </w:r>
    </w:p>
    <w:p w14:paraId="156A50E4" w14:textId="77777777" w:rsidR="00797A54" w:rsidRDefault="00000000">
      <w:pPr>
        <w:spacing w:after="40"/>
      </w:pPr>
      <w:r>
        <w:rPr>
          <w:b/>
          <w:color w:val="373737"/>
        </w:rPr>
        <w:t>You are welcome to note any additional relevant CPD or learning here:</w:t>
      </w:r>
    </w:p>
    <w:p w14:paraId="2AAE0AA1" w14:textId="77777777" w:rsidR="00797A54" w:rsidRDefault="00797A54">
      <w:pPr>
        <w:pBdr>
          <w:bottom w:val="single" w:sz="6" w:space="1" w:color="BFBFBF"/>
        </w:pBdr>
        <w:spacing w:after="140"/>
      </w:pPr>
    </w:p>
    <w:p w14:paraId="71DA871F" w14:textId="77777777" w:rsidR="00797A54" w:rsidRDefault="00797A54">
      <w:pPr>
        <w:pBdr>
          <w:bottom w:val="single" w:sz="6" w:space="1" w:color="BFBFBF"/>
        </w:pBdr>
        <w:spacing w:after="140"/>
      </w:pPr>
    </w:p>
    <w:p w14:paraId="677E98C9" w14:textId="77777777" w:rsidR="00797A54" w:rsidRDefault="00797A54">
      <w:pPr>
        <w:pBdr>
          <w:bottom w:val="single" w:sz="6" w:space="1" w:color="BFBFBF"/>
        </w:pBdr>
        <w:spacing w:after="140"/>
      </w:pPr>
    </w:p>
    <w:p w14:paraId="7EB83FD7" w14:textId="77777777" w:rsidR="00797A54" w:rsidRDefault="00797A54">
      <w:pPr>
        <w:pBdr>
          <w:bottom w:val="single" w:sz="6" w:space="1" w:color="BFBFBF"/>
        </w:pBdr>
        <w:spacing w:after="140"/>
      </w:pPr>
    </w:p>
    <w:p w14:paraId="7D761FBA" w14:textId="77777777" w:rsidR="00797A54" w:rsidRDefault="00000000">
      <w:pPr>
        <w:spacing w:after="40"/>
      </w:pPr>
      <w:r>
        <w:rPr>
          <w:b/>
          <w:color w:val="373737"/>
        </w:rPr>
        <w:t>Total CPD / professional development hours recorded:</w:t>
      </w:r>
    </w:p>
    <w:p w14:paraId="37AC0FE4" w14:textId="77777777" w:rsidR="00797A54" w:rsidRDefault="00797A54">
      <w:pPr>
        <w:pBdr>
          <w:bottom w:val="single" w:sz="6" w:space="1" w:color="BFBFBF"/>
        </w:pBdr>
        <w:spacing w:after="140"/>
      </w:pPr>
    </w:p>
    <w:p w14:paraId="5EEA7844" w14:textId="77777777" w:rsidR="00797A54" w:rsidRDefault="00000000">
      <w:r>
        <w:br w:type="page"/>
      </w:r>
    </w:p>
    <w:p w14:paraId="6414ABC2" w14:textId="77777777" w:rsidR="00797A54" w:rsidRDefault="00000000">
      <w:pPr>
        <w:spacing w:before="160" w:after="80"/>
      </w:pPr>
      <w:r>
        <w:rPr>
          <w:b/>
          <w:color w:val="36A8B4"/>
          <w:sz w:val="32"/>
        </w:rPr>
        <w:lastRenderedPageBreak/>
        <w:t>Requirement 3: Reflection and planning</w:t>
      </w:r>
    </w:p>
    <w:p w14:paraId="080E1044" w14:textId="77777777" w:rsidR="00797A54" w:rsidRDefault="00000000">
      <w:pPr>
        <w:spacing w:before="120" w:after="80"/>
      </w:pPr>
      <w:r>
        <w:rPr>
          <w:b/>
          <w:color w:val="36A8B4"/>
          <w:sz w:val="26"/>
        </w:rPr>
        <w:t>Part 1: Reflective journal</w:t>
      </w:r>
    </w:p>
    <w:p w14:paraId="1E92AB91" w14:textId="77777777" w:rsidR="00797A54" w:rsidRDefault="00000000">
      <w:pPr>
        <w:spacing w:after="120" w:line="252" w:lineRule="auto"/>
      </w:pPr>
      <w:r>
        <w:rPr>
          <w:color w:val="373737"/>
        </w:rPr>
        <w:t>Please write a short reflective journal on what your supervision, CPD, practice and wider learning have meant to you this year - personally and professionally.</w:t>
      </w:r>
    </w:p>
    <w:p w14:paraId="7BCC8940" w14:textId="77777777" w:rsidR="00797A54" w:rsidRDefault="00000000">
      <w:pPr>
        <w:spacing w:after="40" w:line="252" w:lineRule="auto"/>
      </w:pPr>
      <w:r>
        <w:rPr>
          <w:color w:val="373737"/>
        </w:rPr>
        <w:t>You may want to reflect on:</w:t>
      </w:r>
    </w:p>
    <w:p w14:paraId="70BA6990" w14:textId="77777777" w:rsidR="00797A54" w:rsidRDefault="00000000">
      <w:pPr>
        <w:pStyle w:val="ListBullet"/>
        <w:spacing w:after="40"/>
      </w:pPr>
      <w:r>
        <w:rPr>
          <w:color w:val="373737"/>
        </w:rPr>
        <w:t>what has changed or deepened in your supervision practice</w:t>
      </w:r>
    </w:p>
    <w:p w14:paraId="3A70A955" w14:textId="77777777" w:rsidR="00797A54" w:rsidRDefault="00000000">
      <w:pPr>
        <w:pStyle w:val="ListBullet"/>
        <w:spacing w:after="40"/>
      </w:pPr>
      <w:r>
        <w:rPr>
          <w:color w:val="373737"/>
        </w:rPr>
        <w:t>what themes or questions have emerged in your work</w:t>
      </w:r>
    </w:p>
    <w:p w14:paraId="0F1CEAA3" w14:textId="77777777" w:rsidR="00797A54" w:rsidRDefault="00000000">
      <w:pPr>
        <w:pStyle w:val="ListBullet"/>
        <w:spacing w:after="40"/>
      </w:pPr>
      <w:r>
        <w:rPr>
          <w:color w:val="373737"/>
        </w:rPr>
        <w:t>what you have learned about yourself as a supervisor</w:t>
      </w:r>
    </w:p>
    <w:p w14:paraId="63623100" w14:textId="77777777" w:rsidR="00797A54" w:rsidRDefault="00000000">
      <w:pPr>
        <w:pStyle w:val="ListBullet"/>
        <w:spacing w:after="40"/>
      </w:pPr>
      <w:proofErr w:type="gramStart"/>
      <w:r>
        <w:rPr>
          <w:color w:val="373737"/>
        </w:rPr>
        <w:t>how</w:t>
      </w:r>
      <w:proofErr w:type="gramEnd"/>
      <w:r>
        <w:rPr>
          <w:color w:val="373737"/>
        </w:rPr>
        <w:t xml:space="preserve"> your learning has affected your presence, confidence, boundaries, ethics, creativity or systemic awareness</w:t>
      </w:r>
    </w:p>
    <w:p w14:paraId="48FEB945" w14:textId="77777777" w:rsidR="00797A54" w:rsidRDefault="00000000">
      <w:pPr>
        <w:pStyle w:val="ListBullet"/>
        <w:spacing w:after="40"/>
      </w:pPr>
      <w:r>
        <w:rPr>
          <w:color w:val="373737"/>
        </w:rPr>
        <w:t xml:space="preserve">where you have experienced </w:t>
      </w:r>
      <w:proofErr w:type="gramStart"/>
      <w:r>
        <w:rPr>
          <w:color w:val="373737"/>
        </w:rPr>
        <w:t>challenge</w:t>
      </w:r>
      <w:proofErr w:type="gramEnd"/>
      <w:r>
        <w:rPr>
          <w:color w:val="373737"/>
        </w:rPr>
        <w:t>, growth or uncertainty</w:t>
      </w:r>
    </w:p>
    <w:p w14:paraId="6F1677F6" w14:textId="77777777" w:rsidR="00797A54" w:rsidRDefault="00000000">
      <w:pPr>
        <w:spacing w:after="40"/>
      </w:pPr>
      <w:r>
        <w:rPr>
          <w:b/>
          <w:color w:val="373737"/>
        </w:rPr>
        <w:t>Your reflective journal:</w:t>
      </w:r>
    </w:p>
    <w:p w14:paraId="4C0507C9" w14:textId="77777777" w:rsidR="00797A54" w:rsidRDefault="00797A54">
      <w:pPr>
        <w:pBdr>
          <w:bottom w:val="single" w:sz="6" w:space="1" w:color="BFBFBF"/>
        </w:pBdr>
        <w:spacing w:after="140"/>
      </w:pPr>
    </w:p>
    <w:p w14:paraId="780887C0" w14:textId="77777777" w:rsidR="00797A54" w:rsidRDefault="00797A54">
      <w:pPr>
        <w:pBdr>
          <w:bottom w:val="single" w:sz="6" w:space="1" w:color="BFBFBF"/>
        </w:pBdr>
        <w:spacing w:after="140"/>
      </w:pPr>
    </w:p>
    <w:p w14:paraId="7A4CD9DE" w14:textId="77777777" w:rsidR="00797A54" w:rsidRDefault="00797A54">
      <w:pPr>
        <w:pBdr>
          <w:bottom w:val="single" w:sz="6" w:space="1" w:color="BFBFBF"/>
        </w:pBdr>
        <w:spacing w:after="140"/>
      </w:pPr>
    </w:p>
    <w:p w14:paraId="714F0312" w14:textId="77777777" w:rsidR="00797A54" w:rsidRDefault="00797A54">
      <w:pPr>
        <w:pBdr>
          <w:bottom w:val="single" w:sz="6" w:space="1" w:color="BFBFBF"/>
        </w:pBdr>
        <w:spacing w:after="140"/>
      </w:pPr>
    </w:p>
    <w:p w14:paraId="7F35B941" w14:textId="77777777" w:rsidR="00797A54" w:rsidRDefault="00797A54">
      <w:pPr>
        <w:pBdr>
          <w:bottom w:val="single" w:sz="6" w:space="1" w:color="BFBFBF"/>
        </w:pBdr>
        <w:spacing w:after="140"/>
      </w:pPr>
    </w:p>
    <w:p w14:paraId="4B10EC39" w14:textId="77777777" w:rsidR="00797A54" w:rsidRDefault="00797A54">
      <w:pPr>
        <w:pBdr>
          <w:bottom w:val="single" w:sz="6" w:space="1" w:color="BFBFBF"/>
        </w:pBdr>
        <w:spacing w:after="140"/>
      </w:pPr>
    </w:p>
    <w:p w14:paraId="6343190D" w14:textId="77777777" w:rsidR="00797A54" w:rsidRDefault="00797A54">
      <w:pPr>
        <w:pBdr>
          <w:bottom w:val="single" w:sz="6" w:space="1" w:color="BFBFBF"/>
        </w:pBdr>
        <w:spacing w:after="140"/>
      </w:pPr>
    </w:p>
    <w:p w14:paraId="2024F977" w14:textId="77777777" w:rsidR="00797A54" w:rsidRDefault="00797A54">
      <w:pPr>
        <w:pBdr>
          <w:bottom w:val="single" w:sz="6" w:space="1" w:color="BFBFBF"/>
        </w:pBdr>
        <w:spacing w:after="140"/>
      </w:pPr>
    </w:p>
    <w:p w14:paraId="458319BB" w14:textId="77777777" w:rsidR="00797A54" w:rsidRDefault="00000000">
      <w:pPr>
        <w:spacing w:before="120" w:after="80"/>
      </w:pPr>
      <w:r>
        <w:rPr>
          <w:b/>
          <w:color w:val="36A8B4"/>
          <w:sz w:val="26"/>
        </w:rPr>
        <w:t>Part 2: Looking ahead</w:t>
      </w:r>
    </w:p>
    <w:p w14:paraId="517EEA0F" w14:textId="77777777" w:rsidR="00797A54" w:rsidRDefault="00000000">
      <w:pPr>
        <w:spacing w:after="120" w:line="252" w:lineRule="auto"/>
      </w:pPr>
      <w:r>
        <w:rPr>
          <w:color w:val="373737"/>
        </w:rPr>
        <w:t>Please write a short paragraph outlining your intentions, focus areas or learning goals for the coming year.</w:t>
      </w:r>
    </w:p>
    <w:p w14:paraId="0CE61419" w14:textId="77777777" w:rsidR="00797A54" w:rsidRDefault="00000000">
      <w:pPr>
        <w:spacing w:after="40" w:line="252" w:lineRule="auto"/>
      </w:pPr>
      <w:r>
        <w:rPr>
          <w:color w:val="373737"/>
        </w:rPr>
        <w:t>You may want to reflect on:</w:t>
      </w:r>
    </w:p>
    <w:p w14:paraId="719DC3F8" w14:textId="77777777" w:rsidR="00797A54" w:rsidRDefault="00000000">
      <w:pPr>
        <w:pStyle w:val="ListBullet"/>
        <w:spacing w:after="40"/>
      </w:pPr>
      <w:proofErr w:type="gramStart"/>
      <w:r>
        <w:rPr>
          <w:color w:val="373737"/>
        </w:rPr>
        <w:t>what</w:t>
      </w:r>
      <w:proofErr w:type="gramEnd"/>
      <w:r>
        <w:rPr>
          <w:color w:val="373737"/>
        </w:rPr>
        <w:t xml:space="preserve"> you would like to develop further</w:t>
      </w:r>
    </w:p>
    <w:p w14:paraId="4C73E679" w14:textId="77777777" w:rsidR="00797A54" w:rsidRDefault="00000000">
      <w:pPr>
        <w:pStyle w:val="ListBullet"/>
        <w:spacing w:after="40"/>
      </w:pPr>
      <w:proofErr w:type="gramStart"/>
      <w:r>
        <w:rPr>
          <w:color w:val="373737"/>
        </w:rPr>
        <w:t>what</w:t>
      </w:r>
      <w:proofErr w:type="gramEnd"/>
      <w:r>
        <w:rPr>
          <w:color w:val="373737"/>
        </w:rPr>
        <w:t xml:space="preserve"> support, supervision or CPD might help you</w:t>
      </w:r>
    </w:p>
    <w:p w14:paraId="155D80A8" w14:textId="77777777" w:rsidR="00797A54" w:rsidRDefault="00000000">
      <w:pPr>
        <w:pStyle w:val="ListBullet"/>
        <w:spacing w:after="40"/>
      </w:pPr>
      <w:r>
        <w:rPr>
          <w:color w:val="373737"/>
        </w:rPr>
        <w:t xml:space="preserve">whether there are </w:t>
      </w:r>
      <w:proofErr w:type="gramStart"/>
      <w:r>
        <w:rPr>
          <w:color w:val="373737"/>
        </w:rPr>
        <w:t>particular themes</w:t>
      </w:r>
      <w:proofErr w:type="gramEnd"/>
      <w:r>
        <w:rPr>
          <w:color w:val="373737"/>
        </w:rPr>
        <w:t>, contexts or questions you want to explore</w:t>
      </w:r>
    </w:p>
    <w:p w14:paraId="3F1D788F" w14:textId="77777777" w:rsidR="00797A54" w:rsidRDefault="00000000">
      <w:pPr>
        <w:spacing w:after="40"/>
      </w:pPr>
      <w:r>
        <w:rPr>
          <w:b/>
          <w:color w:val="373737"/>
        </w:rPr>
        <w:t>Your plans for the coming year:</w:t>
      </w:r>
    </w:p>
    <w:p w14:paraId="68A6E362" w14:textId="77777777" w:rsidR="00797A54" w:rsidRDefault="00797A54">
      <w:pPr>
        <w:pBdr>
          <w:bottom w:val="single" w:sz="6" w:space="1" w:color="BFBFBF"/>
        </w:pBdr>
        <w:spacing w:after="140"/>
      </w:pPr>
    </w:p>
    <w:p w14:paraId="656E13D8" w14:textId="77777777" w:rsidR="00797A54" w:rsidRDefault="00797A54">
      <w:pPr>
        <w:pBdr>
          <w:bottom w:val="single" w:sz="6" w:space="1" w:color="BFBFBF"/>
        </w:pBdr>
        <w:spacing w:after="140"/>
      </w:pPr>
    </w:p>
    <w:p w14:paraId="4AFC3F3A" w14:textId="77777777" w:rsidR="00797A54" w:rsidRDefault="00797A54">
      <w:pPr>
        <w:pBdr>
          <w:bottom w:val="single" w:sz="6" w:space="1" w:color="BFBFBF"/>
        </w:pBdr>
        <w:spacing w:after="140"/>
      </w:pPr>
    </w:p>
    <w:p w14:paraId="4A127447" w14:textId="77777777" w:rsidR="00797A54" w:rsidRDefault="00797A54">
      <w:pPr>
        <w:pBdr>
          <w:bottom w:val="single" w:sz="6" w:space="1" w:color="BFBFBF"/>
        </w:pBdr>
        <w:spacing w:after="140"/>
      </w:pPr>
    </w:p>
    <w:p w14:paraId="4103AA53" w14:textId="77777777" w:rsidR="00797A54" w:rsidRDefault="00797A54">
      <w:pPr>
        <w:pBdr>
          <w:bottom w:val="single" w:sz="6" w:space="1" w:color="BFBFBF"/>
        </w:pBdr>
        <w:spacing w:after="140"/>
      </w:pPr>
    </w:p>
    <w:p w14:paraId="44AA0686" w14:textId="77777777" w:rsidR="00797A54" w:rsidRDefault="00000000">
      <w:r>
        <w:br w:type="page"/>
      </w:r>
    </w:p>
    <w:p w14:paraId="49C90A63" w14:textId="77777777" w:rsidR="00797A54" w:rsidRDefault="00000000">
      <w:pPr>
        <w:spacing w:before="160" w:after="80"/>
      </w:pPr>
      <w:r>
        <w:rPr>
          <w:b/>
          <w:color w:val="36A8B4"/>
          <w:sz w:val="32"/>
        </w:rPr>
        <w:lastRenderedPageBreak/>
        <w:t>Before sending your form, please check that you have included:</w:t>
      </w:r>
    </w:p>
    <w:p w14:paraId="40A04B49" w14:textId="77777777" w:rsidR="00797A54" w:rsidRDefault="00000000">
      <w:pPr>
        <w:pStyle w:val="ListBullet"/>
        <w:spacing w:after="40"/>
      </w:pPr>
      <w:r>
        <w:rPr>
          <w:color w:val="373737"/>
        </w:rPr>
        <w:t>Your name and email address</w:t>
      </w:r>
    </w:p>
    <w:p w14:paraId="607508C2" w14:textId="77777777" w:rsidR="00797A54" w:rsidRDefault="00000000">
      <w:pPr>
        <w:pStyle w:val="ListBullet"/>
        <w:spacing w:after="40"/>
      </w:pPr>
      <w:r>
        <w:rPr>
          <w:color w:val="373737"/>
        </w:rPr>
        <w:t>A brief note on your current supervision context</w:t>
      </w:r>
    </w:p>
    <w:p w14:paraId="04DDE122" w14:textId="77777777" w:rsidR="00797A54" w:rsidRDefault="00000000">
      <w:pPr>
        <w:pStyle w:val="ListBullet"/>
        <w:spacing w:after="40"/>
      </w:pPr>
      <w:r>
        <w:rPr>
          <w:color w:val="373737"/>
        </w:rPr>
        <w:t>At least 4 hours of your own supervision</w:t>
      </w:r>
    </w:p>
    <w:p w14:paraId="4F1282FB" w14:textId="77777777" w:rsidR="00797A54" w:rsidRDefault="00000000">
      <w:pPr>
        <w:pStyle w:val="ListBullet"/>
        <w:spacing w:after="40"/>
      </w:pPr>
      <w:r>
        <w:rPr>
          <w:color w:val="373737"/>
        </w:rPr>
        <w:t>At least 30 hours in total across supervision and CPD / professional development</w:t>
      </w:r>
    </w:p>
    <w:p w14:paraId="1437C8C7" w14:textId="77777777" w:rsidR="00797A54" w:rsidRDefault="00000000">
      <w:pPr>
        <w:pStyle w:val="ListBullet"/>
        <w:spacing w:after="40"/>
      </w:pPr>
      <w:r>
        <w:rPr>
          <w:color w:val="373737"/>
        </w:rPr>
        <w:t>Approximate hours for your key CPD activities</w:t>
      </w:r>
    </w:p>
    <w:p w14:paraId="3B1E3BDB" w14:textId="77777777" w:rsidR="00797A54" w:rsidRDefault="00000000">
      <w:pPr>
        <w:pStyle w:val="ListBullet"/>
        <w:spacing w:after="40"/>
      </w:pPr>
      <w:r>
        <w:rPr>
          <w:color w:val="373737"/>
        </w:rPr>
        <w:t xml:space="preserve">A brief note on the impact </w:t>
      </w:r>
      <w:proofErr w:type="gramStart"/>
      <w:r>
        <w:rPr>
          <w:color w:val="373737"/>
        </w:rPr>
        <w:t>or</w:t>
      </w:r>
      <w:proofErr w:type="gramEnd"/>
      <w:r>
        <w:rPr>
          <w:color w:val="373737"/>
        </w:rPr>
        <w:t xml:space="preserve"> learning from your key CPD activities</w:t>
      </w:r>
    </w:p>
    <w:p w14:paraId="11EB17EE" w14:textId="77777777" w:rsidR="00797A54" w:rsidRDefault="00000000">
      <w:pPr>
        <w:pStyle w:val="ListBullet"/>
        <w:spacing w:after="40"/>
      </w:pPr>
      <w:r>
        <w:rPr>
          <w:color w:val="373737"/>
        </w:rPr>
        <w:t>A short reflective journal</w:t>
      </w:r>
    </w:p>
    <w:p w14:paraId="0301B100" w14:textId="77777777" w:rsidR="00797A54" w:rsidRDefault="00000000">
      <w:pPr>
        <w:pStyle w:val="ListBullet"/>
        <w:spacing w:after="40"/>
      </w:pPr>
      <w:r>
        <w:rPr>
          <w:color w:val="373737"/>
        </w:rPr>
        <w:t>A short paragraph on your plans for the coming year</w:t>
      </w:r>
    </w:p>
    <w:p w14:paraId="72EFEE91" w14:textId="77777777" w:rsidR="00797A54" w:rsidRDefault="00000000">
      <w:pPr>
        <w:spacing w:before="160" w:after="80"/>
      </w:pPr>
      <w:r>
        <w:rPr>
          <w:b/>
          <w:color w:val="36A8B4"/>
          <w:sz w:val="32"/>
        </w:rPr>
        <w:t>Declaration</w:t>
      </w:r>
    </w:p>
    <w:p w14:paraId="79A018E6" w14:textId="77777777" w:rsidR="00797A54" w:rsidRDefault="00000000">
      <w:pPr>
        <w:spacing w:line="252" w:lineRule="auto"/>
      </w:pPr>
      <w:r>
        <w:rPr>
          <w:color w:val="373737"/>
        </w:rPr>
        <w:t>I confirm that this submission represents my own reflective account of my continuing professional development and supervision practice for this reaccreditation year.</w:t>
      </w:r>
    </w:p>
    <w:p w14:paraId="0DE839CD" w14:textId="77777777" w:rsidR="00797A54" w:rsidRDefault="00000000">
      <w:pPr>
        <w:spacing w:after="40"/>
      </w:pPr>
      <w:r>
        <w:rPr>
          <w:b/>
          <w:color w:val="373737"/>
        </w:rPr>
        <w:t>Signed / typed name:</w:t>
      </w:r>
    </w:p>
    <w:p w14:paraId="20FE25E5" w14:textId="77777777" w:rsidR="00797A54" w:rsidRDefault="00797A54">
      <w:pPr>
        <w:pBdr>
          <w:bottom w:val="single" w:sz="6" w:space="1" w:color="BFBFBF"/>
        </w:pBdr>
        <w:spacing w:after="140"/>
      </w:pPr>
    </w:p>
    <w:p w14:paraId="5100936A" w14:textId="77777777" w:rsidR="00797A54" w:rsidRDefault="00000000">
      <w:pPr>
        <w:spacing w:after="40"/>
      </w:pPr>
      <w:r>
        <w:rPr>
          <w:b/>
          <w:color w:val="373737"/>
        </w:rPr>
        <w:t>Date:</w:t>
      </w:r>
    </w:p>
    <w:p w14:paraId="1E241F74" w14:textId="77777777" w:rsidR="00797A54" w:rsidRDefault="00797A54">
      <w:pPr>
        <w:pBdr>
          <w:bottom w:val="single" w:sz="6" w:space="1" w:color="BFBFBF"/>
        </w:pBdr>
        <w:spacing w:after="140"/>
      </w:pPr>
    </w:p>
    <w:p w14:paraId="6AD765BA" w14:textId="77777777" w:rsidR="00797A54" w:rsidRDefault="00000000">
      <w:pPr>
        <w:spacing w:before="160" w:after="80"/>
      </w:pPr>
      <w:r>
        <w:rPr>
          <w:b/>
          <w:color w:val="36A8B4"/>
          <w:sz w:val="32"/>
        </w:rPr>
        <w:t xml:space="preserve">Sending us your </w:t>
      </w:r>
      <w:proofErr w:type="gramStart"/>
      <w:r>
        <w:rPr>
          <w:b/>
          <w:color w:val="36A8B4"/>
          <w:sz w:val="32"/>
        </w:rPr>
        <w:t>completed</w:t>
      </w:r>
      <w:proofErr w:type="gramEnd"/>
      <w:r>
        <w:rPr>
          <w:b/>
          <w:color w:val="36A8B4"/>
          <w:sz w:val="32"/>
        </w:rPr>
        <w:t xml:space="preserve"> form</w:t>
      </w:r>
    </w:p>
    <w:p w14:paraId="64668070" w14:textId="77777777" w:rsidR="00797A54" w:rsidRDefault="00000000">
      <w:pPr>
        <w:spacing w:after="120" w:line="252" w:lineRule="auto"/>
      </w:pPr>
      <w:r>
        <w:rPr>
          <w:color w:val="373737"/>
        </w:rPr>
        <w:t>When your form is complete, please return it in one of these two ways:</w:t>
      </w:r>
    </w:p>
    <w:p w14:paraId="4B5A29DE" w14:textId="77777777" w:rsidR="00797A54" w:rsidRDefault="00000000">
      <w:pPr>
        <w:spacing w:before="120" w:after="80"/>
      </w:pPr>
      <w:r>
        <w:rPr>
          <w:b/>
          <w:color w:val="36A8B4"/>
          <w:sz w:val="26"/>
        </w:rPr>
        <w:t>Option 1: Email it to us</w:t>
      </w:r>
    </w:p>
    <w:p w14:paraId="5D051A0A" w14:textId="77777777" w:rsidR="00797A54" w:rsidRDefault="00000000">
      <w:pPr>
        <w:spacing w:after="160" w:line="252" w:lineRule="auto"/>
      </w:pPr>
      <w:r>
        <w:rPr>
          <w:color w:val="373737"/>
        </w:rPr>
        <w:t xml:space="preserve">Attach your completed form and send it to: </w:t>
      </w:r>
      <w:r>
        <w:rPr>
          <w:b/>
          <w:color w:val="373737"/>
        </w:rPr>
        <w:t>mike@csa.uk.net</w:t>
      </w:r>
    </w:p>
    <w:p w14:paraId="27C4DD28" w14:textId="77777777" w:rsidR="00797A54" w:rsidRDefault="00000000">
      <w:pPr>
        <w:spacing w:before="120" w:after="80"/>
      </w:pPr>
      <w:r>
        <w:rPr>
          <w:b/>
          <w:color w:val="36A8B4"/>
          <w:sz w:val="26"/>
        </w:rPr>
        <w:t>Option 2: Upload it to your CSA account</w:t>
      </w:r>
    </w:p>
    <w:p w14:paraId="4665141C" w14:textId="77777777" w:rsidR="00797A54" w:rsidRDefault="00000000">
      <w:pPr>
        <w:spacing w:after="160" w:line="252" w:lineRule="auto"/>
      </w:pPr>
      <w:r>
        <w:rPr>
          <w:color w:val="373737"/>
        </w:rPr>
        <w:t>Go to the CSA homepage and click “Login”. Once logged in, click the house icon at the top right of the screen, then choose “+ Add Files” and follow the instructions to upload your completed form.</w:t>
      </w:r>
    </w:p>
    <w:sectPr w:rsidR="00797A54" w:rsidSect="00034616">
      <w:footerReference w:type="default" r:id="rId8"/>
      <w:pgSz w:w="12240" w:h="15840"/>
      <w:pgMar w:top="792"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284B" w14:textId="77777777" w:rsidR="0061785F" w:rsidRDefault="0061785F">
      <w:pPr>
        <w:spacing w:after="0" w:line="240" w:lineRule="auto"/>
      </w:pPr>
      <w:r>
        <w:separator/>
      </w:r>
    </w:p>
  </w:endnote>
  <w:endnote w:type="continuationSeparator" w:id="0">
    <w:p w14:paraId="2BF37B0C" w14:textId="77777777" w:rsidR="0061785F" w:rsidRDefault="00617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77CC" w14:textId="77777777" w:rsidR="00797A54" w:rsidRDefault="00000000">
    <w:pPr>
      <w:pStyle w:val="Footer"/>
      <w:jc w:val="center"/>
    </w:pPr>
    <w:r>
      <w:rPr>
        <w:color w:val="737373"/>
        <w:sz w:val="16"/>
      </w:rPr>
      <w:t>Coaching Supervision Academy - Reaccreditation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1E95" w14:textId="77777777" w:rsidR="0061785F" w:rsidRDefault="0061785F">
      <w:pPr>
        <w:spacing w:after="0" w:line="240" w:lineRule="auto"/>
      </w:pPr>
      <w:r>
        <w:separator/>
      </w:r>
    </w:p>
  </w:footnote>
  <w:footnote w:type="continuationSeparator" w:id="0">
    <w:p w14:paraId="2C4F05F2" w14:textId="77777777" w:rsidR="0061785F" w:rsidRDefault="00617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8604182">
    <w:abstractNumId w:val="8"/>
  </w:num>
  <w:num w:numId="2" w16cid:durableId="1904483768">
    <w:abstractNumId w:val="6"/>
  </w:num>
  <w:num w:numId="3" w16cid:durableId="1233348319">
    <w:abstractNumId w:val="5"/>
  </w:num>
  <w:num w:numId="4" w16cid:durableId="1384868422">
    <w:abstractNumId w:val="4"/>
  </w:num>
  <w:num w:numId="5" w16cid:durableId="155153375">
    <w:abstractNumId w:val="7"/>
  </w:num>
  <w:num w:numId="6" w16cid:durableId="1078211343">
    <w:abstractNumId w:val="3"/>
  </w:num>
  <w:num w:numId="7" w16cid:durableId="766661299">
    <w:abstractNumId w:val="2"/>
  </w:num>
  <w:num w:numId="8" w16cid:durableId="843979891">
    <w:abstractNumId w:val="1"/>
  </w:num>
  <w:num w:numId="9" w16cid:durableId="1381662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6EE5"/>
    <w:rsid w:val="0029639D"/>
    <w:rsid w:val="00326F90"/>
    <w:rsid w:val="0061785F"/>
    <w:rsid w:val="00797A54"/>
    <w:rsid w:val="00A67CAB"/>
    <w:rsid w:val="00AA1D8D"/>
    <w:rsid w:val="00B47730"/>
    <w:rsid w:val="00B879C6"/>
    <w:rsid w:val="00CB0664"/>
    <w:rsid w:val="00D912C4"/>
    <w:rsid w:val="00DB4D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DD6691"/>
  <w14:defaultImageDpi w14:val="300"/>
  <w15:docId w15:val="{06AA810F-5B5F-48F4-AA1E-92C9865C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CSA Reaccreditation Reflective Submission 2026</vt:lpstr>
    </vt:vector>
  </TitlesOfParts>
  <Manager/>
  <Company/>
  <LinksUpToDate>false</LinksUpToDate>
  <CharactersWithSpaces>5518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CSA Reaccreditation Reflective Submission 2026</dc:title>
  <dc:subject/>
  <dc:creator>Coaching Supervision Academy</dc:creator>
  <cp:keywords/>
  <dc:description>Draft reaccreditation form created for CSA process planning.</dc:description>
  <cp:lastModifiedBy>Michael Smith</cp:lastModifiedBy>
  <cp:revision>3</cp:revision>
  <dcterms:created xsi:type="dcterms:W3CDTF">2013-12-23T23:15:00Z</dcterms:created>
  <dcterms:modified xsi:type="dcterms:W3CDTF">2026-08-04T16:55:00Z</dcterms:modified>
  <cp:category/>
</cp:coreProperties>
</file>