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C5D3F2" w14:textId="77777777" w:rsidR="00D349F4" w:rsidRDefault="00D349F4">
      <w:pPr>
        <w:spacing w:after="20"/>
        <w:jc w:val="center"/>
        <w:rPr>
          <w:b/>
          <w:color w:val="1D5770"/>
          <w:sz w:val="20"/>
        </w:rPr>
      </w:pPr>
    </w:p>
    <w:p w14:paraId="673ED8C9" w14:textId="55E70A90" w:rsidR="00D349F4" w:rsidRDefault="00D349F4" w:rsidP="00D349F4">
      <w:pPr>
        <w:spacing w:after="20"/>
        <w:jc w:val="center"/>
        <w:rPr>
          <w:b/>
          <w:color w:val="1D5770"/>
          <w:sz w:val="20"/>
        </w:rPr>
      </w:pPr>
      <w:r>
        <w:rPr>
          <w:b/>
          <w:noProof/>
          <w:color w:val="1D5770"/>
          <w:sz w:val="20"/>
        </w:rPr>
        <w:drawing>
          <wp:inline distT="0" distB="0" distL="0" distR="0" wp14:anchorId="1B8D0E0E" wp14:editId="1614D10C">
            <wp:extent cx="1409700" cy="1409700"/>
            <wp:effectExtent l="0" t="0" r="0" b="0"/>
            <wp:docPr id="78108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08215" name="Picture 78108215"/>
                    <pic:cNvPicPr/>
                  </pic:nvPicPr>
                  <pic:blipFill>
                    <a:blip r:embed="rId8"/>
                    <a:stretch>
                      <a:fillRect/>
                    </a:stretch>
                  </pic:blipFill>
                  <pic:spPr>
                    <a:xfrm>
                      <a:off x="0" y="0"/>
                      <a:ext cx="1409700" cy="1409700"/>
                    </a:xfrm>
                    <a:prstGeom prst="rect">
                      <a:avLst/>
                    </a:prstGeom>
                  </pic:spPr>
                </pic:pic>
              </a:graphicData>
            </a:graphic>
          </wp:inline>
        </w:drawing>
      </w:r>
    </w:p>
    <w:p w14:paraId="2AB74B2A" w14:textId="77777777" w:rsidR="00D349F4" w:rsidRDefault="00D349F4">
      <w:pPr>
        <w:spacing w:after="20"/>
        <w:jc w:val="center"/>
        <w:rPr>
          <w:b/>
          <w:color w:val="1D5770"/>
          <w:sz w:val="20"/>
        </w:rPr>
      </w:pPr>
    </w:p>
    <w:p w14:paraId="19B7C5A9" w14:textId="77777777" w:rsidR="00D349F4" w:rsidRDefault="00D349F4">
      <w:pPr>
        <w:spacing w:after="20"/>
        <w:jc w:val="center"/>
        <w:rPr>
          <w:b/>
          <w:color w:val="1D5770"/>
          <w:sz w:val="20"/>
        </w:rPr>
      </w:pPr>
    </w:p>
    <w:p w14:paraId="4E050531" w14:textId="68E13286" w:rsidR="003421BC" w:rsidRPr="00D349F4" w:rsidRDefault="00000000" w:rsidP="00D349F4">
      <w:pPr>
        <w:spacing w:after="20"/>
        <w:jc w:val="center"/>
        <w:rPr>
          <w:sz w:val="36"/>
          <w:szCs w:val="36"/>
        </w:rPr>
      </w:pPr>
      <w:r w:rsidRPr="00D349F4">
        <w:rPr>
          <w:b/>
          <w:color w:val="1D5770"/>
          <w:sz w:val="36"/>
          <w:szCs w:val="36"/>
        </w:rPr>
        <w:t>COMPASS KIDS</w:t>
      </w:r>
    </w:p>
    <w:p w14:paraId="31A50E1B" w14:textId="77777777" w:rsidR="003421BC" w:rsidRDefault="00000000" w:rsidP="00D349F4">
      <w:pPr>
        <w:pStyle w:val="FormTitle"/>
        <w:rPr>
          <w:sz w:val="44"/>
          <w:szCs w:val="44"/>
        </w:rPr>
      </w:pPr>
      <w:r w:rsidRPr="00D349F4">
        <w:rPr>
          <w:sz w:val="44"/>
          <w:szCs w:val="44"/>
        </w:rPr>
        <w:t>Volunteer Application</w:t>
      </w:r>
    </w:p>
    <w:p w14:paraId="5EB0D238" w14:textId="77777777" w:rsidR="00D349F4" w:rsidRPr="00D349F4" w:rsidRDefault="00D349F4" w:rsidP="00D349F4">
      <w:pPr>
        <w:pStyle w:val="FormTitle"/>
        <w:rPr>
          <w:sz w:val="44"/>
          <w:szCs w:val="44"/>
        </w:rPr>
      </w:pPr>
    </w:p>
    <w:p w14:paraId="241AEB77" w14:textId="77777777" w:rsidR="003421BC" w:rsidRPr="00D349F4" w:rsidRDefault="00000000">
      <w:pPr>
        <w:spacing w:after="60"/>
        <w:rPr>
          <w:sz w:val="28"/>
          <w:szCs w:val="28"/>
        </w:rPr>
      </w:pPr>
      <w:r w:rsidRPr="00D349F4">
        <w:rPr>
          <w:sz w:val="28"/>
          <w:szCs w:val="28"/>
        </w:rPr>
        <w:t>Thank you for your interest in serving with Compass Kids! This application helps us get to know you and place you where you can best serve children and families. All approved volunteers must complete the required Live Scan process before beginning service.</w:t>
      </w:r>
    </w:p>
    <w:p w14:paraId="238906A7" w14:textId="77777777" w:rsidR="00D349F4" w:rsidRPr="00D349F4" w:rsidRDefault="00D349F4">
      <w:pPr>
        <w:spacing w:after="60"/>
        <w:rPr>
          <w:sz w:val="28"/>
          <w:szCs w:val="28"/>
        </w:rPr>
      </w:pPr>
    </w:p>
    <w:p w14:paraId="37C7FCE9" w14:textId="77777777" w:rsidR="003421BC" w:rsidRPr="00D349F4" w:rsidRDefault="00000000">
      <w:pPr>
        <w:keepNext/>
        <w:spacing w:before="140"/>
        <w:rPr>
          <w:sz w:val="24"/>
          <w:szCs w:val="24"/>
        </w:rPr>
      </w:pPr>
      <w:r w:rsidRPr="00D349F4">
        <w:rPr>
          <w:b/>
          <w:color w:val="000000"/>
          <w:sz w:val="24"/>
          <w:szCs w:val="24"/>
        </w:rPr>
        <w:t>APPLICANT INFORMATION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968"/>
        <w:gridCol w:w="4968"/>
      </w:tblGrid>
      <w:tr w:rsidR="003421BC" w14:paraId="35A5D385" w14:textId="77777777">
        <w:trPr>
          <w:jc w:val="center"/>
        </w:trPr>
        <w:tc>
          <w:tcPr>
            <w:tcW w:w="4968" w:type="dxa"/>
            <w:tcMar>
              <w:top w:w="100" w:type="dxa"/>
              <w:left w:w="90" w:type="dxa"/>
              <w:bottom w:w="100" w:type="dxa"/>
              <w:right w:w="90" w:type="dxa"/>
            </w:tcMar>
            <w:vAlign w:val="center"/>
          </w:tcPr>
          <w:p w14:paraId="0E3E57D4" w14:textId="5AD0FC39" w:rsidR="003421BC" w:rsidRPr="00D349F4" w:rsidRDefault="00000000">
            <w:pPr>
              <w:spacing w:after="0"/>
              <w:rPr>
                <w:sz w:val="22"/>
              </w:rPr>
            </w:pPr>
            <w:r w:rsidRPr="00D349F4">
              <w:rPr>
                <w:b/>
                <w:sz w:val="22"/>
              </w:rPr>
              <w:t>Full Name</w:t>
            </w:r>
            <w:r w:rsidRPr="00D349F4">
              <w:rPr>
                <w:b/>
                <w:sz w:val="22"/>
              </w:rPr>
              <w:br/>
            </w:r>
          </w:p>
        </w:tc>
        <w:tc>
          <w:tcPr>
            <w:tcW w:w="4968" w:type="dxa"/>
            <w:tcMar>
              <w:top w:w="100" w:type="dxa"/>
              <w:left w:w="90" w:type="dxa"/>
              <w:bottom w:w="100" w:type="dxa"/>
              <w:right w:w="90" w:type="dxa"/>
            </w:tcMar>
            <w:vAlign w:val="center"/>
          </w:tcPr>
          <w:p w14:paraId="08BC2A0C" w14:textId="1E690275" w:rsidR="003421BC" w:rsidRPr="00D349F4" w:rsidRDefault="00000000">
            <w:pPr>
              <w:spacing w:after="0"/>
              <w:rPr>
                <w:sz w:val="22"/>
              </w:rPr>
            </w:pPr>
            <w:r w:rsidRPr="00D349F4">
              <w:rPr>
                <w:b/>
                <w:sz w:val="22"/>
              </w:rPr>
              <w:t>Preferred Name</w:t>
            </w:r>
            <w:r w:rsidRPr="00D349F4">
              <w:rPr>
                <w:b/>
                <w:sz w:val="22"/>
              </w:rPr>
              <w:br/>
            </w:r>
          </w:p>
        </w:tc>
      </w:tr>
      <w:tr w:rsidR="003421BC" w14:paraId="379524A2" w14:textId="77777777">
        <w:trPr>
          <w:jc w:val="center"/>
        </w:trPr>
        <w:tc>
          <w:tcPr>
            <w:tcW w:w="4968" w:type="dxa"/>
            <w:tcMar>
              <w:top w:w="100" w:type="dxa"/>
              <w:left w:w="90" w:type="dxa"/>
              <w:bottom w:w="100" w:type="dxa"/>
              <w:right w:w="90" w:type="dxa"/>
            </w:tcMar>
            <w:vAlign w:val="center"/>
          </w:tcPr>
          <w:p w14:paraId="35B061E5" w14:textId="2FF32EE8" w:rsidR="003421BC" w:rsidRPr="00D349F4" w:rsidRDefault="00000000">
            <w:pPr>
              <w:spacing w:after="0"/>
              <w:rPr>
                <w:sz w:val="22"/>
              </w:rPr>
            </w:pPr>
            <w:r w:rsidRPr="00D349F4">
              <w:rPr>
                <w:b/>
                <w:sz w:val="22"/>
              </w:rPr>
              <w:t>Phone</w:t>
            </w:r>
            <w:r w:rsidRPr="00D349F4">
              <w:rPr>
                <w:b/>
                <w:sz w:val="22"/>
              </w:rPr>
              <w:br/>
            </w:r>
          </w:p>
        </w:tc>
        <w:tc>
          <w:tcPr>
            <w:tcW w:w="4968" w:type="dxa"/>
            <w:tcMar>
              <w:top w:w="100" w:type="dxa"/>
              <w:left w:w="90" w:type="dxa"/>
              <w:bottom w:w="100" w:type="dxa"/>
              <w:right w:w="90" w:type="dxa"/>
            </w:tcMar>
            <w:vAlign w:val="center"/>
          </w:tcPr>
          <w:p w14:paraId="4AA85A18" w14:textId="3D8FFD9F" w:rsidR="003421BC" w:rsidRPr="00D349F4" w:rsidRDefault="00000000">
            <w:pPr>
              <w:spacing w:after="0"/>
              <w:rPr>
                <w:sz w:val="22"/>
              </w:rPr>
            </w:pPr>
            <w:r w:rsidRPr="00D349F4">
              <w:rPr>
                <w:b/>
                <w:sz w:val="22"/>
              </w:rPr>
              <w:t>Email</w:t>
            </w:r>
            <w:r w:rsidRPr="00D349F4">
              <w:rPr>
                <w:b/>
                <w:sz w:val="22"/>
              </w:rPr>
              <w:br/>
            </w:r>
          </w:p>
        </w:tc>
      </w:tr>
      <w:tr w:rsidR="003421BC" w14:paraId="49CFFA98" w14:textId="77777777">
        <w:trPr>
          <w:jc w:val="center"/>
        </w:trPr>
        <w:tc>
          <w:tcPr>
            <w:tcW w:w="4968" w:type="dxa"/>
            <w:tcMar>
              <w:top w:w="100" w:type="dxa"/>
              <w:left w:w="90" w:type="dxa"/>
              <w:bottom w:w="100" w:type="dxa"/>
              <w:right w:w="90" w:type="dxa"/>
            </w:tcMar>
            <w:vAlign w:val="center"/>
          </w:tcPr>
          <w:p w14:paraId="6FAB337D" w14:textId="75DCBAB2" w:rsidR="003421BC" w:rsidRPr="00D349F4" w:rsidRDefault="00000000">
            <w:pPr>
              <w:spacing w:after="0"/>
              <w:rPr>
                <w:sz w:val="22"/>
              </w:rPr>
            </w:pPr>
            <w:r w:rsidRPr="00D349F4">
              <w:rPr>
                <w:b/>
                <w:sz w:val="22"/>
              </w:rPr>
              <w:t>Date of Birth</w:t>
            </w:r>
            <w:r w:rsidRPr="00D349F4">
              <w:rPr>
                <w:b/>
                <w:sz w:val="22"/>
              </w:rPr>
              <w:br/>
            </w:r>
          </w:p>
        </w:tc>
        <w:tc>
          <w:tcPr>
            <w:tcW w:w="4968" w:type="dxa"/>
            <w:tcMar>
              <w:top w:w="100" w:type="dxa"/>
              <w:left w:w="90" w:type="dxa"/>
              <w:bottom w:w="100" w:type="dxa"/>
              <w:right w:w="90" w:type="dxa"/>
            </w:tcMar>
            <w:vAlign w:val="center"/>
          </w:tcPr>
          <w:p w14:paraId="15E33E0B" w14:textId="31EFB4E9" w:rsidR="003421BC" w:rsidRPr="00D349F4" w:rsidRDefault="00000000">
            <w:pPr>
              <w:spacing w:after="0"/>
              <w:rPr>
                <w:sz w:val="22"/>
              </w:rPr>
            </w:pPr>
            <w:r w:rsidRPr="00D349F4">
              <w:rPr>
                <w:b/>
                <w:sz w:val="22"/>
              </w:rPr>
              <w:t>Favorite Snack</w:t>
            </w:r>
            <w:r w:rsidRPr="00D349F4">
              <w:rPr>
                <w:b/>
                <w:sz w:val="22"/>
              </w:rPr>
              <w:br/>
            </w:r>
          </w:p>
        </w:tc>
      </w:tr>
    </w:tbl>
    <w:p w14:paraId="4ACD87D0" w14:textId="77777777" w:rsidR="003421BC" w:rsidRDefault="003421BC">
      <w:pPr>
        <w:spacing w:after="0"/>
      </w:pPr>
    </w:p>
    <w:p w14:paraId="49E0144C" w14:textId="77777777" w:rsidR="003421BC" w:rsidRPr="00D349F4" w:rsidRDefault="00000000">
      <w:pPr>
        <w:keepNext/>
        <w:spacing w:before="140"/>
        <w:rPr>
          <w:sz w:val="24"/>
          <w:szCs w:val="24"/>
        </w:rPr>
      </w:pPr>
      <w:r w:rsidRPr="00D349F4">
        <w:rPr>
          <w:b/>
          <w:color w:val="000000"/>
          <w:sz w:val="24"/>
          <w:szCs w:val="24"/>
        </w:rPr>
        <w:t>SERVING INTEREST</w:t>
      </w:r>
    </w:p>
    <w:p w14:paraId="562D7A61" w14:textId="77777777" w:rsidR="00D349F4" w:rsidRDefault="00000000">
      <w:pPr>
        <w:rPr>
          <w:sz w:val="22"/>
        </w:rPr>
      </w:pPr>
      <w:r w:rsidRPr="00D349F4">
        <w:rPr>
          <w:sz w:val="22"/>
        </w:rPr>
        <w:t>Preferred Campus:</w:t>
      </w:r>
      <w:proofErr w:type="gramStart"/>
      <w:r w:rsidRPr="00D349F4">
        <w:rPr>
          <w:sz w:val="22"/>
        </w:rPr>
        <w:t xml:space="preserve">   [</w:t>
      </w:r>
      <w:proofErr w:type="gramEnd"/>
      <w:r w:rsidRPr="00D349F4">
        <w:rPr>
          <w:sz w:val="22"/>
        </w:rPr>
        <w:t xml:space="preserve"> ] Compass </w:t>
      </w:r>
      <w:r w:rsidR="00D349F4">
        <w:rPr>
          <w:sz w:val="22"/>
        </w:rPr>
        <w:t>Salinas</w:t>
      </w:r>
      <w:proofErr w:type="gramStart"/>
      <w:r w:rsidRPr="00D349F4">
        <w:rPr>
          <w:sz w:val="22"/>
        </w:rPr>
        <w:t xml:space="preserve">   [</w:t>
      </w:r>
      <w:proofErr w:type="gramEnd"/>
      <w:r w:rsidRPr="00D349F4">
        <w:rPr>
          <w:sz w:val="22"/>
        </w:rPr>
        <w:t xml:space="preserve"> ] Compass </w:t>
      </w:r>
      <w:r w:rsidR="00D349F4">
        <w:rPr>
          <w:sz w:val="22"/>
        </w:rPr>
        <w:t>Marina</w:t>
      </w:r>
      <w:r w:rsidRPr="00D349F4">
        <w:rPr>
          <w:sz w:val="22"/>
        </w:rPr>
        <w:t xml:space="preserve">  </w:t>
      </w:r>
    </w:p>
    <w:p w14:paraId="47EE8CC4" w14:textId="77777777" w:rsidR="00D349F4" w:rsidRPr="00D349F4" w:rsidRDefault="00D349F4">
      <w:pPr>
        <w:rPr>
          <w:sz w:val="22"/>
        </w:rPr>
      </w:pPr>
    </w:p>
    <w:p w14:paraId="6903FB0F" w14:textId="77777777" w:rsidR="003421BC" w:rsidRPr="00D349F4" w:rsidRDefault="00000000">
      <w:pPr>
        <w:spacing w:after="40"/>
        <w:rPr>
          <w:sz w:val="22"/>
        </w:rPr>
      </w:pPr>
      <w:r w:rsidRPr="00D349F4">
        <w:rPr>
          <w:b/>
          <w:sz w:val="22"/>
        </w:rPr>
        <w:t>Area(s) you are interested in:</w:t>
      </w:r>
    </w:p>
    <w:p w14:paraId="58C35028" w14:textId="77777777" w:rsidR="003421BC" w:rsidRPr="00D349F4" w:rsidRDefault="00000000">
      <w:pPr>
        <w:spacing w:after="40"/>
        <w:rPr>
          <w:sz w:val="22"/>
        </w:rPr>
      </w:pPr>
      <w:proofErr w:type="gramStart"/>
      <w:r w:rsidRPr="00D349F4">
        <w:rPr>
          <w:sz w:val="22"/>
        </w:rPr>
        <w:t>[ ]</w:t>
      </w:r>
      <w:proofErr w:type="gramEnd"/>
      <w:r w:rsidRPr="00D349F4">
        <w:rPr>
          <w:sz w:val="22"/>
        </w:rPr>
        <w:t xml:space="preserve"> Nursery/Infants</w:t>
      </w:r>
      <w:proofErr w:type="gramStart"/>
      <w:r w:rsidRPr="00D349F4">
        <w:rPr>
          <w:sz w:val="22"/>
        </w:rPr>
        <w:t xml:space="preserve">   [</w:t>
      </w:r>
      <w:proofErr w:type="gramEnd"/>
      <w:r w:rsidRPr="00D349F4">
        <w:rPr>
          <w:sz w:val="22"/>
        </w:rPr>
        <w:t xml:space="preserve"> ] Toddlers</w:t>
      </w:r>
      <w:proofErr w:type="gramStart"/>
      <w:r w:rsidRPr="00D349F4">
        <w:rPr>
          <w:sz w:val="22"/>
        </w:rPr>
        <w:t xml:space="preserve">   [</w:t>
      </w:r>
      <w:proofErr w:type="gramEnd"/>
      <w:r w:rsidRPr="00D349F4">
        <w:rPr>
          <w:sz w:val="22"/>
        </w:rPr>
        <w:t xml:space="preserve"> ] Preschool/Kinder</w:t>
      </w:r>
      <w:proofErr w:type="gramStart"/>
      <w:r w:rsidRPr="00D349F4">
        <w:rPr>
          <w:sz w:val="22"/>
        </w:rPr>
        <w:t xml:space="preserve">   [</w:t>
      </w:r>
      <w:proofErr w:type="gramEnd"/>
      <w:r w:rsidRPr="00D349F4">
        <w:rPr>
          <w:sz w:val="22"/>
        </w:rPr>
        <w:t xml:space="preserve"> ] Elementary</w:t>
      </w:r>
    </w:p>
    <w:p w14:paraId="57E6E2F9" w14:textId="77777777" w:rsidR="003421BC" w:rsidRDefault="00000000">
      <w:pPr>
        <w:spacing w:after="60"/>
        <w:rPr>
          <w:sz w:val="22"/>
        </w:rPr>
      </w:pPr>
      <w:proofErr w:type="gramStart"/>
      <w:r w:rsidRPr="00D349F4">
        <w:rPr>
          <w:sz w:val="22"/>
        </w:rPr>
        <w:t>[ ]</w:t>
      </w:r>
      <w:proofErr w:type="gramEnd"/>
      <w:r w:rsidRPr="00D349F4">
        <w:rPr>
          <w:sz w:val="22"/>
        </w:rPr>
        <w:t xml:space="preserve"> Check-In/Welcome</w:t>
      </w:r>
      <w:proofErr w:type="gramStart"/>
      <w:r w:rsidRPr="00D349F4">
        <w:rPr>
          <w:sz w:val="22"/>
        </w:rPr>
        <w:t xml:space="preserve">   [</w:t>
      </w:r>
      <w:proofErr w:type="gramEnd"/>
      <w:r w:rsidRPr="00D349F4">
        <w:rPr>
          <w:sz w:val="22"/>
        </w:rPr>
        <w:t xml:space="preserve"> ] Special Events</w:t>
      </w:r>
    </w:p>
    <w:p w14:paraId="3F6FDBDC" w14:textId="77777777" w:rsidR="00D349F4" w:rsidRPr="00D349F4" w:rsidRDefault="00D349F4">
      <w:pPr>
        <w:spacing w:after="60"/>
        <w:rPr>
          <w:sz w:val="22"/>
        </w:rPr>
      </w:pPr>
    </w:p>
    <w:p w14:paraId="4F9E5F7F" w14:textId="77777777" w:rsidR="003421BC" w:rsidRPr="00D349F4" w:rsidRDefault="00000000">
      <w:pPr>
        <w:spacing w:after="40"/>
        <w:rPr>
          <w:sz w:val="22"/>
        </w:rPr>
      </w:pPr>
      <w:r w:rsidRPr="00D349F4">
        <w:rPr>
          <w:b/>
          <w:sz w:val="22"/>
        </w:rPr>
        <w:t>When are you available to serve?</w:t>
      </w:r>
    </w:p>
    <w:p w14:paraId="09C25A57" w14:textId="44FCC67E" w:rsidR="003421BC" w:rsidRDefault="00000000">
      <w:pPr>
        <w:spacing w:after="40"/>
        <w:rPr>
          <w:sz w:val="22"/>
        </w:rPr>
      </w:pPr>
      <w:proofErr w:type="gramStart"/>
      <w:r w:rsidRPr="00D349F4">
        <w:rPr>
          <w:sz w:val="22"/>
        </w:rPr>
        <w:t>[ ]</w:t>
      </w:r>
      <w:proofErr w:type="gramEnd"/>
      <w:r w:rsidRPr="00D349F4">
        <w:rPr>
          <w:sz w:val="22"/>
        </w:rPr>
        <w:t xml:space="preserve"> Saturday</w:t>
      </w:r>
      <w:proofErr w:type="gramStart"/>
      <w:r w:rsidRPr="00D349F4">
        <w:rPr>
          <w:sz w:val="22"/>
        </w:rPr>
        <w:t xml:space="preserve">   [</w:t>
      </w:r>
      <w:proofErr w:type="gramEnd"/>
      <w:r w:rsidRPr="00D349F4">
        <w:rPr>
          <w:sz w:val="22"/>
        </w:rPr>
        <w:t xml:space="preserve"> ] Sunday</w:t>
      </w:r>
      <w:proofErr w:type="gramStart"/>
      <w:r w:rsidRPr="00D349F4">
        <w:rPr>
          <w:sz w:val="22"/>
        </w:rPr>
        <w:t xml:space="preserve">   [</w:t>
      </w:r>
      <w:proofErr w:type="gramEnd"/>
      <w:r w:rsidRPr="00D349F4">
        <w:rPr>
          <w:sz w:val="22"/>
        </w:rPr>
        <w:t xml:space="preserve"> ] </w:t>
      </w:r>
      <w:r w:rsidR="00D349F4">
        <w:rPr>
          <w:sz w:val="22"/>
        </w:rPr>
        <w:t>Wed</w:t>
      </w:r>
      <w:r w:rsidR="00C5451E">
        <w:rPr>
          <w:sz w:val="22"/>
        </w:rPr>
        <w:t>nesday</w:t>
      </w:r>
      <w:r w:rsidRPr="00D349F4">
        <w:rPr>
          <w:sz w:val="22"/>
        </w:rPr>
        <w:t xml:space="preserve"> </w:t>
      </w:r>
      <w:proofErr w:type="gramStart"/>
      <w:r w:rsidRPr="00D349F4">
        <w:rPr>
          <w:sz w:val="22"/>
        </w:rPr>
        <w:t>[ ]</w:t>
      </w:r>
      <w:proofErr w:type="gramEnd"/>
      <w:r w:rsidRPr="00D349F4">
        <w:rPr>
          <w:sz w:val="22"/>
        </w:rPr>
        <w:t xml:space="preserve"> Special Events</w:t>
      </w:r>
      <w:proofErr w:type="gramStart"/>
      <w:r w:rsidRPr="00D349F4">
        <w:rPr>
          <w:sz w:val="22"/>
        </w:rPr>
        <w:t xml:space="preserve">   [</w:t>
      </w:r>
      <w:proofErr w:type="gramEnd"/>
      <w:r w:rsidRPr="00D349F4">
        <w:rPr>
          <w:sz w:val="22"/>
        </w:rPr>
        <w:t xml:space="preserve"> ] Flexible</w:t>
      </w:r>
    </w:p>
    <w:p w14:paraId="4FC8D9CE" w14:textId="77777777" w:rsidR="00D349F4" w:rsidRDefault="00D349F4">
      <w:pPr>
        <w:spacing w:after="40"/>
        <w:rPr>
          <w:sz w:val="22"/>
        </w:rPr>
      </w:pPr>
    </w:p>
    <w:p w14:paraId="49A4EA03" w14:textId="77777777" w:rsidR="00D349F4" w:rsidRDefault="00D349F4">
      <w:pPr>
        <w:spacing w:after="40"/>
        <w:rPr>
          <w:sz w:val="22"/>
        </w:rPr>
      </w:pPr>
    </w:p>
    <w:p w14:paraId="138D5AFD" w14:textId="77777777" w:rsidR="00D349F4" w:rsidRPr="00D349F4" w:rsidRDefault="00D349F4">
      <w:pPr>
        <w:spacing w:after="40"/>
        <w:rPr>
          <w:sz w:val="22"/>
        </w:rPr>
      </w:pPr>
    </w:p>
    <w:p w14:paraId="59D8CA8B" w14:textId="4FF9FC6B" w:rsidR="00D349F4" w:rsidRDefault="00D349F4" w:rsidP="00D349F4">
      <w:pPr>
        <w:keepNext/>
        <w:spacing w:before="140"/>
        <w:jc w:val="center"/>
        <w:rPr>
          <w:b/>
          <w:color w:val="000000"/>
          <w:sz w:val="24"/>
          <w:szCs w:val="24"/>
        </w:rPr>
      </w:pPr>
      <w:r>
        <w:rPr>
          <w:b/>
          <w:noProof/>
          <w:color w:val="1D5770"/>
          <w:sz w:val="20"/>
        </w:rPr>
        <w:lastRenderedPageBreak/>
        <w:drawing>
          <wp:inline distT="0" distB="0" distL="0" distR="0" wp14:anchorId="44556379" wp14:editId="1AD5E131">
            <wp:extent cx="1409700" cy="1409700"/>
            <wp:effectExtent l="0" t="0" r="0" b="0"/>
            <wp:docPr id="666532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08215" name="Picture 78108215"/>
                    <pic:cNvPicPr/>
                  </pic:nvPicPr>
                  <pic:blipFill>
                    <a:blip r:embed="rId8"/>
                    <a:stretch>
                      <a:fillRect/>
                    </a:stretch>
                  </pic:blipFill>
                  <pic:spPr>
                    <a:xfrm>
                      <a:off x="0" y="0"/>
                      <a:ext cx="1409700" cy="1409700"/>
                    </a:xfrm>
                    <a:prstGeom prst="rect">
                      <a:avLst/>
                    </a:prstGeom>
                  </pic:spPr>
                </pic:pic>
              </a:graphicData>
            </a:graphic>
          </wp:inline>
        </w:drawing>
      </w:r>
    </w:p>
    <w:p w14:paraId="00106EDC" w14:textId="2E23332E" w:rsidR="003421BC" w:rsidRPr="00D349F4" w:rsidRDefault="00000000">
      <w:pPr>
        <w:keepNext/>
        <w:spacing w:before="140"/>
        <w:rPr>
          <w:sz w:val="24"/>
          <w:szCs w:val="24"/>
        </w:rPr>
      </w:pPr>
      <w:r w:rsidRPr="00D349F4">
        <w:rPr>
          <w:b/>
          <w:color w:val="000000"/>
          <w:sz w:val="24"/>
          <w:szCs w:val="24"/>
        </w:rPr>
        <w:t>FAITH AND COMPASS CONNECTION</w:t>
      </w:r>
    </w:p>
    <w:p w14:paraId="1179AAB1" w14:textId="77777777" w:rsidR="003421BC" w:rsidRPr="00D349F4" w:rsidRDefault="00000000">
      <w:pPr>
        <w:spacing w:after="100"/>
        <w:rPr>
          <w:sz w:val="22"/>
        </w:rPr>
      </w:pPr>
      <w:r w:rsidRPr="00D349F4">
        <w:rPr>
          <w:sz w:val="22"/>
        </w:rPr>
        <w:t xml:space="preserve">Are you a Christian?     </w:t>
      </w:r>
      <w:proofErr w:type="gramStart"/>
      <w:r w:rsidRPr="00D349F4">
        <w:rPr>
          <w:sz w:val="22"/>
        </w:rPr>
        <w:t>[ ]</w:t>
      </w:r>
      <w:proofErr w:type="gramEnd"/>
      <w:r w:rsidRPr="00D349F4">
        <w:rPr>
          <w:sz w:val="22"/>
        </w:rPr>
        <w:t xml:space="preserve"> Yes</w:t>
      </w:r>
      <w:proofErr w:type="gramStart"/>
      <w:r w:rsidRPr="00D349F4">
        <w:rPr>
          <w:sz w:val="22"/>
        </w:rPr>
        <w:t xml:space="preserve">   [</w:t>
      </w:r>
      <w:proofErr w:type="gramEnd"/>
      <w:r w:rsidRPr="00D349F4">
        <w:rPr>
          <w:sz w:val="22"/>
        </w:rPr>
        <w:t xml:space="preserve"> ] No       Do you attend Compass Church?     </w:t>
      </w:r>
      <w:proofErr w:type="gramStart"/>
      <w:r w:rsidRPr="00D349F4">
        <w:rPr>
          <w:sz w:val="22"/>
        </w:rPr>
        <w:t>[ ]</w:t>
      </w:r>
      <w:proofErr w:type="gramEnd"/>
      <w:r w:rsidRPr="00D349F4">
        <w:rPr>
          <w:sz w:val="22"/>
        </w:rPr>
        <w:t xml:space="preserve"> Yes</w:t>
      </w:r>
      <w:proofErr w:type="gramStart"/>
      <w:r w:rsidRPr="00D349F4">
        <w:rPr>
          <w:sz w:val="22"/>
        </w:rPr>
        <w:t xml:space="preserve">   [</w:t>
      </w:r>
      <w:proofErr w:type="gramEnd"/>
      <w:r w:rsidRPr="00D349F4">
        <w:rPr>
          <w:sz w:val="22"/>
        </w:rPr>
        <w:t xml:space="preserve"> ] No</w:t>
      </w:r>
    </w:p>
    <w:p w14:paraId="039607B2" w14:textId="77777777" w:rsidR="003421BC" w:rsidRPr="00D349F4" w:rsidRDefault="00000000">
      <w:pPr>
        <w:keepNext/>
        <w:spacing w:after="20"/>
        <w:rPr>
          <w:sz w:val="22"/>
        </w:rPr>
      </w:pPr>
      <w:r w:rsidRPr="00D349F4">
        <w:rPr>
          <w:b/>
          <w:sz w:val="22"/>
        </w:rPr>
        <w:t>How long have you been attending Compass?</w:t>
      </w:r>
    </w:p>
    <w:p w14:paraId="2DB1EC0F" w14:textId="77777777" w:rsidR="003421BC" w:rsidRPr="00D349F4" w:rsidRDefault="00000000">
      <w:pPr>
        <w:spacing w:line="240" w:lineRule="auto"/>
        <w:rPr>
          <w:sz w:val="22"/>
        </w:rPr>
      </w:pPr>
      <w:r w:rsidRPr="00D349F4">
        <w:rPr>
          <w:color w:val="9199A0"/>
          <w:sz w:val="22"/>
        </w:rPr>
        <w:t>________________________________________________________________________________</w:t>
      </w:r>
    </w:p>
    <w:p w14:paraId="1DB9CC2B" w14:textId="77777777" w:rsidR="003421BC" w:rsidRPr="00D349F4" w:rsidRDefault="00000000">
      <w:pPr>
        <w:keepNext/>
        <w:spacing w:after="20"/>
        <w:rPr>
          <w:sz w:val="22"/>
        </w:rPr>
      </w:pPr>
      <w:r w:rsidRPr="00D349F4">
        <w:rPr>
          <w:b/>
          <w:sz w:val="22"/>
        </w:rPr>
        <w:t>When did you accept Christ as your personal Savior?</w:t>
      </w:r>
    </w:p>
    <w:p w14:paraId="7BDA5151" w14:textId="77777777" w:rsidR="003421BC" w:rsidRPr="00D349F4" w:rsidRDefault="00000000">
      <w:pPr>
        <w:spacing w:line="240" w:lineRule="auto"/>
        <w:rPr>
          <w:sz w:val="22"/>
        </w:rPr>
      </w:pPr>
      <w:r w:rsidRPr="00D349F4">
        <w:rPr>
          <w:color w:val="9199A0"/>
          <w:sz w:val="22"/>
        </w:rPr>
        <w:t>________________________________________________________________________________</w:t>
      </w:r>
    </w:p>
    <w:p w14:paraId="016E81C2" w14:textId="77777777" w:rsidR="003421BC" w:rsidRPr="00D349F4" w:rsidRDefault="00000000">
      <w:pPr>
        <w:keepNext/>
        <w:spacing w:after="20"/>
        <w:rPr>
          <w:sz w:val="22"/>
        </w:rPr>
      </w:pPr>
      <w:r w:rsidRPr="00D349F4">
        <w:rPr>
          <w:b/>
          <w:sz w:val="22"/>
        </w:rPr>
        <w:t>What are you doing to continue growing spiritually?</w:t>
      </w:r>
    </w:p>
    <w:p w14:paraId="1E087FB8" w14:textId="77777777" w:rsidR="00D349F4" w:rsidRPr="00D349F4" w:rsidRDefault="00D349F4" w:rsidP="00D349F4">
      <w:pPr>
        <w:spacing w:line="240" w:lineRule="auto"/>
        <w:rPr>
          <w:sz w:val="22"/>
        </w:rPr>
      </w:pPr>
      <w:r w:rsidRPr="00D349F4">
        <w:rPr>
          <w:color w:val="9199A0"/>
          <w:sz w:val="22"/>
        </w:rPr>
        <w:t>________________________________________________________________________________</w:t>
      </w:r>
    </w:p>
    <w:p w14:paraId="565E3F6A" w14:textId="3DDC7645" w:rsidR="00D349F4" w:rsidRDefault="00D349F4">
      <w:pPr>
        <w:keepNext/>
        <w:spacing w:before="140"/>
        <w:rPr>
          <w:sz w:val="22"/>
        </w:rPr>
      </w:pPr>
    </w:p>
    <w:p w14:paraId="4088B4F1" w14:textId="77777777" w:rsidR="00D349F4" w:rsidRDefault="00D349F4">
      <w:pPr>
        <w:keepNext/>
        <w:spacing w:before="140"/>
        <w:rPr>
          <w:sz w:val="22"/>
        </w:rPr>
      </w:pPr>
    </w:p>
    <w:p w14:paraId="3B405EEA" w14:textId="6A89B8F0" w:rsidR="003421BC" w:rsidRPr="00D349F4" w:rsidRDefault="00000000">
      <w:pPr>
        <w:keepNext/>
        <w:spacing w:before="140"/>
        <w:rPr>
          <w:sz w:val="24"/>
          <w:szCs w:val="24"/>
        </w:rPr>
      </w:pPr>
      <w:r w:rsidRPr="00D349F4">
        <w:rPr>
          <w:b/>
          <w:color w:val="000000"/>
          <w:sz w:val="24"/>
          <w:szCs w:val="24"/>
        </w:rPr>
        <w:t>SERVING WITH CHILDREN</w:t>
      </w:r>
    </w:p>
    <w:p w14:paraId="2F861C63" w14:textId="77777777" w:rsidR="003421BC" w:rsidRPr="00D349F4" w:rsidRDefault="00000000">
      <w:pPr>
        <w:spacing w:after="40"/>
        <w:rPr>
          <w:sz w:val="22"/>
        </w:rPr>
      </w:pPr>
      <w:r w:rsidRPr="00D349F4">
        <w:rPr>
          <w:sz w:val="22"/>
        </w:rPr>
        <w:t>List any previous experience involving children. This can include church ministry, school, work, coaching, caregiving, or parenting.</w:t>
      </w:r>
    </w:p>
    <w:p w14:paraId="46FBD296" w14:textId="77777777" w:rsidR="003421BC" w:rsidRPr="00D349F4" w:rsidRDefault="003421BC">
      <w:pPr>
        <w:keepNext/>
        <w:spacing w:after="20"/>
        <w:rPr>
          <w:sz w:val="22"/>
        </w:rPr>
      </w:pPr>
    </w:p>
    <w:p w14:paraId="45CAAF6A" w14:textId="77777777" w:rsidR="003421BC" w:rsidRPr="00D349F4" w:rsidRDefault="00000000">
      <w:pPr>
        <w:spacing w:line="240" w:lineRule="auto"/>
        <w:rPr>
          <w:sz w:val="22"/>
        </w:rPr>
      </w:pPr>
      <w:r w:rsidRPr="00D349F4">
        <w:rPr>
          <w:color w:val="9199A0"/>
          <w:sz w:val="22"/>
        </w:rPr>
        <w:t>________________________________________________________________________________</w:t>
      </w:r>
    </w:p>
    <w:p w14:paraId="0BB85711" w14:textId="77777777" w:rsidR="003421BC" w:rsidRPr="00D349F4" w:rsidRDefault="00000000">
      <w:pPr>
        <w:spacing w:line="240" w:lineRule="auto"/>
        <w:rPr>
          <w:sz w:val="22"/>
        </w:rPr>
      </w:pPr>
      <w:r w:rsidRPr="00D349F4">
        <w:rPr>
          <w:color w:val="9199A0"/>
          <w:sz w:val="22"/>
        </w:rPr>
        <w:t>________________________________________________________________________________</w:t>
      </w:r>
    </w:p>
    <w:p w14:paraId="39F0EDAF" w14:textId="77777777" w:rsidR="003421BC" w:rsidRPr="00D349F4" w:rsidRDefault="00000000">
      <w:pPr>
        <w:spacing w:line="240" w:lineRule="auto"/>
        <w:rPr>
          <w:sz w:val="22"/>
        </w:rPr>
      </w:pPr>
      <w:r w:rsidRPr="00D349F4">
        <w:rPr>
          <w:color w:val="9199A0"/>
          <w:sz w:val="22"/>
        </w:rPr>
        <w:t>________________________________________________________________________________</w:t>
      </w:r>
    </w:p>
    <w:p w14:paraId="6ADB297D" w14:textId="77777777" w:rsidR="003421BC" w:rsidRDefault="00000000">
      <w:pPr>
        <w:spacing w:line="240" w:lineRule="auto"/>
        <w:rPr>
          <w:color w:val="9199A0"/>
          <w:sz w:val="22"/>
        </w:rPr>
      </w:pPr>
      <w:r w:rsidRPr="00D349F4">
        <w:rPr>
          <w:color w:val="9199A0"/>
          <w:sz w:val="22"/>
        </w:rPr>
        <w:t>________________________________________________________________________________</w:t>
      </w:r>
    </w:p>
    <w:p w14:paraId="4D3BD052" w14:textId="77777777" w:rsidR="00D349F4" w:rsidRPr="00052BA3" w:rsidRDefault="00D349F4">
      <w:pPr>
        <w:spacing w:line="240" w:lineRule="auto"/>
        <w:rPr>
          <w:sz w:val="24"/>
          <w:szCs w:val="24"/>
        </w:rPr>
      </w:pPr>
    </w:p>
    <w:p w14:paraId="74D39538" w14:textId="77777777" w:rsidR="003421BC" w:rsidRPr="00052BA3" w:rsidRDefault="00000000">
      <w:pPr>
        <w:spacing w:after="40"/>
        <w:rPr>
          <w:sz w:val="24"/>
          <w:szCs w:val="24"/>
        </w:rPr>
      </w:pPr>
      <w:r w:rsidRPr="00052BA3">
        <w:rPr>
          <w:b/>
          <w:sz w:val="24"/>
          <w:szCs w:val="24"/>
        </w:rPr>
        <w:t>Certifications or relevant skills:</w:t>
      </w:r>
    </w:p>
    <w:p w14:paraId="74108C70" w14:textId="77777777" w:rsidR="003421BC" w:rsidRPr="00D349F4" w:rsidRDefault="00000000">
      <w:pPr>
        <w:spacing w:after="40"/>
        <w:rPr>
          <w:sz w:val="22"/>
        </w:rPr>
      </w:pPr>
      <w:proofErr w:type="gramStart"/>
      <w:r w:rsidRPr="00D349F4">
        <w:rPr>
          <w:sz w:val="22"/>
        </w:rPr>
        <w:t>[ ]</w:t>
      </w:r>
      <w:proofErr w:type="gramEnd"/>
      <w:r w:rsidRPr="00D349F4">
        <w:rPr>
          <w:sz w:val="22"/>
        </w:rPr>
        <w:t xml:space="preserve"> Community/Child CPR</w:t>
      </w:r>
      <w:proofErr w:type="gramStart"/>
      <w:r w:rsidRPr="00D349F4">
        <w:rPr>
          <w:sz w:val="22"/>
        </w:rPr>
        <w:t xml:space="preserve">   [</w:t>
      </w:r>
      <w:proofErr w:type="gramEnd"/>
      <w:r w:rsidRPr="00D349F4">
        <w:rPr>
          <w:sz w:val="22"/>
        </w:rPr>
        <w:t xml:space="preserve"> ] Standard First Aid</w:t>
      </w:r>
    </w:p>
    <w:p w14:paraId="39E891B5" w14:textId="77777777" w:rsidR="003421BC" w:rsidRPr="00D349F4" w:rsidRDefault="00000000">
      <w:pPr>
        <w:spacing w:after="100"/>
        <w:rPr>
          <w:sz w:val="22"/>
        </w:rPr>
      </w:pPr>
      <w:proofErr w:type="gramStart"/>
      <w:r w:rsidRPr="00D349F4">
        <w:rPr>
          <w:sz w:val="22"/>
        </w:rPr>
        <w:t>[ ]</w:t>
      </w:r>
      <w:proofErr w:type="gramEnd"/>
      <w:r w:rsidRPr="00D349F4">
        <w:rPr>
          <w:sz w:val="22"/>
        </w:rPr>
        <w:t xml:space="preserve"> Special Driver's License</w:t>
      </w:r>
      <w:proofErr w:type="gramStart"/>
      <w:r w:rsidRPr="00D349F4">
        <w:rPr>
          <w:sz w:val="22"/>
        </w:rPr>
        <w:t xml:space="preserve">   [</w:t>
      </w:r>
      <w:proofErr w:type="gramEnd"/>
      <w:r w:rsidRPr="00D349F4">
        <w:rPr>
          <w:sz w:val="22"/>
        </w:rPr>
        <w:t xml:space="preserve"> ] Other: __________________________</w:t>
      </w:r>
    </w:p>
    <w:p w14:paraId="2A2AB1AF" w14:textId="77777777" w:rsidR="003421BC" w:rsidRPr="00D349F4" w:rsidRDefault="00000000">
      <w:pPr>
        <w:keepNext/>
        <w:spacing w:after="20"/>
        <w:rPr>
          <w:sz w:val="22"/>
        </w:rPr>
      </w:pPr>
      <w:r w:rsidRPr="00D349F4">
        <w:rPr>
          <w:b/>
          <w:sz w:val="22"/>
        </w:rPr>
        <w:t>What strengths would you bring to this volunteer role?</w:t>
      </w:r>
    </w:p>
    <w:p w14:paraId="42EF53C0" w14:textId="77777777" w:rsidR="003421BC" w:rsidRPr="00D349F4" w:rsidRDefault="00000000">
      <w:pPr>
        <w:spacing w:line="240" w:lineRule="auto"/>
        <w:rPr>
          <w:sz w:val="22"/>
        </w:rPr>
      </w:pPr>
      <w:r w:rsidRPr="00D349F4">
        <w:rPr>
          <w:color w:val="9199A0"/>
          <w:sz w:val="22"/>
        </w:rPr>
        <w:t>________________________________________________________________________________</w:t>
      </w:r>
    </w:p>
    <w:p w14:paraId="726CCA08" w14:textId="77777777" w:rsidR="003421BC" w:rsidRPr="00D349F4" w:rsidRDefault="00000000">
      <w:pPr>
        <w:spacing w:line="240" w:lineRule="auto"/>
        <w:rPr>
          <w:sz w:val="22"/>
        </w:rPr>
      </w:pPr>
      <w:r w:rsidRPr="00D349F4">
        <w:rPr>
          <w:color w:val="9199A0"/>
          <w:sz w:val="22"/>
        </w:rPr>
        <w:t>________________________________________________________________________________</w:t>
      </w:r>
    </w:p>
    <w:p w14:paraId="528F9A94" w14:textId="77777777" w:rsidR="003421BC" w:rsidRDefault="00000000">
      <w:pPr>
        <w:spacing w:line="240" w:lineRule="auto"/>
        <w:rPr>
          <w:color w:val="9199A0"/>
          <w:sz w:val="22"/>
        </w:rPr>
      </w:pPr>
      <w:r w:rsidRPr="00D349F4">
        <w:rPr>
          <w:color w:val="9199A0"/>
          <w:sz w:val="22"/>
        </w:rPr>
        <w:t>________________________________________________________________________________</w:t>
      </w:r>
    </w:p>
    <w:p w14:paraId="3751C33D" w14:textId="77777777" w:rsidR="00052BA3" w:rsidRPr="00D349F4" w:rsidRDefault="00052BA3">
      <w:pPr>
        <w:spacing w:line="240" w:lineRule="auto"/>
        <w:rPr>
          <w:sz w:val="22"/>
        </w:rPr>
      </w:pPr>
    </w:p>
    <w:p w14:paraId="6A29FB67" w14:textId="77777777" w:rsidR="003421BC" w:rsidRPr="00D349F4" w:rsidRDefault="00000000">
      <w:pPr>
        <w:keepNext/>
        <w:spacing w:after="20"/>
        <w:rPr>
          <w:sz w:val="22"/>
        </w:rPr>
      </w:pPr>
      <w:r w:rsidRPr="00D349F4">
        <w:rPr>
          <w:b/>
          <w:sz w:val="22"/>
        </w:rPr>
        <w:t>What is one area where you would appreciate encouragement, support, or training?</w:t>
      </w:r>
    </w:p>
    <w:p w14:paraId="679E7DE0" w14:textId="77777777" w:rsidR="003421BC" w:rsidRPr="00D349F4" w:rsidRDefault="00000000">
      <w:pPr>
        <w:spacing w:line="240" w:lineRule="auto"/>
        <w:rPr>
          <w:sz w:val="22"/>
        </w:rPr>
      </w:pPr>
      <w:r w:rsidRPr="00D349F4">
        <w:rPr>
          <w:color w:val="9199A0"/>
          <w:sz w:val="22"/>
        </w:rPr>
        <w:t>________________________________________________________________________________</w:t>
      </w:r>
    </w:p>
    <w:p w14:paraId="464FE3F3" w14:textId="77777777" w:rsidR="003421BC" w:rsidRPr="00D349F4" w:rsidRDefault="00000000">
      <w:pPr>
        <w:spacing w:line="240" w:lineRule="auto"/>
        <w:rPr>
          <w:sz w:val="22"/>
        </w:rPr>
      </w:pPr>
      <w:r w:rsidRPr="00D349F4">
        <w:rPr>
          <w:color w:val="9199A0"/>
          <w:sz w:val="22"/>
        </w:rPr>
        <w:t>________________________________________________________________________________</w:t>
      </w:r>
    </w:p>
    <w:p w14:paraId="01E8B87F" w14:textId="77777777" w:rsidR="003421BC" w:rsidRPr="00D349F4" w:rsidRDefault="00000000">
      <w:pPr>
        <w:spacing w:line="240" w:lineRule="auto"/>
        <w:rPr>
          <w:sz w:val="22"/>
        </w:rPr>
      </w:pPr>
      <w:r w:rsidRPr="00D349F4">
        <w:rPr>
          <w:color w:val="9199A0"/>
          <w:sz w:val="22"/>
        </w:rPr>
        <w:t>________________________________________________________________________________</w:t>
      </w:r>
    </w:p>
    <w:p w14:paraId="16B90772" w14:textId="77777777" w:rsidR="00052BA3" w:rsidRDefault="00052BA3" w:rsidP="00052BA3">
      <w:pPr>
        <w:keepNext/>
        <w:spacing w:after="20"/>
        <w:jc w:val="center"/>
        <w:rPr>
          <w:b/>
          <w:sz w:val="22"/>
        </w:rPr>
      </w:pPr>
      <w:r>
        <w:rPr>
          <w:b/>
          <w:noProof/>
          <w:color w:val="1D5770"/>
          <w:sz w:val="20"/>
        </w:rPr>
        <w:drawing>
          <wp:inline distT="0" distB="0" distL="0" distR="0" wp14:anchorId="31E1BDF7" wp14:editId="3C418299">
            <wp:extent cx="1409700" cy="1409700"/>
            <wp:effectExtent l="0" t="0" r="0" b="0"/>
            <wp:docPr id="1562572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08215" name="Picture 78108215"/>
                    <pic:cNvPicPr/>
                  </pic:nvPicPr>
                  <pic:blipFill>
                    <a:blip r:embed="rId8"/>
                    <a:stretch>
                      <a:fillRect/>
                    </a:stretch>
                  </pic:blipFill>
                  <pic:spPr>
                    <a:xfrm>
                      <a:off x="0" y="0"/>
                      <a:ext cx="1409700" cy="1409700"/>
                    </a:xfrm>
                    <a:prstGeom prst="rect">
                      <a:avLst/>
                    </a:prstGeom>
                  </pic:spPr>
                </pic:pic>
              </a:graphicData>
            </a:graphic>
          </wp:inline>
        </w:drawing>
      </w:r>
    </w:p>
    <w:p w14:paraId="0B0E0469" w14:textId="77777777" w:rsidR="00052BA3" w:rsidRDefault="00052BA3" w:rsidP="00052BA3">
      <w:pPr>
        <w:keepNext/>
        <w:spacing w:after="20"/>
        <w:jc w:val="center"/>
        <w:rPr>
          <w:b/>
          <w:sz w:val="22"/>
        </w:rPr>
      </w:pPr>
    </w:p>
    <w:p w14:paraId="57FAA418" w14:textId="535F535D" w:rsidR="003421BC" w:rsidRPr="00052BA3" w:rsidRDefault="00000000" w:rsidP="00052BA3">
      <w:pPr>
        <w:keepNext/>
        <w:spacing w:after="20"/>
        <w:rPr>
          <w:b/>
          <w:sz w:val="22"/>
        </w:rPr>
      </w:pPr>
      <w:r w:rsidRPr="00D349F4">
        <w:rPr>
          <w:b/>
          <w:sz w:val="22"/>
        </w:rPr>
        <w:t>What age of child do you most enjoy working with, and why?</w:t>
      </w:r>
    </w:p>
    <w:p w14:paraId="45762342" w14:textId="77777777" w:rsidR="003421BC" w:rsidRPr="00D349F4" w:rsidRDefault="00000000">
      <w:pPr>
        <w:spacing w:line="240" w:lineRule="auto"/>
        <w:rPr>
          <w:sz w:val="22"/>
        </w:rPr>
      </w:pPr>
      <w:r w:rsidRPr="00D349F4">
        <w:rPr>
          <w:color w:val="9199A0"/>
          <w:sz w:val="22"/>
        </w:rPr>
        <w:t>________________________________________________________________________________</w:t>
      </w:r>
    </w:p>
    <w:p w14:paraId="60337317" w14:textId="77777777" w:rsidR="003421BC" w:rsidRPr="00D349F4" w:rsidRDefault="00000000">
      <w:pPr>
        <w:spacing w:line="240" w:lineRule="auto"/>
        <w:rPr>
          <w:sz w:val="22"/>
        </w:rPr>
      </w:pPr>
      <w:r w:rsidRPr="00D349F4">
        <w:rPr>
          <w:color w:val="9199A0"/>
          <w:sz w:val="22"/>
        </w:rPr>
        <w:t>________________________________________________________________________________</w:t>
      </w:r>
    </w:p>
    <w:p w14:paraId="30D32A93" w14:textId="77777777" w:rsidR="003421BC" w:rsidRDefault="00000000">
      <w:pPr>
        <w:spacing w:line="240" w:lineRule="auto"/>
        <w:rPr>
          <w:color w:val="9199A0"/>
          <w:sz w:val="22"/>
        </w:rPr>
      </w:pPr>
      <w:r w:rsidRPr="00D349F4">
        <w:rPr>
          <w:color w:val="9199A0"/>
          <w:sz w:val="22"/>
        </w:rPr>
        <w:t>________________________________________________________________________________</w:t>
      </w:r>
    </w:p>
    <w:p w14:paraId="133BEA89" w14:textId="77777777" w:rsidR="00D349F4" w:rsidRDefault="00D349F4">
      <w:pPr>
        <w:spacing w:line="240" w:lineRule="auto"/>
      </w:pPr>
    </w:p>
    <w:p w14:paraId="30150E7D" w14:textId="77777777" w:rsidR="003421BC" w:rsidRPr="00D349F4" w:rsidRDefault="00000000">
      <w:pPr>
        <w:keepNext/>
        <w:spacing w:before="140"/>
        <w:rPr>
          <w:sz w:val="24"/>
          <w:szCs w:val="24"/>
        </w:rPr>
      </w:pPr>
      <w:r w:rsidRPr="00D349F4">
        <w:rPr>
          <w:b/>
          <w:color w:val="000000"/>
          <w:sz w:val="24"/>
          <w:szCs w:val="24"/>
        </w:rPr>
        <w:t>SAFETY AND SUPPORT</w:t>
      </w:r>
    </w:p>
    <w:p w14:paraId="32D99705" w14:textId="77777777" w:rsidR="003421BC" w:rsidRPr="00D349F4" w:rsidRDefault="00000000">
      <w:pPr>
        <w:spacing w:after="40"/>
        <w:rPr>
          <w:sz w:val="22"/>
        </w:rPr>
      </w:pPr>
      <w:r w:rsidRPr="00D349F4">
        <w:rPr>
          <w:sz w:val="22"/>
        </w:rPr>
        <w:t>Is there anything we should know that could affect your ability to safely serve and interact with children?</w:t>
      </w:r>
    </w:p>
    <w:p w14:paraId="60836AD7" w14:textId="77777777" w:rsidR="003421BC" w:rsidRPr="00D349F4" w:rsidRDefault="00000000">
      <w:pPr>
        <w:spacing w:after="60"/>
        <w:rPr>
          <w:sz w:val="22"/>
        </w:rPr>
      </w:pPr>
      <w:proofErr w:type="gramStart"/>
      <w:r w:rsidRPr="00D349F4">
        <w:rPr>
          <w:sz w:val="22"/>
        </w:rPr>
        <w:t>[ ]</w:t>
      </w:r>
      <w:proofErr w:type="gramEnd"/>
      <w:r w:rsidRPr="00D349F4">
        <w:rPr>
          <w:sz w:val="22"/>
        </w:rPr>
        <w:t xml:space="preserve"> Yes</w:t>
      </w:r>
      <w:proofErr w:type="gramStart"/>
      <w:r w:rsidRPr="00D349F4">
        <w:rPr>
          <w:sz w:val="22"/>
        </w:rPr>
        <w:t xml:space="preserve">   [</w:t>
      </w:r>
      <w:proofErr w:type="gramEnd"/>
      <w:r w:rsidRPr="00D349F4">
        <w:rPr>
          <w:sz w:val="22"/>
        </w:rPr>
        <w:t xml:space="preserve"> ] No</w:t>
      </w:r>
    </w:p>
    <w:p w14:paraId="2CA693A5" w14:textId="77777777" w:rsidR="003421BC" w:rsidRPr="00D349F4" w:rsidRDefault="00000000">
      <w:pPr>
        <w:spacing w:after="60"/>
        <w:rPr>
          <w:sz w:val="22"/>
        </w:rPr>
      </w:pPr>
      <w:r w:rsidRPr="00D349F4">
        <w:rPr>
          <w:sz w:val="22"/>
        </w:rPr>
        <w:t>If yes, or if you are unsure how to answer, please speak with a Compass Kids staff member. Any conversation will be handled with care and confidentiality.</w:t>
      </w:r>
    </w:p>
    <w:p w14:paraId="0D7AFD1B" w14:textId="77777777" w:rsidR="003421BC" w:rsidRPr="00D349F4" w:rsidRDefault="00000000">
      <w:pPr>
        <w:keepNext/>
        <w:spacing w:after="20"/>
        <w:rPr>
          <w:sz w:val="22"/>
        </w:rPr>
      </w:pPr>
      <w:r w:rsidRPr="00D349F4">
        <w:rPr>
          <w:b/>
          <w:sz w:val="22"/>
        </w:rPr>
        <w:t>Please explain, if applicable:</w:t>
      </w:r>
    </w:p>
    <w:p w14:paraId="424CB852" w14:textId="77777777" w:rsidR="003421BC" w:rsidRDefault="00000000">
      <w:pPr>
        <w:spacing w:line="240" w:lineRule="auto"/>
      </w:pPr>
      <w:r>
        <w:rPr>
          <w:color w:val="9199A0"/>
          <w:sz w:val="18"/>
        </w:rPr>
        <w:t>________________________________________________________________________________</w:t>
      </w:r>
    </w:p>
    <w:p w14:paraId="1447EE85" w14:textId="77777777" w:rsidR="003421BC" w:rsidRDefault="00000000">
      <w:pPr>
        <w:spacing w:line="240" w:lineRule="auto"/>
      </w:pPr>
      <w:r>
        <w:rPr>
          <w:color w:val="9199A0"/>
          <w:sz w:val="18"/>
        </w:rPr>
        <w:t>________________________________________________________________________________</w:t>
      </w:r>
    </w:p>
    <w:p w14:paraId="269617CB" w14:textId="77777777" w:rsidR="003421BC" w:rsidRDefault="00000000">
      <w:pPr>
        <w:spacing w:line="240" w:lineRule="auto"/>
      </w:pPr>
      <w:r>
        <w:rPr>
          <w:color w:val="9199A0"/>
          <w:sz w:val="18"/>
        </w:rPr>
        <w:t>________________________________________________________________________________</w:t>
      </w:r>
    </w:p>
    <w:p w14:paraId="6B50686D" w14:textId="5AFC7736" w:rsidR="003421BC" w:rsidRPr="00D349F4" w:rsidRDefault="00000000" w:rsidP="00D349F4">
      <w:pPr>
        <w:rPr>
          <w:sz w:val="24"/>
          <w:szCs w:val="24"/>
        </w:rPr>
      </w:pPr>
      <w:r w:rsidRPr="00D349F4">
        <w:rPr>
          <w:b/>
          <w:color w:val="000000"/>
          <w:sz w:val="24"/>
          <w:szCs w:val="24"/>
        </w:rPr>
        <w:t>CHURCH HISTORY</w:t>
      </w:r>
    </w:p>
    <w:p w14:paraId="06C31004" w14:textId="77777777" w:rsidR="003421BC" w:rsidRPr="00D349F4" w:rsidRDefault="00000000">
      <w:pPr>
        <w:spacing w:after="60"/>
        <w:rPr>
          <w:sz w:val="22"/>
        </w:rPr>
      </w:pPr>
      <w:r w:rsidRPr="00D349F4">
        <w:rPr>
          <w:sz w:val="22"/>
        </w:rPr>
        <w:t>List other churches you have attended during the past five years, if applicable.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528"/>
        <w:gridCol w:w="2520"/>
        <w:gridCol w:w="3888"/>
      </w:tblGrid>
      <w:tr w:rsidR="003421BC" w:rsidRPr="00D349F4" w14:paraId="3E6EA25E" w14:textId="77777777">
        <w:trPr>
          <w:jc w:val="center"/>
        </w:trPr>
        <w:tc>
          <w:tcPr>
            <w:tcW w:w="3528" w:type="dxa"/>
            <w:tcMar>
              <w:top w:w="100" w:type="dxa"/>
              <w:left w:w="90" w:type="dxa"/>
              <w:bottom w:w="100" w:type="dxa"/>
              <w:right w:w="90" w:type="dxa"/>
            </w:tcMar>
            <w:vAlign w:val="center"/>
          </w:tcPr>
          <w:p w14:paraId="044A2B05" w14:textId="4E331EC4" w:rsidR="003421BC" w:rsidRPr="00D349F4" w:rsidRDefault="00000000">
            <w:pPr>
              <w:spacing w:after="0"/>
              <w:rPr>
                <w:sz w:val="22"/>
              </w:rPr>
            </w:pPr>
            <w:r w:rsidRPr="00D349F4">
              <w:rPr>
                <w:b/>
                <w:sz w:val="22"/>
              </w:rPr>
              <w:t>Church Name</w:t>
            </w:r>
            <w:r w:rsidRPr="00D349F4">
              <w:rPr>
                <w:b/>
                <w:sz w:val="22"/>
              </w:rPr>
              <w:br/>
            </w:r>
          </w:p>
        </w:tc>
        <w:tc>
          <w:tcPr>
            <w:tcW w:w="2520" w:type="dxa"/>
            <w:tcMar>
              <w:top w:w="100" w:type="dxa"/>
              <w:left w:w="90" w:type="dxa"/>
              <w:bottom w:w="100" w:type="dxa"/>
              <w:right w:w="90" w:type="dxa"/>
            </w:tcMar>
            <w:vAlign w:val="center"/>
          </w:tcPr>
          <w:p w14:paraId="2C610FD2" w14:textId="0CC3357B" w:rsidR="003421BC" w:rsidRPr="00D349F4" w:rsidRDefault="00000000">
            <w:pPr>
              <w:spacing w:after="0"/>
              <w:rPr>
                <w:sz w:val="22"/>
              </w:rPr>
            </w:pPr>
            <w:r w:rsidRPr="00D349F4">
              <w:rPr>
                <w:b/>
                <w:sz w:val="22"/>
              </w:rPr>
              <w:t>Years Attended</w:t>
            </w:r>
            <w:r w:rsidRPr="00D349F4">
              <w:rPr>
                <w:b/>
                <w:sz w:val="22"/>
              </w:rPr>
              <w:br/>
            </w:r>
          </w:p>
        </w:tc>
        <w:tc>
          <w:tcPr>
            <w:tcW w:w="3888" w:type="dxa"/>
            <w:tcMar>
              <w:top w:w="100" w:type="dxa"/>
              <w:left w:w="90" w:type="dxa"/>
              <w:bottom w:w="100" w:type="dxa"/>
              <w:right w:w="90" w:type="dxa"/>
            </w:tcMar>
            <w:vAlign w:val="center"/>
          </w:tcPr>
          <w:p w14:paraId="22A8BD30" w14:textId="37E77957" w:rsidR="003421BC" w:rsidRPr="00D349F4" w:rsidRDefault="00000000">
            <w:pPr>
              <w:spacing w:after="0"/>
              <w:rPr>
                <w:sz w:val="22"/>
              </w:rPr>
            </w:pPr>
            <w:r w:rsidRPr="00D349F4">
              <w:rPr>
                <w:b/>
                <w:sz w:val="22"/>
              </w:rPr>
              <w:t>Contact Person / Phone</w:t>
            </w:r>
            <w:r w:rsidRPr="00D349F4">
              <w:rPr>
                <w:b/>
                <w:sz w:val="22"/>
              </w:rPr>
              <w:br/>
            </w:r>
          </w:p>
        </w:tc>
      </w:tr>
    </w:tbl>
    <w:p w14:paraId="3557D860" w14:textId="77777777" w:rsidR="003421BC" w:rsidRPr="00D349F4" w:rsidRDefault="003421BC">
      <w:pPr>
        <w:spacing w:after="0"/>
        <w:rPr>
          <w:sz w:val="22"/>
        </w:rPr>
      </w:pP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528"/>
        <w:gridCol w:w="2520"/>
        <w:gridCol w:w="3888"/>
      </w:tblGrid>
      <w:tr w:rsidR="003421BC" w:rsidRPr="00D349F4" w14:paraId="6E068818" w14:textId="77777777">
        <w:trPr>
          <w:jc w:val="center"/>
        </w:trPr>
        <w:tc>
          <w:tcPr>
            <w:tcW w:w="3528" w:type="dxa"/>
            <w:tcMar>
              <w:top w:w="100" w:type="dxa"/>
              <w:left w:w="90" w:type="dxa"/>
              <w:bottom w:w="100" w:type="dxa"/>
              <w:right w:w="90" w:type="dxa"/>
            </w:tcMar>
            <w:vAlign w:val="center"/>
          </w:tcPr>
          <w:p w14:paraId="0614A7C1" w14:textId="4626C749" w:rsidR="003421BC" w:rsidRPr="00D349F4" w:rsidRDefault="00000000">
            <w:pPr>
              <w:spacing w:after="0"/>
              <w:rPr>
                <w:sz w:val="22"/>
              </w:rPr>
            </w:pPr>
            <w:r w:rsidRPr="00D349F4">
              <w:rPr>
                <w:b/>
                <w:sz w:val="22"/>
              </w:rPr>
              <w:t>Church Name</w:t>
            </w:r>
            <w:r w:rsidRPr="00D349F4">
              <w:rPr>
                <w:b/>
                <w:sz w:val="22"/>
              </w:rPr>
              <w:br/>
            </w:r>
          </w:p>
        </w:tc>
        <w:tc>
          <w:tcPr>
            <w:tcW w:w="2520" w:type="dxa"/>
            <w:tcMar>
              <w:top w:w="100" w:type="dxa"/>
              <w:left w:w="90" w:type="dxa"/>
              <w:bottom w:w="100" w:type="dxa"/>
              <w:right w:w="90" w:type="dxa"/>
            </w:tcMar>
            <w:vAlign w:val="center"/>
          </w:tcPr>
          <w:p w14:paraId="61745886" w14:textId="408EBE63" w:rsidR="003421BC" w:rsidRPr="00D349F4" w:rsidRDefault="00000000">
            <w:pPr>
              <w:spacing w:after="0"/>
              <w:rPr>
                <w:sz w:val="22"/>
              </w:rPr>
            </w:pPr>
            <w:r w:rsidRPr="00D349F4">
              <w:rPr>
                <w:b/>
                <w:sz w:val="22"/>
              </w:rPr>
              <w:t>Years Attended</w:t>
            </w:r>
            <w:r w:rsidRPr="00D349F4">
              <w:rPr>
                <w:b/>
                <w:sz w:val="22"/>
              </w:rPr>
              <w:br/>
            </w:r>
          </w:p>
        </w:tc>
        <w:tc>
          <w:tcPr>
            <w:tcW w:w="3888" w:type="dxa"/>
            <w:tcMar>
              <w:top w:w="100" w:type="dxa"/>
              <w:left w:w="90" w:type="dxa"/>
              <w:bottom w:w="100" w:type="dxa"/>
              <w:right w:w="90" w:type="dxa"/>
            </w:tcMar>
            <w:vAlign w:val="center"/>
          </w:tcPr>
          <w:p w14:paraId="4774FC79" w14:textId="2A31EF6C" w:rsidR="003421BC" w:rsidRPr="00D349F4" w:rsidRDefault="00000000">
            <w:pPr>
              <w:spacing w:after="0"/>
              <w:rPr>
                <w:sz w:val="22"/>
              </w:rPr>
            </w:pPr>
            <w:r w:rsidRPr="00D349F4">
              <w:rPr>
                <w:b/>
                <w:sz w:val="22"/>
              </w:rPr>
              <w:t>Contact Person / Phone</w:t>
            </w:r>
            <w:r w:rsidRPr="00D349F4">
              <w:rPr>
                <w:b/>
                <w:sz w:val="22"/>
              </w:rPr>
              <w:br/>
            </w:r>
          </w:p>
        </w:tc>
      </w:tr>
    </w:tbl>
    <w:p w14:paraId="0B9FEE44" w14:textId="77777777" w:rsidR="003421BC" w:rsidRPr="00D349F4" w:rsidRDefault="003421BC">
      <w:pPr>
        <w:spacing w:after="0"/>
        <w:rPr>
          <w:sz w:val="22"/>
        </w:rPr>
      </w:pPr>
    </w:p>
    <w:p w14:paraId="6636DE5E" w14:textId="77777777" w:rsidR="00C5451E" w:rsidRDefault="00C5451E" w:rsidP="00052BA3">
      <w:pPr>
        <w:keepNext/>
        <w:spacing w:before="140"/>
        <w:jc w:val="center"/>
        <w:rPr>
          <w:b/>
          <w:color w:val="000000"/>
          <w:sz w:val="24"/>
          <w:szCs w:val="24"/>
        </w:rPr>
      </w:pPr>
    </w:p>
    <w:p w14:paraId="42DAF2BB" w14:textId="3F2AC0E5" w:rsidR="00052BA3" w:rsidRDefault="00052BA3" w:rsidP="00052BA3">
      <w:pPr>
        <w:keepNext/>
        <w:spacing w:before="140"/>
        <w:jc w:val="center"/>
        <w:rPr>
          <w:b/>
          <w:color w:val="000000"/>
          <w:sz w:val="24"/>
          <w:szCs w:val="24"/>
        </w:rPr>
      </w:pPr>
      <w:r>
        <w:rPr>
          <w:b/>
          <w:noProof/>
          <w:color w:val="1D5770"/>
          <w:sz w:val="20"/>
        </w:rPr>
        <w:drawing>
          <wp:inline distT="0" distB="0" distL="0" distR="0" wp14:anchorId="09AC8976" wp14:editId="3B223C2C">
            <wp:extent cx="1409700" cy="1409700"/>
            <wp:effectExtent l="0" t="0" r="0" b="0"/>
            <wp:docPr id="1324109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08215" name="Picture 78108215"/>
                    <pic:cNvPicPr/>
                  </pic:nvPicPr>
                  <pic:blipFill>
                    <a:blip r:embed="rId8"/>
                    <a:stretch>
                      <a:fillRect/>
                    </a:stretch>
                  </pic:blipFill>
                  <pic:spPr>
                    <a:xfrm>
                      <a:off x="0" y="0"/>
                      <a:ext cx="1409700" cy="1409700"/>
                    </a:xfrm>
                    <a:prstGeom prst="rect">
                      <a:avLst/>
                    </a:prstGeom>
                  </pic:spPr>
                </pic:pic>
              </a:graphicData>
            </a:graphic>
          </wp:inline>
        </w:drawing>
      </w:r>
    </w:p>
    <w:p w14:paraId="38429E89" w14:textId="77777777" w:rsidR="00052BA3" w:rsidRDefault="00052BA3">
      <w:pPr>
        <w:keepNext/>
        <w:spacing w:before="140"/>
        <w:rPr>
          <w:b/>
          <w:color w:val="000000"/>
          <w:sz w:val="24"/>
          <w:szCs w:val="24"/>
        </w:rPr>
      </w:pPr>
    </w:p>
    <w:p w14:paraId="7D0FBA5B" w14:textId="77777777" w:rsidR="00052BA3" w:rsidRDefault="00052BA3">
      <w:pPr>
        <w:keepNext/>
        <w:spacing w:before="140"/>
        <w:rPr>
          <w:b/>
          <w:color w:val="000000"/>
          <w:sz w:val="24"/>
          <w:szCs w:val="24"/>
        </w:rPr>
      </w:pPr>
    </w:p>
    <w:p w14:paraId="11846F9D" w14:textId="36AF45A6" w:rsidR="003421BC" w:rsidRPr="00D349F4" w:rsidRDefault="00000000">
      <w:pPr>
        <w:keepNext/>
        <w:spacing w:before="140"/>
        <w:rPr>
          <w:sz w:val="24"/>
          <w:szCs w:val="24"/>
        </w:rPr>
      </w:pPr>
      <w:r w:rsidRPr="00D349F4">
        <w:rPr>
          <w:b/>
          <w:color w:val="000000"/>
          <w:sz w:val="24"/>
          <w:szCs w:val="24"/>
        </w:rPr>
        <w:t>REFERENCES</w:t>
      </w:r>
    </w:p>
    <w:p w14:paraId="20BA8366" w14:textId="77777777" w:rsidR="003421BC" w:rsidRPr="00D349F4" w:rsidRDefault="00000000">
      <w:pPr>
        <w:spacing w:after="60"/>
        <w:rPr>
          <w:sz w:val="22"/>
        </w:rPr>
      </w:pPr>
      <w:r w:rsidRPr="00D349F4">
        <w:rPr>
          <w:sz w:val="22"/>
        </w:rPr>
        <w:t>Please provide two references we may contact. References should not be immediate family members when possible.</w:t>
      </w:r>
    </w:p>
    <w:p w14:paraId="2E4F9DB9" w14:textId="77777777" w:rsidR="003421BC" w:rsidRPr="00D349F4" w:rsidRDefault="00000000">
      <w:pPr>
        <w:spacing w:after="20"/>
        <w:rPr>
          <w:sz w:val="22"/>
        </w:rPr>
      </w:pPr>
      <w:r w:rsidRPr="00D349F4">
        <w:rPr>
          <w:b/>
          <w:sz w:val="22"/>
        </w:rPr>
        <w:t>Reference 1</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968"/>
        <w:gridCol w:w="4968"/>
      </w:tblGrid>
      <w:tr w:rsidR="003421BC" w:rsidRPr="00D349F4" w14:paraId="229FF8D6" w14:textId="77777777">
        <w:trPr>
          <w:jc w:val="center"/>
        </w:trPr>
        <w:tc>
          <w:tcPr>
            <w:tcW w:w="4968" w:type="dxa"/>
            <w:tcMar>
              <w:top w:w="100" w:type="dxa"/>
              <w:left w:w="90" w:type="dxa"/>
              <w:bottom w:w="100" w:type="dxa"/>
              <w:right w:w="90" w:type="dxa"/>
            </w:tcMar>
            <w:vAlign w:val="center"/>
          </w:tcPr>
          <w:p w14:paraId="3F62887D" w14:textId="58BAC764" w:rsidR="003421BC" w:rsidRPr="00D349F4" w:rsidRDefault="00000000">
            <w:pPr>
              <w:spacing w:after="0"/>
              <w:rPr>
                <w:sz w:val="22"/>
              </w:rPr>
            </w:pPr>
            <w:r w:rsidRPr="00D349F4">
              <w:rPr>
                <w:b/>
                <w:sz w:val="22"/>
              </w:rPr>
              <w:t>Name</w:t>
            </w:r>
            <w:r w:rsidRPr="00D349F4">
              <w:rPr>
                <w:b/>
                <w:sz w:val="22"/>
              </w:rPr>
              <w:br/>
            </w:r>
          </w:p>
        </w:tc>
        <w:tc>
          <w:tcPr>
            <w:tcW w:w="4968" w:type="dxa"/>
            <w:tcMar>
              <w:top w:w="100" w:type="dxa"/>
              <w:left w:w="90" w:type="dxa"/>
              <w:bottom w:w="100" w:type="dxa"/>
              <w:right w:w="90" w:type="dxa"/>
            </w:tcMar>
            <w:vAlign w:val="center"/>
          </w:tcPr>
          <w:p w14:paraId="421B0BC9" w14:textId="10803A45" w:rsidR="003421BC" w:rsidRPr="00D349F4" w:rsidRDefault="00000000">
            <w:pPr>
              <w:spacing w:after="0"/>
              <w:rPr>
                <w:sz w:val="22"/>
              </w:rPr>
            </w:pPr>
            <w:r w:rsidRPr="00D349F4">
              <w:rPr>
                <w:b/>
                <w:sz w:val="22"/>
              </w:rPr>
              <w:t>Phone / Email</w:t>
            </w:r>
            <w:r w:rsidRPr="00D349F4">
              <w:rPr>
                <w:b/>
                <w:sz w:val="22"/>
              </w:rPr>
              <w:br/>
            </w:r>
          </w:p>
        </w:tc>
      </w:tr>
      <w:tr w:rsidR="003421BC" w:rsidRPr="00D349F4" w14:paraId="42250588" w14:textId="77777777">
        <w:trPr>
          <w:jc w:val="center"/>
        </w:trPr>
        <w:tc>
          <w:tcPr>
            <w:tcW w:w="4968" w:type="dxa"/>
            <w:tcMar>
              <w:top w:w="100" w:type="dxa"/>
              <w:left w:w="90" w:type="dxa"/>
              <w:bottom w:w="100" w:type="dxa"/>
              <w:right w:w="90" w:type="dxa"/>
            </w:tcMar>
            <w:vAlign w:val="center"/>
          </w:tcPr>
          <w:p w14:paraId="6E19E2E9" w14:textId="224834F9" w:rsidR="003421BC" w:rsidRPr="00D349F4" w:rsidRDefault="00000000">
            <w:pPr>
              <w:spacing w:after="0"/>
              <w:rPr>
                <w:sz w:val="22"/>
              </w:rPr>
            </w:pPr>
            <w:r w:rsidRPr="00D349F4">
              <w:rPr>
                <w:b/>
                <w:sz w:val="22"/>
              </w:rPr>
              <w:t>Relationship to You</w:t>
            </w:r>
            <w:r w:rsidRPr="00D349F4">
              <w:rPr>
                <w:b/>
                <w:sz w:val="22"/>
              </w:rPr>
              <w:br/>
            </w:r>
          </w:p>
        </w:tc>
        <w:tc>
          <w:tcPr>
            <w:tcW w:w="4968" w:type="dxa"/>
            <w:tcMar>
              <w:top w:w="100" w:type="dxa"/>
              <w:left w:w="90" w:type="dxa"/>
              <w:bottom w:w="100" w:type="dxa"/>
              <w:right w:w="90" w:type="dxa"/>
            </w:tcMar>
            <w:vAlign w:val="center"/>
          </w:tcPr>
          <w:p w14:paraId="7222F52F" w14:textId="4724E802" w:rsidR="003421BC" w:rsidRPr="00D349F4" w:rsidRDefault="00000000">
            <w:pPr>
              <w:spacing w:after="0"/>
              <w:rPr>
                <w:sz w:val="22"/>
              </w:rPr>
            </w:pPr>
            <w:r w:rsidRPr="00D349F4">
              <w:rPr>
                <w:b/>
                <w:sz w:val="22"/>
              </w:rPr>
              <w:t>How long have you known them?</w:t>
            </w:r>
            <w:r w:rsidRPr="00D349F4">
              <w:rPr>
                <w:b/>
                <w:sz w:val="22"/>
              </w:rPr>
              <w:br/>
            </w:r>
          </w:p>
        </w:tc>
      </w:tr>
    </w:tbl>
    <w:p w14:paraId="21521D2E" w14:textId="77777777" w:rsidR="003421BC" w:rsidRPr="00D349F4" w:rsidRDefault="003421BC">
      <w:pPr>
        <w:spacing w:after="0"/>
        <w:rPr>
          <w:sz w:val="22"/>
        </w:rPr>
      </w:pPr>
    </w:p>
    <w:p w14:paraId="66364154" w14:textId="77777777" w:rsidR="003421BC" w:rsidRPr="00D349F4" w:rsidRDefault="00000000">
      <w:pPr>
        <w:spacing w:after="20"/>
        <w:rPr>
          <w:sz w:val="22"/>
        </w:rPr>
      </w:pPr>
      <w:r w:rsidRPr="00D349F4">
        <w:rPr>
          <w:b/>
          <w:sz w:val="22"/>
        </w:rPr>
        <w:t>Reference 2</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968"/>
        <w:gridCol w:w="4968"/>
      </w:tblGrid>
      <w:tr w:rsidR="003421BC" w:rsidRPr="00D349F4" w14:paraId="409BC886" w14:textId="77777777">
        <w:trPr>
          <w:jc w:val="center"/>
        </w:trPr>
        <w:tc>
          <w:tcPr>
            <w:tcW w:w="4968" w:type="dxa"/>
            <w:tcMar>
              <w:top w:w="100" w:type="dxa"/>
              <w:left w:w="90" w:type="dxa"/>
              <w:bottom w:w="100" w:type="dxa"/>
              <w:right w:w="90" w:type="dxa"/>
            </w:tcMar>
            <w:vAlign w:val="center"/>
          </w:tcPr>
          <w:p w14:paraId="4A7528A1" w14:textId="1D1C81E2" w:rsidR="003421BC" w:rsidRPr="00D349F4" w:rsidRDefault="00000000">
            <w:pPr>
              <w:spacing w:after="0"/>
              <w:rPr>
                <w:sz w:val="22"/>
              </w:rPr>
            </w:pPr>
            <w:r w:rsidRPr="00D349F4">
              <w:rPr>
                <w:b/>
                <w:sz w:val="22"/>
              </w:rPr>
              <w:t>Name</w:t>
            </w:r>
            <w:r w:rsidRPr="00D349F4">
              <w:rPr>
                <w:b/>
                <w:sz w:val="22"/>
              </w:rPr>
              <w:br/>
            </w:r>
          </w:p>
        </w:tc>
        <w:tc>
          <w:tcPr>
            <w:tcW w:w="4968" w:type="dxa"/>
            <w:tcMar>
              <w:top w:w="100" w:type="dxa"/>
              <w:left w:w="90" w:type="dxa"/>
              <w:bottom w:w="100" w:type="dxa"/>
              <w:right w:w="90" w:type="dxa"/>
            </w:tcMar>
            <w:vAlign w:val="center"/>
          </w:tcPr>
          <w:p w14:paraId="0BA47EA9" w14:textId="6DE56D5D" w:rsidR="003421BC" w:rsidRPr="00D349F4" w:rsidRDefault="00000000">
            <w:pPr>
              <w:spacing w:after="0"/>
              <w:rPr>
                <w:sz w:val="22"/>
              </w:rPr>
            </w:pPr>
            <w:r w:rsidRPr="00D349F4">
              <w:rPr>
                <w:b/>
                <w:sz w:val="22"/>
              </w:rPr>
              <w:t>Phone / Email</w:t>
            </w:r>
            <w:r w:rsidRPr="00D349F4">
              <w:rPr>
                <w:b/>
                <w:sz w:val="22"/>
              </w:rPr>
              <w:br/>
            </w:r>
          </w:p>
        </w:tc>
      </w:tr>
      <w:tr w:rsidR="003421BC" w:rsidRPr="00D349F4" w14:paraId="61C94832" w14:textId="77777777">
        <w:trPr>
          <w:jc w:val="center"/>
        </w:trPr>
        <w:tc>
          <w:tcPr>
            <w:tcW w:w="4968" w:type="dxa"/>
            <w:tcMar>
              <w:top w:w="100" w:type="dxa"/>
              <w:left w:w="90" w:type="dxa"/>
              <w:bottom w:w="100" w:type="dxa"/>
              <w:right w:w="90" w:type="dxa"/>
            </w:tcMar>
            <w:vAlign w:val="center"/>
          </w:tcPr>
          <w:p w14:paraId="3368A030" w14:textId="0BCD02F3" w:rsidR="003421BC" w:rsidRPr="00D349F4" w:rsidRDefault="00000000">
            <w:pPr>
              <w:spacing w:after="0"/>
              <w:rPr>
                <w:sz w:val="22"/>
              </w:rPr>
            </w:pPr>
            <w:r w:rsidRPr="00D349F4">
              <w:rPr>
                <w:b/>
                <w:sz w:val="22"/>
              </w:rPr>
              <w:t>Relationship to You</w:t>
            </w:r>
            <w:r w:rsidRPr="00D349F4">
              <w:rPr>
                <w:b/>
                <w:sz w:val="22"/>
              </w:rPr>
              <w:br/>
            </w:r>
          </w:p>
        </w:tc>
        <w:tc>
          <w:tcPr>
            <w:tcW w:w="4968" w:type="dxa"/>
            <w:tcMar>
              <w:top w:w="100" w:type="dxa"/>
              <w:left w:w="90" w:type="dxa"/>
              <w:bottom w:w="100" w:type="dxa"/>
              <w:right w:w="90" w:type="dxa"/>
            </w:tcMar>
            <w:vAlign w:val="center"/>
          </w:tcPr>
          <w:p w14:paraId="4FD60D4E" w14:textId="69AF794A" w:rsidR="003421BC" w:rsidRPr="00D349F4" w:rsidRDefault="00000000">
            <w:pPr>
              <w:spacing w:after="0"/>
              <w:rPr>
                <w:sz w:val="22"/>
              </w:rPr>
            </w:pPr>
            <w:r w:rsidRPr="00D349F4">
              <w:rPr>
                <w:b/>
                <w:sz w:val="22"/>
              </w:rPr>
              <w:t>How long have you known them?</w:t>
            </w:r>
            <w:r w:rsidRPr="00D349F4">
              <w:rPr>
                <w:b/>
                <w:sz w:val="22"/>
              </w:rPr>
              <w:br/>
            </w:r>
          </w:p>
        </w:tc>
      </w:tr>
    </w:tbl>
    <w:p w14:paraId="01E37E5C" w14:textId="77777777" w:rsidR="003421BC" w:rsidRDefault="003421BC">
      <w:pPr>
        <w:spacing w:after="0"/>
      </w:pPr>
    </w:p>
    <w:p w14:paraId="0F733AE2" w14:textId="77777777" w:rsidR="003421BC" w:rsidRPr="00D349F4" w:rsidRDefault="00000000">
      <w:pPr>
        <w:keepNext/>
        <w:spacing w:before="140"/>
        <w:rPr>
          <w:sz w:val="24"/>
          <w:szCs w:val="24"/>
        </w:rPr>
      </w:pPr>
      <w:r w:rsidRPr="00D349F4">
        <w:rPr>
          <w:b/>
          <w:color w:val="000000"/>
          <w:sz w:val="24"/>
          <w:szCs w:val="24"/>
        </w:rPr>
        <w:t>ADDITIONAL INFORMATION</w:t>
      </w:r>
    </w:p>
    <w:p w14:paraId="52A6B111" w14:textId="77777777" w:rsidR="003421BC" w:rsidRPr="00D349F4" w:rsidRDefault="00000000">
      <w:pPr>
        <w:spacing w:after="40"/>
        <w:rPr>
          <w:sz w:val="22"/>
        </w:rPr>
      </w:pPr>
      <w:r w:rsidRPr="00D349F4">
        <w:rPr>
          <w:sz w:val="22"/>
        </w:rPr>
        <w:t>Is there anything else you would like to include in this application?</w:t>
      </w:r>
    </w:p>
    <w:p w14:paraId="5FE3B629" w14:textId="77777777" w:rsidR="003421BC" w:rsidRDefault="003421BC">
      <w:pPr>
        <w:keepNext/>
        <w:spacing w:after="20"/>
      </w:pPr>
    </w:p>
    <w:p w14:paraId="3DD02CB2" w14:textId="77777777" w:rsidR="003421BC" w:rsidRDefault="00000000">
      <w:pPr>
        <w:spacing w:line="240" w:lineRule="auto"/>
      </w:pPr>
      <w:r>
        <w:rPr>
          <w:color w:val="9199A0"/>
          <w:sz w:val="18"/>
        </w:rPr>
        <w:t>________________________________________________________________________________</w:t>
      </w:r>
    </w:p>
    <w:p w14:paraId="764F6E6B" w14:textId="77777777" w:rsidR="003421BC" w:rsidRDefault="00000000">
      <w:pPr>
        <w:spacing w:line="240" w:lineRule="auto"/>
      </w:pPr>
      <w:r>
        <w:rPr>
          <w:color w:val="9199A0"/>
          <w:sz w:val="18"/>
        </w:rPr>
        <w:t>________________________________________________________________________________</w:t>
      </w:r>
    </w:p>
    <w:p w14:paraId="604C0331" w14:textId="77777777" w:rsidR="003421BC" w:rsidRPr="00D349F4" w:rsidRDefault="00000000">
      <w:pPr>
        <w:keepNext/>
        <w:spacing w:before="140"/>
        <w:rPr>
          <w:sz w:val="24"/>
          <w:szCs w:val="24"/>
        </w:rPr>
      </w:pPr>
      <w:r w:rsidRPr="00D349F4">
        <w:rPr>
          <w:b/>
          <w:color w:val="000000"/>
          <w:sz w:val="24"/>
          <w:szCs w:val="24"/>
        </w:rPr>
        <w:t>APPLICANT'S STATEMENT</w:t>
      </w:r>
    </w:p>
    <w:p w14:paraId="5F236676" w14:textId="77777777" w:rsidR="003421BC" w:rsidRPr="00D349F4" w:rsidRDefault="00000000">
      <w:pPr>
        <w:spacing w:after="100"/>
        <w:rPr>
          <w:sz w:val="22"/>
        </w:rPr>
      </w:pPr>
      <w:r w:rsidRPr="00D349F4">
        <w:rPr>
          <w:sz w:val="22"/>
        </w:rPr>
        <w:t>I certify that the information in this application is true and complete to the best of my knowledge. I agree to follow the Policies and Procedures of Compass Church and, as a witness to Jesus as Lord, to model a Christian lifestyle consistent with Scripture. I understand that volunteer service is subject to church approval and completion of required safety steps, including Live Scan. I agree to attend required training and may request additional training as needed. I understand that any material misrepresentation or omission may result in the end of my volunteer service.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968"/>
        <w:gridCol w:w="4968"/>
      </w:tblGrid>
      <w:tr w:rsidR="003421BC" w:rsidRPr="00D349F4" w14:paraId="726E7794" w14:textId="77777777">
        <w:trPr>
          <w:jc w:val="center"/>
        </w:trPr>
        <w:tc>
          <w:tcPr>
            <w:tcW w:w="4968" w:type="dxa"/>
            <w:tcMar>
              <w:top w:w="100" w:type="dxa"/>
              <w:left w:w="90" w:type="dxa"/>
              <w:bottom w:w="100" w:type="dxa"/>
              <w:right w:w="90" w:type="dxa"/>
            </w:tcMar>
            <w:vAlign w:val="center"/>
          </w:tcPr>
          <w:p w14:paraId="6C1E99C7" w14:textId="52F6C971" w:rsidR="003421BC" w:rsidRPr="00D349F4" w:rsidRDefault="00000000">
            <w:pPr>
              <w:spacing w:after="0"/>
              <w:rPr>
                <w:sz w:val="22"/>
              </w:rPr>
            </w:pPr>
            <w:r w:rsidRPr="00D349F4">
              <w:rPr>
                <w:b/>
                <w:sz w:val="22"/>
              </w:rPr>
              <w:t>Applicant Signature</w:t>
            </w:r>
            <w:r w:rsidRPr="00D349F4">
              <w:rPr>
                <w:b/>
                <w:sz w:val="22"/>
              </w:rPr>
              <w:br/>
            </w:r>
          </w:p>
        </w:tc>
        <w:tc>
          <w:tcPr>
            <w:tcW w:w="4968" w:type="dxa"/>
            <w:tcMar>
              <w:top w:w="100" w:type="dxa"/>
              <w:left w:w="90" w:type="dxa"/>
              <w:bottom w:w="100" w:type="dxa"/>
              <w:right w:w="90" w:type="dxa"/>
            </w:tcMar>
            <w:vAlign w:val="center"/>
          </w:tcPr>
          <w:p w14:paraId="6CFE4A1F" w14:textId="609AD17C" w:rsidR="003421BC" w:rsidRPr="00D349F4" w:rsidRDefault="00000000">
            <w:pPr>
              <w:spacing w:after="0"/>
              <w:rPr>
                <w:sz w:val="22"/>
              </w:rPr>
            </w:pPr>
            <w:r w:rsidRPr="00D349F4">
              <w:rPr>
                <w:b/>
                <w:sz w:val="22"/>
              </w:rPr>
              <w:t>Date</w:t>
            </w:r>
            <w:r w:rsidRPr="00D349F4">
              <w:rPr>
                <w:b/>
                <w:sz w:val="22"/>
              </w:rPr>
              <w:br/>
            </w:r>
          </w:p>
        </w:tc>
      </w:tr>
    </w:tbl>
    <w:p w14:paraId="12EE4D66" w14:textId="77777777" w:rsidR="003421BC" w:rsidRDefault="003421BC">
      <w:pPr>
        <w:spacing w:after="0"/>
      </w:pPr>
    </w:p>
    <w:p w14:paraId="1F0E847B" w14:textId="77777777" w:rsidR="0041453E" w:rsidRDefault="0041453E" w:rsidP="00052BA3">
      <w:pPr>
        <w:keepNext/>
        <w:spacing w:before="140"/>
        <w:jc w:val="center"/>
        <w:rPr>
          <w:b/>
          <w:color w:val="000000"/>
          <w:sz w:val="24"/>
          <w:szCs w:val="24"/>
        </w:rPr>
      </w:pPr>
    </w:p>
    <w:p w14:paraId="2E2D67B1" w14:textId="77777777" w:rsidR="0041453E" w:rsidRDefault="0041453E" w:rsidP="00052BA3">
      <w:pPr>
        <w:keepNext/>
        <w:spacing w:before="140"/>
        <w:jc w:val="center"/>
        <w:rPr>
          <w:b/>
          <w:color w:val="000000"/>
          <w:sz w:val="24"/>
          <w:szCs w:val="24"/>
        </w:rPr>
      </w:pPr>
    </w:p>
    <w:p w14:paraId="6B79434C" w14:textId="77777777" w:rsidR="0041453E" w:rsidRDefault="0041453E" w:rsidP="00052BA3">
      <w:pPr>
        <w:keepNext/>
        <w:spacing w:before="140"/>
        <w:jc w:val="center"/>
        <w:rPr>
          <w:b/>
          <w:color w:val="000000"/>
          <w:sz w:val="24"/>
          <w:szCs w:val="24"/>
        </w:rPr>
      </w:pPr>
    </w:p>
    <w:p w14:paraId="184BA161" w14:textId="77777777" w:rsidR="0041453E" w:rsidRDefault="0041453E" w:rsidP="00052BA3">
      <w:pPr>
        <w:keepNext/>
        <w:spacing w:before="140"/>
        <w:jc w:val="center"/>
        <w:rPr>
          <w:b/>
          <w:color w:val="000000"/>
          <w:sz w:val="24"/>
          <w:szCs w:val="24"/>
        </w:rPr>
      </w:pPr>
    </w:p>
    <w:p w14:paraId="7C33B66A" w14:textId="1B5EA0CD" w:rsidR="00052BA3" w:rsidRDefault="00052BA3" w:rsidP="00052BA3">
      <w:pPr>
        <w:keepNext/>
        <w:spacing w:before="140"/>
        <w:jc w:val="center"/>
        <w:rPr>
          <w:b/>
          <w:color w:val="000000"/>
          <w:sz w:val="24"/>
          <w:szCs w:val="24"/>
        </w:rPr>
      </w:pPr>
      <w:r>
        <w:rPr>
          <w:b/>
          <w:noProof/>
          <w:color w:val="1D5770"/>
          <w:sz w:val="20"/>
        </w:rPr>
        <w:drawing>
          <wp:inline distT="0" distB="0" distL="0" distR="0" wp14:anchorId="31F4ABFB" wp14:editId="12769341">
            <wp:extent cx="1409700" cy="1409700"/>
            <wp:effectExtent l="0" t="0" r="0" b="0"/>
            <wp:docPr id="1054319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08215" name="Picture 78108215"/>
                    <pic:cNvPicPr/>
                  </pic:nvPicPr>
                  <pic:blipFill>
                    <a:blip r:embed="rId8"/>
                    <a:stretch>
                      <a:fillRect/>
                    </a:stretch>
                  </pic:blipFill>
                  <pic:spPr>
                    <a:xfrm>
                      <a:off x="0" y="0"/>
                      <a:ext cx="1409700" cy="1409700"/>
                    </a:xfrm>
                    <a:prstGeom prst="rect">
                      <a:avLst/>
                    </a:prstGeom>
                  </pic:spPr>
                </pic:pic>
              </a:graphicData>
            </a:graphic>
          </wp:inline>
        </w:drawing>
      </w:r>
    </w:p>
    <w:p w14:paraId="37589840" w14:textId="77777777" w:rsidR="00052BA3" w:rsidRDefault="00052BA3">
      <w:pPr>
        <w:keepNext/>
        <w:spacing w:before="140"/>
        <w:rPr>
          <w:b/>
          <w:color w:val="000000"/>
          <w:sz w:val="24"/>
          <w:szCs w:val="24"/>
        </w:rPr>
      </w:pPr>
    </w:p>
    <w:p w14:paraId="0B7CCC44" w14:textId="77777777" w:rsidR="00052BA3" w:rsidRDefault="00052BA3">
      <w:pPr>
        <w:keepNext/>
        <w:spacing w:before="140"/>
        <w:rPr>
          <w:b/>
          <w:color w:val="000000"/>
          <w:sz w:val="24"/>
          <w:szCs w:val="24"/>
        </w:rPr>
      </w:pPr>
    </w:p>
    <w:p w14:paraId="5B1BF36E" w14:textId="5CD5A737" w:rsidR="003421BC" w:rsidRPr="00D349F4" w:rsidRDefault="00000000">
      <w:pPr>
        <w:keepNext/>
        <w:spacing w:before="140"/>
        <w:rPr>
          <w:sz w:val="24"/>
          <w:szCs w:val="24"/>
        </w:rPr>
      </w:pPr>
      <w:r w:rsidRPr="00D349F4">
        <w:rPr>
          <w:b/>
          <w:color w:val="000000"/>
          <w:sz w:val="24"/>
          <w:szCs w:val="24"/>
        </w:rPr>
        <w:t>COMPASS KIDS STAFF USE ONLY</w:t>
      </w:r>
    </w:p>
    <w:p w14:paraId="5A56B7B3" w14:textId="77777777" w:rsidR="003421BC" w:rsidRPr="00D349F4" w:rsidRDefault="00000000">
      <w:pPr>
        <w:rPr>
          <w:sz w:val="22"/>
        </w:rPr>
      </w:pPr>
      <w:proofErr w:type="gramStart"/>
      <w:r w:rsidRPr="00D349F4">
        <w:rPr>
          <w:sz w:val="22"/>
        </w:rPr>
        <w:t>[ ]</w:t>
      </w:r>
      <w:proofErr w:type="gramEnd"/>
      <w:r w:rsidRPr="00D349F4">
        <w:rPr>
          <w:sz w:val="22"/>
        </w:rPr>
        <w:t xml:space="preserve"> Application reviewed</w:t>
      </w:r>
      <w:proofErr w:type="gramStart"/>
      <w:r w:rsidRPr="00D349F4">
        <w:rPr>
          <w:sz w:val="22"/>
        </w:rPr>
        <w:t xml:space="preserve">   [</w:t>
      </w:r>
      <w:proofErr w:type="gramEnd"/>
      <w:r w:rsidRPr="00D349F4">
        <w:rPr>
          <w:sz w:val="22"/>
        </w:rPr>
        <w:t xml:space="preserve"> ] References contacted</w:t>
      </w:r>
      <w:proofErr w:type="gramStart"/>
      <w:r w:rsidRPr="00D349F4">
        <w:rPr>
          <w:sz w:val="22"/>
        </w:rPr>
        <w:t xml:space="preserve">   [</w:t>
      </w:r>
      <w:proofErr w:type="gramEnd"/>
      <w:r w:rsidRPr="00D349F4">
        <w:rPr>
          <w:sz w:val="22"/>
        </w:rPr>
        <w:t xml:space="preserve"> ] Live Scan completed</w:t>
      </w:r>
      <w:proofErr w:type="gramStart"/>
      <w:r w:rsidRPr="00D349F4">
        <w:rPr>
          <w:sz w:val="22"/>
        </w:rPr>
        <w:t xml:space="preserve">   [</w:t>
      </w:r>
      <w:proofErr w:type="gramEnd"/>
      <w:r w:rsidRPr="00D349F4">
        <w:rPr>
          <w:sz w:val="22"/>
        </w:rPr>
        <w:t xml:space="preserve"> ] Orientation completed</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968"/>
        <w:gridCol w:w="4968"/>
      </w:tblGrid>
      <w:tr w:rsidR="003421BC" w:rsidRPr="00D349F4" w14:paraId="3D59EC66" w14:textId="77777777">
        <w:trPr>
          <w:jc w:val="center"/>
        </w:trPr>
        <w:tc>
          <w:tcPr>
            <w:tcW w:w="4968" w:type="dxa"/>
            <w:tcMar>
              <w:top w:w="100" w:type="dxa"/>
              <w:left w:w="90" w:type="dxa"/>
              <w:bottom w:w="100" w:type="dxa"/>
              <w:right w:w="90" w:type="dxa"/>
            </w:tcMar>
            <w:vAlign w:val="center"/>
          </w:tcPr>
          <w:p w14:paraId="4BD227B7" w14:textId="2E636F4B" w:rsidR="003421BC" w:rsidRPr="00D349F4" w:rsidRDefault="00000000">
            <w:pPr>
              <w:spacing w:after="0"/>
              <w:rPr>
                <w:sz w:val="22"/>
              </w:rPr>
            </w:pPr>
            <w:r w:rsidRPr="00D349F4">
              <w:rPr>
                <w:b/>
                <w:sz w:val="22"/>
              </w:rPr>
              <w:t>Staff Member</w:t>
            </w:r>
            <w:r w:rsidRPr="00D349F4">
              <w:rPr>
                <w:b/>
                <w:sz w:val="22"/>
              </w:rPr>
              <w:br/>
            </w:r>
          </w:p>
        </w:tc>
        <w:tc>
          <w:tcPr>
            <w:tcW w:w="4968" w:type="dxa"/>
            <w:tcMar>
              <w:top w:w="100" w:type="dxa"/>
              <w:left w:w="90" w:type="dxa"/>
              <w:bottom w:w="100" w:type="dxa"/>
              <w:right w:w="90" w:type="dxa"/>
            </w:tcMar>
            <w:vAlign w:val="center"/>
          </w:tcPr>
          <w:p w14:paraId="584A8194" w14:textId="3B8365A5" w:rsidR="003421BC" w:rsidRPr="00D349F4" w:rsidRDefault="00000000">
            <w:pPr>
              <w:spacing w:after="0"/>
              <w:rPr>
                <w:sz w:val="22"/>
              </w:rPr>
            </w:pPr>
            <w:r w:rsidRPr="00D349F4">
              <w:rPr>
                <w:b/>
                <w:sz w:val="22"/>
              </w:rPr>
              <w:t>Date</w:t>
            </w:r>
            <w:r w:rsidRPr="00D349F4">
              <w:rPr>
                <w:b/>
                <w:sz w:val="22"/>
              </w:rPr>
              <w:br/>
            </w:r>
          </w:p>
        </w:tc>
      </w:tr>
    </w:tbl>
    <w:p w14:paraId="3DCED288" w14:textId="77777777" w:rsidR="003421BC" w:rsidRPr="00D349F4" w:rsidRDefault="003421BC">
      <w:pPr>
        <w:spacing w:after="0"/>
        <w:rPr>
          <w:sz w:val="22"/>
        </w:rPr>
      </w:pPr>
    </w:p>
    <w:p w14:paraId="426F7E34" w14:textId="77777777" w:rsidR="003421BC" w:rsidRPr="00D349F4" w:rsidRDefault="00000000">
      <w:pPr>
        <w:keepNext/>
        <w:spacing w:after="20"/>
        <w:rPr>
          <w:sz w:val="22"/>
        </w:rPr>
      </w:pPr>
      <w:r w:rsidRPr="00D349F4">
        <w:rPr>
          <w:b/>
          <w:sz w:val="22"/>
        </w:rPr>
        <w:t>Notes:</w:t>
      </w:r>
    </w:p>
    <w:p w14:paraId="4A495FB7" w14:textId="77777777" w:rsidR="003421BC" w:rsidRPr="00D349F4" w:rsidRDefault="00000000">
      <w:pPr>
        <w:spacing w:line="240" w:lineRule="auto"/>
        <w:rPr>
          <w:sz w:val="22"/>
        </w:rPr>
      </w:pPr>
      <w:r w:rsidRPr="00D349F4">
        <w:rPr>
          <w:color w:val="9199A0"/>
          <w:sz w:val="22"/>
        </w:rPr>
        <w:t>________________________________________________________________________________</w:t>
      </w:r>
    </w:p>
    <w:p w14:paraId="7BE9CC9D" w14:textId="77777777" w:rsidR="003421BC" w:rsidRPr="00D349F4" w:rsidRDefault="00000000">
      <w:pPr>
        <w:spacing w:line="240" w:lineRule="auto"/>
        <w:rPr>
          <w:sz w:val="22"/>
        </w:rPr>
      </w:pPr>
      <w:r w:rsidRPr="00D349F4">
        <w:rPr>
          <w:color w:val="9199A0"/>
          <w:sz w:val="22"/>
        </w:rPr>
        <w:t>________________________________________________________________________________</w:t>
      </w:r>
    </w:p>
    <w:sectPr w:rsidR="003421BC" w:rsidRPr="00D349F4" w:rsidSect="00034616">
      <w:footerReference w:type="default" r:id="rId9"/>
      <w:pgSz w:w="12240" w:h="15840"/>
      <w:pgMar w:top="792" w:right="1037" w:bottom="792" w:left="1037"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F5F8FF" w14:textId="77777777" w:rsidR="00BF2600" w:rsidRDefault="00BF2600">
      <w:pPr>
        <w:spacing w:after="0" w:line="240" w:lineRule="auto"/>
      </w:pPr>
      <w:r>
        <w:separator/>
      </w:r>
    </w:p>
  </w:endnote>
  <w:endnote w:type="continuationSeparator" w:id="0">
    <w:p w14:paraId="3252585E" w14:textId="77777777" w:rsidR="00BF2600" w:rsidRDefault="00BF2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BEEEC3" w14:textId="77777777" w:rsidR="003421BC" w:rsidRDefault="00000000">
    <w:pPr>
      <w:pStyle w:val="Footer"/>
      <w:jc w:val="center"/>
    </w:pPr>
    <w:r>
      <w:rPr>
        <w:color w:val="788088"/>
        <w:sz w:val="16"/>
      </w:rPr>
      <w:t xml:space="preserve">COMPASS </w:t>
    </w:r>
    <w:proofErr w:type="gramStart"/>
    <w:r>
      <w:rPr>
        <w:color w:val="788088"/>
        <w:sz w:val="16"/>
      </w:rPr>
      <w:t>KIDS  |</w:t>
    </w:r>
    <w:proofErr w:type="gramEnd"/>
    <w:r>
      <w:rPr>
        <w:color w:val="788088"/>
        <w:sz w:val="16"/>
      </w:rPr>
      <w:t xml:space="preserve">  VOLUNTEER 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BDB874" w14:textId="77777777" w:rsidR="00BF2600" w:rsidRDefault="00BF2600">
      <w:pPr>
        <w:spacing w:after="0" w:line="240" w:lineRule="auto"/>
      </w:pPr>
      <w:r>
        <w:separator/>
      </w:r>
    </w:p>
  </w:footnote>
  <w:footnote w:type="continuationSeparator" w:id="0">
    <w:p w14:paraId="319EBC57" w14:textId="77777777" w:rsidR="00BF2600" w:rsidRDefault="00BF26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80115729">
    <w:abstractNumId w:val="8"/>
  </w:num>
  <w:num w:numId="2" w16cid:durableId="1354918798">
    <w:abstractNumId w:val="6"/>
  </w:num>
  <w:num w:numId="3" w16cid:durableId="1154177255">
    <w:abstractNumId w:val="5"/>
  </w:num>
  <w:num w:numId="4" w16cid:durableId="1920169126">
    <w:abstractNumId w:val="4"/>
  </w:num>
  <w:num w:numId="5" w16cid:durableId="1832283504">
    <w:abstractNumId w:val="7"/>
  </w:num>
  <w:num w:numId="6" w16cid:durableId="985473472">
    <w:abstractNumId w:val="3"/>
  </w:num>
  <w:num w:numId="7" w16cid:durableId="1836415644">
    <w:abstractNumId w:val="2"/>
  </w:num>
  <w:num w:numId="8" w16cid:durableId="1255281345">
    <w:abstractNumId w:val="1"/>
  </w:num>
  <w:num w:numId="9" w16cid:durableId="13056185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2BA3"/>
    <w:rsid w:val="0006063C"/>
    <w:rsid w:val="0015074B"/>
    <w:rsid w:val="0029639D"/>
    <w:rsid w:val="00326F90"/>
    <w:rsid w:val="003421BC"/>
    <w:rsid w:val="0041453E"/>
    <w:rsid w:val="0075601D"/>
    <w:rsid w:val="00AA1D8D"/>
    <w:rsid w:val="00B47730"/>
    <w:rsid w:val="00BF2600"/>
    <w:rsid w:val="00C5451E"/>
    <w:rsid w:val="00CB0664"/>
    <w:rsid w:val="00D349F4"/>
    <w:rsid w:val="00EB749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4345CC"/>
  <w14:defaultImageDpi w14:val="300"/>
  <w15:docId w15:val="{57539959-1320-3444-B570-23381F1C1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hAnsi="Arial"/>
      <w:color w:val="19212B"/>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Title">
    <w:name w:val="FormTitle"/>
    <w:basedOn w:val="Normal"/>
    <w:pPr>
      <w:spacing w:after="100"/>
      <w:jc w:val="center"/>
    </w:pPr>
    <w:rPr>
      <w:b/>
      <w:color w:val="000000"/>
      <w:sz w:val="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500</Words>
  <Characters>4623</Characters>
  <Application>Microsoft Office Word</Application>
  <DocSecurity>0</DocSecurity>
  <Lines>121</Lines>
  <Paragraphs>89</Paragraphs>
  <ScaleCrop>false</ScaleCrop>
  <HeadingPairs>
    <vt:vector size="2" baseType="variant">
      <vt:variant>
        <vt:lpstr>Title</vt:lpstr>
      </vt:variant>
      <vt:variant>
        <vt:i4>1</vt:i4>
      </vt:variant>
    </vt:vector>
  </HeadingPairs>
  <TitlesOfParts>
    <vt:vector size="1" baseType="lpstr">
      <vt:lpstr>Compass Kids Volunteer Application</vt:lpstr>
    </vt:vector>
  </TitlesOfParts>
  <Manager/>
  <Company/>
  <LinksUpToDate>false</LinksUpToDate>
  <CharactersWithSpaces>5034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Compass Kids Volunteer Application</dc:title>
  <dc:subject>Editable volunteer application form</dc:subject>
  <dc:creator>Compass Kids</dc:creator>
  <cp:keywords/>
  <dc:description>generated by python-docx</dc:description>
  <cp:lastModifiedBy>Liz Granados</cp:lastModifiedBy>
  <cp:revision>2</cp:revision>
  <dcterms:created xsi:type="dcterms:W3CDTF">2026-10-06T16:43:00Z</dcterms:created>
  <dcterms:modified xsi:type="dcterms:W3CDTF">2026-10-06T16:43:00Z</dcterms:modified>
  <cp:category/>
</cp:coreProperties>
</file>