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33698" w14:textId="6783E088" w:rsidR="005C7DD1" w:rsidRPr="00F562A1" w:rsidRDefault="003447D8" w:rsidP="00F562A1">
      <w:pPr>
        <w:jc w:val="center"/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b/>
          <w:sz w:val="20"/>
          <w:szCs w:val="20"/>
        </w:rPr>
        <w:t>Application Form</w:t>
      </w:r>
    </w:p>
    <w:p w14:paraId="0732432F" w14:textId="334AE86C" w:rsidR="005C7DD1" w:rsidRPr="00F562A1" w:rsidRDefault="003447D8">
      <w:pPr>
        <w:rPr>
          <w:rFonts w:ascii="Arial" w:hAnsi="Arial" w:cs="Arial"/>
          <w:i/>
          <w:iCs/>
          <w:sz w:val="20"/>
          <w:szCs w:val="20"/>
        </w:rPr>
      </w:pPr>
      <w:r w:rsidRPr="00F562A1">
        <w:rPr>
          <w:rFonts w:ascii="Arial" w:hAnsi="Arial" w:cs="Arial"/>
          <w:i/>
          <w:iCs/>
          <w:sz w:val="20"/>
          <w:szCs w:val="20"/>
        </w:rPr>
        <w:t>We are committed to safeguarding and promoting the welfare of children</w:t>
      </w:r>
      <w:r w:rsidR="00AB0BAF">
        <w:rPr>
          <w:rFonts w:ascii="Arial" w:hAnsi="Arial" w:cs="Arial"/>
          <w:i/>
          <w:iCs/>
          <w:sz w:val="20"/>
          <w:szCs w:val="20"/>
        </w:rPr>
        <w:t xml:space="preserve">, </w:t>
      </w:r>
      <w:r w:rsidRPr="00F562A1">
        <w:rPr>
          <w:rFonts w:ascii="Arial" w:hAnsi="Arial" w:cs="Arial"/>
          <w:i/>
          <w:iCs/>
          <w:sz w:val="20"/>
          <w:szCs w:val="20"/>
        </w:rPr>
        <w:t>young people</w:t>
      </w:r>
      <w:r w:rsidR="00AB0BAF">
        <w:rPr>
          <w:rFonts w:ascii="Arial" w:hAnsi="Arial" w:cs="Arial"/>
          <w:i/>
          <w:iCs/>
          <w:sz w:val="20"/>
          <w:szCs w:val="20"/>
        </w:rPr>
        <w:t xml:space="preserve"> and vulnerable adults</w:t>
      </w:r>
      <w:r w:rsidRPr="00F562A1">
        <w:rPr>
          <w:rFonts w:ascii="Arial" w:hAnsi="Arial" w:cs="Arial"/>
          <w:i/>
          <w:iCs/>
          <w:sz w:val="20"/>
          <w:szCs w:val="20"/>
        </w:rPr>
        <w:t>. All applicants must complete safer recruitment screening, including references and an Enhanced DBS check.</w:t>
      </w:r>
    </w:p>
    <w:p w14:paraId="1D27E2A4" w14:textId="1C959EF1" w:rsidR="005C7DD1" w:rsidRPr="00F562A1" w:rsidRDefault="003447D8">
      <w:pPr>
        <w:rPr>
          <w:rFonts w:ascii="Arial" w:hAnsi="Arial" w:cs="Arial"/>
          <w:i/>
          <w:iCs/>
          <w:sz w:val="20"/>
          <w:szCs w:val="20"/>
        </w:rPr>
      </w:pPr>
      <w:r w:rsidRPr="00F562A1">
        <w:rPr>
          <w:rFonts w:ascii="Arial" w:hAnsi="Arial" w:cs="Arial"/>
          <w:b/>
          <w:i/>
          <w:iCs/>
          <w:sz w:val="20"/>
          <w:szCs w:val="20"/>
        </w:rPr>
        <w:t xml:space="preserve">Important: </w:t>
      </w:r>
      <w:r w:rsidRPr="00F562A1">
        <w:rPr>
          <w:rFonts w:ascii="Arial" w:hAnsi="Arial" w:cs="Arial"/>
          <w:i/>
          <w:iCs/>
          <w:sz w:val="20"/>
          <w:szCs w:val="20"/>
        </w:rPr>
        <w:t>This form must be completed in full. Please type directly into the boxes. If you need more space, you can add extra pages.</w:t>
      </w:r>
    </w:p>
    <w:p w14:paraId="1E2E6A0C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b/>
          <w:sz w:val="20"/>
          <w:szCs w:val="20"/>
        </w:rPr>
        <w:t>1. Role Details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91"/>
        <w:gridCol w:w="2490"/>
        <w:gridCol w:w="2491"/>
        <w:gridCol w:w="2490"/>
      </w:tblGrid>
      <w:tr w:rsidR="004D717A" w:rsidRPr="00F562A1" w14:paraId="414BDDA1" w14:textId="77777777" w:rsidTr="004D717A">
        <w:trPr>
          <w:jc w:val="center"/>
        </w:trPr>
        <w:tc>
          <w:tcPr>
            <w:tcW w:w="2491" w:type="dxa"/>
            <w:shd w:val="clear" w:color="auto" w:fill="F3F3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A7183C" w14:textId="77777777" w:rsidR="004D717A" w:rsidRPr="00F562A1" w:rsidRDefault="004D717A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Role applied for:</w:t>
            </w:r>
          </w:p>
        </w:tc>
        <w:tc>
          <w:tcPr>
            <w:tcW w:w="7471" w:type="dxa"/>
            <w:gridSpan w:val="3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660148" w14:textId="11129BFC" w:rsidR="004D717A" w:rsidRPr="00F562A1" w:rsidRDefault="004D71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09D6B844" w14:textId="77777777" w:rsidTr="004D717A">
        <w:trPr>
          <w:jc w:val="center"/>
        </w:trPr>
        <w:tc>
          <w:tcPr>
            <w:tcW w:w="2491" w:type="dxa"/>
            <w:shd w:val="clear" w:color="auto" w:fill="F3F3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82455B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Where did you hear about this vacancy?</w:t>
            </w:r>
          </w:p>
        </w:tc>
        <w:tc>
          <w:tcPr>
            <w:tcW w:w="249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AB6729" w14:textId="4AC9A346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1" w:type="dxa"/>
            <w:shd w:val="clear" w:color="auto" w:fill="F3F3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A16517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Date of application:</w:t>
            </w:r>
          </w:p>
        </w:tc>
        <w:tc>
          <w:tcPr>
            <w:tcW w:w="249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AFEAFD" w14:textId="3489808F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67BFB4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p w14:paraId="60321C4E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b/>
          <w:sz w:val="20"/>
          <w:szCs w:val="20"/>
        </w:rPr>
        <w:t>2. Personal Details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91"/>
        <w:gridCol w:w="2490"/>
        <w:gridCol w:w="2491"/>
        <w:gridCol w:w="2490"/>
      </w:tblGrid>
      <w:tr w:rsidR="005C7DD1" w:rsidRPr="00F562A1" w14:paraId="36D5856E" w14:textId="77777777" w:rsidTr="00F01AF3">
        <w:trPr>
          <w:jc w:val="center"/>
        </w:trPr>
        <w:tc>
          <w:tcPr>
            <w:tcW w:w="2491" w:type="dxa"/>
            <w:shd w:val="clear" w:color="auto" w:fill="F3F3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74B3D9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Title:</w:t>
            </w:r>
          </w:p>
        </w:tc>
        <w:tc>
          <w:tcPr>
            <w:tcW w:w="249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249208" w14:textId="16DD39B6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1" w:type="dxa"/>
            <w:shd w:val="clear" w:color="auto" w:fill="F3F3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02FCAB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First name:</w:t>
            </w:r>
          </w:p>
        </w:tc>
        <w:tc>
          <w:tcPr>
            <w:tcW w:w="249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A41C10" w14:textId="06591A48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37EB2A6D" w14:textId="77777777" w:rsidTr="00F01AF3">
        <w:trPr>
          <w:jc w:val="center"/>
        </w:trPr>
        <w:tc>
          <w:tcPr>
            <w:tcW w:w="2491" w:type="dxa"/>
            <w:shd w:val="clear" w:color="auto" w:fill="F3F3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6C8ADA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Surname:</w:t>
            </w:r>
          </w:p>
        </w:tc>
        <w:tc>
          <w:tcPr>
            <w:tcW w:w="249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17A862" w14:textId="3C997558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1" w:type="dxa"/>
            <w:shd w:val="clear" w:color="auto" w:fill="F3F3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A3939E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Previous surname(s):</w:t>
            </w:r>
          </w:p>
        </w:tc>
        <w:tc>
          <w:tcPr>
            <w:tcW w:w="249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62C9FA" w14:textId="1EC4165D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68839171" w14:textId="77777777" w:rsidTr="00F01AF3">
        <w:trPr>
          <w:jc w:val="center"/>
        </w:trPr>
        <w:tc>
          <w:tcPr>
            <w:tcW w:w="2491" w:type="dxa"/>
            <w:shd w:val="clear" w:color="auto" w:fill="F3F3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C770B0" w14:textId="57A2E234" w:rsidR="005C7DD1" w:rsidRPr="00F562A1" w:rsidRDefault="00F01AF3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Mobile number:</w:t>
            </w:r>
          </w:p>
        </w:tc>
        <w:tc>
          <w:tcPr>
            <w:tcW w:w="249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3AE8A8" w14:textId="377D216F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1" w:type="dxa"/>
            <w:shd w:val="clear" w:color="auto" w:fill="F3F3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FC2AE7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National Insurance no.:</w:t>
            </w:r>
          </w:p>
        </w:tc>
        <w:tc>
          <w:tcPr>
            <w:tcW w:w="249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06D0C2" w14:textId="6111E3B2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7F153BAE" w14:textId="77777777" w:rsidTr="00F01AF3">
        <w:trPr>
          <w:jc w:val="center"/>
        </w:trPr>
        <w:tc>
          <w:tcPr>
            <w:tcW w:w="2491" w:type="dxa"/>
            <w:shd w:val="clear" w:color="auto" w:fill="F3F3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6F9CA1" w14:textId="0920B07E" w:rsidR="005C7DD1" w:rsidRPr="00F562A1" w:rsidRDefault="00F01AF3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Email address:</w:t>
            </w:r>
          </w:p>
        </w:tc>
        <w:tc>
          <w:tcPr>
            <w:tcW w:w="249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D89AA3" w14:textId="0CBCA884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1" w:type="dxa"/>
            <w:shd w:val="clear" w:color="auto" w:fill="F3F3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B14A5C" w14:textId="435D5380" w:rsidR="005C7DD1" w:rsidRPr="00F562A1" w:rsidRDefault="00F01AF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bCs/>
                <w:sz w:val="20"/>
                <w:szCs w:val="20"/>
              </w:rPr>
              <w:t>Address including postcode:</w:t>
            </w:r>
          </w:p>
        </w:tc>
        <w:tc>
          <w:tcPr>
            <w:tcW w:w="249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7EA1E1" w14:textId="1ECCD450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BCFC28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1"/>
        <w:gridCol w:w="3321"/>
        <w:gridCol w:w="3320"/>
      </w:tblGrid>
      <w:tr w:rsidR="005C7DD1" w:rsidRPr="00F562A1" w14:paraId="114AD854" w14:textId="77777777">
        <w:trPr>
          <w:jc w:val="center"/>
        </w:trPr>
        <w:tc>
          <w:tcPr>
            <w:tcW w:w="3324" w:type="dxa"/>
            <w:shd w:val="clear" w:color="auto" w:fill="F3F3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12289B0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Have you lived at the same address for the past 5 years?</w:t>
            </w:r>
          </w:p>
        </w:tc>
        <w:tc>
          <w:tcPr>
            <w:tcW w:w="332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508E1DA" w14:textId="1D64051B" w:rsidR="005C7DD1" w:rsidRPr="00F562A1" w:rsidRDefault="00F01AF3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1666DA" w:rsidRPr="00F562A1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</w:tc>
        <w:tc>
          <w:tcPr>
            <w:tcW w:w="332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0CD5BE2" w14:textId="5BA3393E" w:rsidR="005C7DD1" w:rsidRPr="00F562A1" w:rsidRDefault="00F01AF3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562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447D8" w:rsidRPr="00F562A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</w:tbl>
    <w:p w14:paraId="7F59BF4A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p w14:paraId="310C839A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>If no, provide previous address(es) and dates:</w:t>
      </w:r>
    </w:p>
    <w:p w14:paraId="48217F3D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>____________________________________________________________________________________</w:t>
      </w:r>
    </w:p>
    <w:p w14:paraId="481B2E43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>____________________________________________________________________________________</w:t>
      </w:r>
    </w:p>
    <w:p w14:paraId="55CA97C8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>____________________________________________________________________________________</w:t>
      </w:r>
    </w:p>
    <w:p w14:paraId="582DAC85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p w14:paraId="6B40547D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b/>
          <w:sz w:val="20"/>
          <w:szCs w:val="20"/>
        </w:rPr>
        <w:t>3. Eligibility &amp; General Questions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5C7DD1" w:rsidRPr="00F562A1" w14:paraId="092F71CC" w14:textId="77777777">
        <w:trPr>
          <w:jc w:val="center"/>
        </w:trPr>
        <w:tc>
          <w:tcPr>
            <w:tcW w:w="3324" w:type="dxa"/>
            <w:shd w:val="clear" w:color="auto" w:fill="F3F3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DF62803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Do you have the right to work in the UK?</w:t>
            </w:r>
          </w:p>
        </w:tc>
        <w:tc>
          <w:tcPr>
            <w:tcW w:w="332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769C473" w14:textId="08C7B044" w:rsidR="005C7DD1" w:rsidRPr="00F562A1" w:rsidRDefault="00F01AF3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1666DA" w:rsidRPr="00F562A1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</w:tc>
        <w:tc>
          <w:tcPr>
            <w:tcW w:w="332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FA21C95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562A1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</w:tbl>
    <w:p w14:paraId="7C2D67B6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p w14:paraId="74F0B1B1" w14:textId="71624931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 xml:space="preserve">If yes, </w:t>
      </w:r>
      <w:r w:rsidR="001C0227">
        <w:rPr>
          <w:rFonts w:ascii="Arial" w:hAnsi="Arial" w:cs="Arial"/>
          <w:sz w:val="20"/>
          <w:szCs w:val="20"/>
        </w:rPr>
        <w:t>please state your right-to-work status:</w:t>
      </w:r>
      <w:r w:rsidR="00F01AF3" w:rsidRPr="00F562A1">
        <w:rPr>
          <w:rFonts w:ascii="Arial" w:hAnsi="Arial" w:cs="Arial"/>
          <w:sz w:val="20"/>
          <w:szCs w:val="20"/>
        </w:rPr>
        <w:t xml:space="preserve"> </w:t>
      </w:r>
      <w:r w:rsidR="00F01AF3" w:rsidRPr="00F562A1">
        <w:rPr>
          <w:rFonts w:ascii="Segoe UI Symbol" w:hAnsi="Segoe UI Symbol" w:cs="Segoe UI Symbol"/>
          <w:sz w:val="20"/>
          <w:szCs w:val="20"/>
        </w:rPr>
        <w:t>☐</w:t>
      </w:r>
      <w:r w:rsidRPr="00F562A1">
        <w:rPr>
          <w:rFonts w:ascii="Arial" w:hAnsi="Arial" w:cs="Arial"/>
          <w:sz w:val="20"/>
          <w:szCs w:val="20"/>
        </w:rPr>
        <w:t xml:space="preserve"> Permanent  </w:t>
      </w:r>
      <w:r w:rsidRPr="00F562A1">
        <w:rPr>
          <w:rFonts w:ascii="Segoe UI Symbol" w:hAnsi="Segoe UI Symbol" w:cs="Segoe UI Symbol"/>
          <w:sz w:val="20"/>
          <w:szCs w:val="20"/>
        </w:rPr>
        <w:t>☐</w:t>
      </w:r>
      <w:r w:rsidRPr="00F562A1">
        <w:rPr>
          <w:rFonts w:ascii="Arial" w:hAnsi="Arial" w:cs="Arial"/>
          <w:sz w:val="20"/>
          <w:szCs w:val="20"/>
        </w:rPr>
        <w:t xml:space="preserve"> Temporary  </w:t>
      </w:r>
      <w:r w:rsidRPr="00F562A1">
        <w:rPr>
          <w:rFonts w:ascii="Segoe UI Symbol" w:hAnsi="Segoe UI Symbol" w:cs="Segoe UI Symbol"/>
          <w:sz w:val="20"/>
          <w:szCs w:val="20"/>
        </w:rPr>
        <w:t>☐</w:t>
      </w:r>
      <w:r w:rsidRPr="00F562A1">
        <w:rPr>
          <w:rFonts w:ascii="Arial" w:hAnsi="Arial" w:cs="Arial"/>
          <w:sz w:val="20"/>
          <w:szCs w:val="20"/>
        </w:rPr>
        <w:t xml:space="preserve"> Other: ______________________</w:t>
      </w:r>
    </w:p>
    <w:p w14:paraId="50DDC7D0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2"/>
        <w:gridCol w:w="3320"/>
        <w:gridCol w:w="3320"/>
      </w:tblGrid>
      <w:tr w:rsidR="005C7DD1" w:rsidRPr="00F562A1" w14:paraId="276FF4A8" w14:textId="77777777">
        <w:trPr>
          <w:jc w:val="center"/>
        </w:trPr>
        <w:tc>
          <w:tcPr>
            <w:tcW w:w="3324" w:type="dxa"/>
            <w:shd w:val="clear" w:color="auto" w:fill="F3F3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74761C8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Have you spent more than a 3</w:t>
            </w:r>
            <w:r w:rsidRPr="00F562A1">
              <w:rPr>
                <w:rFonts w:ascii="Cambria Math" w:hAnsi="Cambria Math" w:cs="Cambria Math"/>
                <w:b/>
                <w:sz w:val="20"/>
                <w:szCs w:val="20"/>
              </w:rPr>
              <w:t>‑</w:t>
            </w:r>
            <w:r w:rsidRPr="00F562A1">
              <w:rPr>
                <w:rFonts w:ascii="Arial" w:hAnsi="Arial" w:cs="Arial"/>
                <w:b/>
                <w:sz w:val="20"/>
                <w:szCs w:val="20"/>
              </w:rPr>
              <w:t>month period overseas in the past 10 years (aged 18+)?</w:t>
            </w:r>
          </w:p>
        </w:tc>
        <w:tc>
          <w:tcPr>
            <w:tcW w:w="332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87F3316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562A1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</w:tc>
        <w:tc>
          <w:tcPr>
            <w:tcW w:w="332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2D7AF62" w14:textId="5D7D0203" w:rsidR="005C7DD1" w:rsidRPr="00F562A1" w:rsidRDefault="00F01AF3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1666DA" w:rsidRPr="00F562A1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</w:tbl>
    <w:p w14:paraId="0D099167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p w14:paraId="431BC1A8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>If yes, provide details (country, dates, reason):</w:t>
      </w:r>
    </w:p>
    <w:p w14:paraId="1AE12E70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>____________________________________________________________________________________</w:t>
      </w:r>
    </w:p>
    <w:p w14:paraId="4BBF4173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>____________________________________________________________________________________</w:t>
      </w:r>
    </w:p>
    <w:p w14:paraId="033EAC8D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2"/>
        <w:gridCol w:w="3320"/>
        <w:gridCol w:w="3320"/>
      </w:tblGrid>
      <w:tr w:rsidR="005C7DD1" w:rsidRPr="00F562A1" w14:paraId="5DB00719" w14:textId="77777777">
        <w:trPr>
          <w:jc w:val="center"/>
        </w:trPr>
        <w:tc>
          <w:tcPr>
            <w:tcW w:w="3324" w:type="dxa"/>
            <w:shd w:val="clear" w:color="auto" w:fill="F3F3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66E538C" w14:textId="17A8D00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Have you worked in the</w:t>
            </w:r>
            <w:r w:rsidR="007176B5">
              <w:rPr>
                <w:rFonts w:ascii="Arial" w:hAnsi="Arial" w:cs="Arial"/>
                <w:b/>
                <w:sz w:val="20"/>
                <w:szCs w:val="20"/>
              </w:rPr>
              <w:t xml:space="preserve"> social</w:t>
            </w:r>
            <w:r w:rsidRPr="00F562A1">
              <w:rPr>
                <w:rFonts w:ascii="Arial" w:hAnsi="Arial" w:cs="Arial"/>
                <w:b/>
                <w:sz w:val="20"/>
                <w:szCs w:val="20"/>
              </w:rPr>
              <w:t xml:space="preserve"> care sector previously?</w:t>
            </w:r>
          </w:p>
        </w:tc>
        <w:tc>
          <w:tcPr>
            <w:tcW w:w="332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187EFCA" w14:textId="17D0EB6E" w:rsidR="005C7DD1" w:rsidRPr="00F562A1" w:rsidRDefault="00F01AF3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1666DA" w:rsidRPr="00F562A1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</w:tc>
        <w:tc>
          <w:tcPr>
            <w:tcW w:w="332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706DF43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562A1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</w:tbl>
    <w:p w14:paraId="450D2A5D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p w14:paraId="45782A32" w14:textId="4DC58A47" w:rsidR="001666DA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>If yes, provide brief details (setting, ages, responsibilities):</w:t>
      </w:r>
    </w:p>
    <w:p w14:paraId="35668FC5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>____________________________________________________________________________________</w:t>
      </w:r>
    </w:p>
    <w:p w14:paraId="3AA640A6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>____________________________________________________________________________________</w:t>
      </w:r>
    </w:p>
    <w:p w14:paraId="170AF01B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2"/>
        <w:gridCol w:w="3320"/>
        <w:gridCol w:w="3320"/>
      </w:tblGrid>
      <w:tr w:rsidR="005C7DD1" w:rsidRPr="00F562A1" w14:paraId="31DEAE76" w14:textId="77777777">
        <w:trPr>
          <w:jc w:val="center"/>
        </w:trPr>
        <w:tc>
          <w:tcPr>
            <w:tcW w:w="3324" w:type="dxa"/>
            <w:shd w:val="clear" w:color="auto" w:fill="F3F3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9AA0072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Do you hold relevant qualifications?</w:t>
            </w:r>
          </w:p>
        </w:tc>
        <w:tc>
          <w:tcPr>
            <w:tcW w:w="332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9DFD794" w14:textId="4A766FB3" w:rsidR="005C7DD1" w:rsidRPr="00F562A1" w:rsidRDefault="00F01AF3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1666DA" w:rsidRPr="00F562A1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</w:tc>
        <w:tc>
          <w:tcPr>
            <w:tcW w:w="332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B5E0B28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562A1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</w:tbl>
    <w:p w14:paraId="46D7AFCC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p w14:paraId="5B7FF129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>If yes, list qualifications (including awarding body and date achieved):</w:t>
      </w:r>
    </w:p>
    <w:p w14:paraId="464A690A" w14:textId="77777777" w:rsidR="005C7DD1" w:rsidRDefault="005C7DD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2"/>
        <w:gridCol w:w="3320"/>
        <w:gridCol w:w="3320"/>
      </w:tblGrid>
      <w:tr w:rsidR="004D717A" w:rsidRPr="00F562A1" w14:paraId="3BC534BD" w14:textId="77777777" w:rsidTr="0058134E">
        <w:trPr>
          <w:jc w:val="center"/>
        </w:trPr>
        <w:tc>
          <w:tcPr>
            <w:tcW w:w="3324" w:type="dxa"/>
            <w:shd w:val="clear" w:color="auto" w:fill="F3F3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D8AD03F" w14:textId="767C426D" w:rsidR="004D717A" w:rsidRPr="00F562A1" w:rsidRDefault="004D717A" w:rsidP="0058134E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 xml:space="preserve">Do you hold relevant </w:t>
            </w:r>
            <w:r>
              <w:rPr>
                <w:rFonts w:ascii="Arial" w:hAnsi="Arial" w:cs="Arial"/>
                <w:b/>
                <w:sz w:val="20"/>
                <w:szCs w:val="20"/>
              </w:rPr>
              <w:t>professional registration?</w:t>
            </w:r>
          </w:p>
        </w:tc>
        <w:tc>
          <w:tcPr>
            <w:tcW w:w="332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163C3A5" w14:textId="77777777" w:rsidR="004D717A" w:rsidRPr="00F562A1" w:rsidRDefault="004D717A" w:rsidP="0058134E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562A1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</w:tc>
        <w:tc>
          <w:tcPr>
            <w:tcW w:w="332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B558B14" w14:textId="77777777" w:rsidR="004D717A" w:rsidRPr="00F562A1" w:rsidRDefault="004D717A" w:rsidP="0058134E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562A1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</w:tbl>
    <w:p w14:paraId="14124FC4" w14:textId="77777777" w:rsidR="004D717A" w:rsidRDefault="004D717A">
      <w:pPr>
        <w:rPr>
          <w:rFonts w:ascii="Arial" w:hAnsi="Arial" w:cs="Arial"/>
          <w:sz w:val="20"/>
          <w:szCs w:val="20"/>
        </w:rPr>
      </w:pPr>
    </w:p>
    <w:p w14:paraId="50804F7A" w14:textId="18CA7954" w:rsidR="004D717A" w:rsidRDefault="004D717A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 xml:space="preserve">If yes, list </w:t>
      </w:r>
      <w:r>
        <w:rPr>
          <w:rFonts w:ascii="Arial" w:hAnsi="Arial" w:cs="Arial"/>
          <w:sz w:val="20"/>
          <w:szCs w:val="20"/>
        </w:rPr>
        <w:t>below:</w:t>
      </w:r>
    </w:p>
    <w:p w14:paraId="6F217573" w14:textId="77777777" w:rsidR="004D717A" w:rsidRPr="00F562A1" w:rsidRDefault="004D717A">
      <w:pPr>
        <w:rPr>
          <w:rFonts w:ascii="Arial" w:hAnsi="Arial" w:cs="Arial"/>
          <w:sz w:val="20"/>
          <w:szCs w:val="20"/>
        </w:rPr>
      </w:pPr>
    </w:p>
    <w:p w14:paraId="4C58CA7D" w14:textId="1B1340E1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 xml:space="preserve">Do you have any relationships with current </w:t>
      </w:r>
      <w:r w:rsidR="00F01AF3" w:rsidRPr="00F562A1">
        <w:rPr>
          <w:rFonts w:ascii="Arial" w:hAnsi="Arial" w:cs="Arial"/>
          <w:sz w:val="20"/>
          <w:szCs w:val="20"/>
        </w:rPr>
        <w:t>Class UK employees</w:t>
      </w:r>
      <w:r w:rsidRPr="00F562A1">
        <w:rPr>
          <w:rFonts w:ascii="Arial" w:hAnsi="Arial" w:cs="Arial"/>
          <w:sz w:val="20"/>
          <w:szCs w:val="20"/>
        </w:rPr>
        <w:t>? If yes, provide name and relationship:</w:t>
      </w:r>
      <w:r w:rsidR="001666DA" w:rsidRPr="00F562A1">
        <w:rPr>
          <w:rFonts w:ascii="Arial" w:hAnsi="Arial" w:cs="Arial"/>
          <w:sz w:val="20"/>
          <w:szCs w:val="20"/>
        </w:rPr>
        <w:t xml:space="preserve"> </w:t>
      </w:r>
    </w:p>
    <w:p w14:paraId="1A086DEF" w14:textId="77777777" w:rsidR="00F01AF3" w:rsidRPr="00F562A1" w:rsidRDefault="00F01AF3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2"/>
        <w:gridCol w:w="3320"/>
        <w:gridCol w:w="3320"/>
      </w:tblGrid>
      <w:tr w:rsidR="005C7DD1" w:rsidRPr="00F562A1" w14:paraId="10AD1319" w14:textId="77777777">
        <w:trPr>
          <w:jc w:val="center"/>
        </w:trPr>
        <w:tc>
          <w:tcPr>
            <w:tcW w:w="3324" w:type="dxa"/>
            <w:shd w:val="clear" w:color="auto" w:fill="F3F3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55CF874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lastRenderedPageBreak/>
              <w:t>Will this be your only job if successful?</w:t>
            </w:r>
          </w:p>
        </w:tc>
        <w:tc>
          <w:tcPr>
            <w:tcW w:w="332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AB421DA" w14:textId="300FCEFA" w:rsidR="005C7DD1" w:rsidRPr="00F562A1" w:rsidRDefault="00F01AF3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1666DA" w:rsidRPr="00F562A1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</w:tc>
        <w:tc>
          <w:tcPr>
            <w:tcW w:w="332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B838C60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562A1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</w:tbl>
    <w:p w14:paraId="2C251041" w14:textId="77777777" w:rsidR="003B6A74" w:rsidRDefault="003B6A74">
      <w:pPr>
        <w:rPr>
          <w:rFonts w:ascii="Arial" w:hAnsi="Arial" w:cs="Arial"/>
          <w:sz w:val="20"/>
          <w:szCs w:val="20"/>
        </w:rPr>
      </w:pPr>
    </w:p>
    <w:p w14:paraId="2F70B38F" w14:textId="77777777" w:rsidR="004D717A" w:rsidRPr="00F562A1" w:rsidRDefault="004D717A">
      <w:pPr>
        <w:rPr>
          <w:rFonts w:ascii="Arial" w:hAnsi="Arial" w:cs="Arial"/>
          <w:sz w:val="20"/>
          <w:szCs w:val="20"/>
        </w:rPr>
      </w:pPr>
    </w:p>
    <w:p w14:paraId="1065AE30" w14:textId="0FB9B636" w:rsidR="005C7DD1" w:rsidRPr="00F562A1" w:rsidRDefault="000F556C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b/>
          <w:sz w:val="20"/>
          <w:szCs w:val="20"/>
        </w:rPr>
        <w:t>4</w:t>
      </w:r>
      <w:r w:rsidR="003447D8" w:rsidRPr="00F562A1">
        <w:rPr>
          <w:rFonts w:ascii="Arial" w:hAnsi="Arial" w:cs="Arial"/>
          <w:b/>
          <w:sz w:val="20"/>
          <w:szCs w:val="20"/>
        </w:rPr>
        <w:t>. DBS / Criminal Record Declaration (exempt role)</w:t>
      </w:r>
    </w:p>
    <w:p w14:paraId="27D8106D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>All care roles are exempt from the Rehabilitation of Offenders Act. You must disclose both spent and unspent convictions, cautions, reprimands and warnings.</w:t>
      </w:r>
    </w:p>
    <w:p w14:paraId="26FAE6CA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91"/>
        <w:gridCol w:w="2490"/>
        <w:gridCol w:w="2490"/>
        <w:gridCol w:w="2491"/>
      </w:tblGrid>
      <w:tr w:rsidR="005C7DD1" w:rsidRPr="00F562A1" w14:paraId="4D772BC5" w14:textId="77777777">
        <w:trPr>
          <w:jc w:val="center"/>
        </w:trPr>
        <w:tc>
          <w:tcPr>
            <w:tcW w:w="2493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27487E9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Question</w:t>
            </w:r>
          </w:p>
        </w:tc>
        <w:tc>
          <w:tcPr>
            <w:tcW w:w="2493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B8EB5C8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Yes (</w:t>
            </w:r>
            <w:r w:rsidRPr="00F562A1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F562A1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493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E0A615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No (</w:t>
            </w:r>
            <w:r w:rsidRPr="00F562A1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F562A1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493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15037BE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Details (if Yes)</w:t>
            </w:r>
          </w:p>
        </w:tc>
      </w:tr>
      <w:tr w:rsidR="005C7DD1" w:rsidRPr="00F562A1" w14:paraId="0D726C2D" w14:textId="77777777">
        <w:trPr>
          <w:jc w:val="center"/>
        </w:trPr>
        <w:tc>
          <w:tcPr>
            <w:tcW w:w="2493" w:type="dxa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6FD703CC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sz w:val="20"/>
                <w:szCs w:val="20"/>
              </w:rPr>
              <w:t>Do you have any criminal convictions or cautions? (include dates and details)</w:t>
            </w:r>
          </w:p>
        </w:tc>
        <w:tc>
          <w:tcPr>
            <w:tcW w:w="2493" w:type="dxa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26B9A425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493" w:type="dxa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3ADADCA9" w14:textId="37ACA021" w:rsidR="005C7DD1" w:rsidRPr="00F562A1" w:rsidRDefault="00F01AF3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493" w:type="dxa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7950023A" w14:textId="77777777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721386EC" w14:textId="77777777">
        <w:trPr>
          <w:jc w:val="center"/>
        </w:trPr>
        <w:tc>
          <w:tcPr>
            <w:tcW w:w="2493" w:type="dxa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79ACAC9F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sz w:val="20"/>
                <w:szCs w:val="20"/>
              </w:rPr>
              <w:t>Have you ever received a caution, reprimand or warning?</w:t>
            </w:r>
          </w:p>
        </w:tc>
        <w:tc>
          <w:tcPr>
            <w:tcW w:w="2493" w:type="dxa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70674B64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493" w:type="dxa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45C4304B" w14:textId="1AC5CB58" w:rsidR="005C7DD1" w:rsidRPr="00F562A1" w:rsidRDefault="00F01AF3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493" w:type="dxa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127D758E" w14:textId="77777777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1EE02F59" w14:textId="77777777">
        <w:trPr>
          <w:jc w:val="center"/>
        </w:trPr>
        <w:tc>
          <w:tcPr>
            <w:tcW w:w="2493" w:type="dxa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722C10BB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sz w:val="20"/>
                <w:szCs w:val="20"/>
              </w:rPr>
              <w:t>Are there any alleged offences outstanding against you?</w:t>
            </w:r>
          </w:p>
        </w:tc>
        <w:tc>
          <w:tcPr>
            <w:tcW w:w="2493" w:type="dxa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1F8ABFA9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493" w:type="dxa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28E77543" w14:textId="4D99331E" w:rsidR="005C7DD1" w:rsidRPr="00F562A1" w:rsidRDefault="00F01AF3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493" w:type="dxa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528A4E06" w14:textId="77777777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8523C7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2"/>
        <w:gridCol w:w="3320"/>
        <w:gridCol w:w="3320"/>
      </w:tblGrid>
      <w:tr w:rsidR="005C7DD1" w:rsidRPr="00F562A1" w14:paraId="56665A02" w14:textId="77777777">
        <w:trPr>
          <w:jc w:val="center"/>
        </w:trPr>
        <w:tc>
          <w:tcPr>
            <w:tcW w:w="3324" w:type="dxa"/>
            <w:shd w:val="clear" w:color="auto" w:fill="F3F3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3BA56D9" w14:textId="7677C555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 xml:space="preserve">Do you consent to an Enhanced DBS check and for </w:t>
            </w:r>
            <w:r w:rsidR="00F01AF3" w:rsidRPr="00F562A1">
              <w:rPr>
                <w:rFonts w:ascii="Arial" w:hAnsi="Arial" w:cs="Arial"/>
                <w:b/>
                <w:sz w:val="20"/>
                <w:szCs w:val="20"/>
              </w:rPr>
              <w:t>Class UK</w:t>
            </w:r>
            <w:r w:rsidRPr="00F562A1">
              <w:rPr>
                <w:rFonts w:ascii="Arial" w:hAnsi="Arial" w:cs="Arial"/>
                <w:b/>
                <w:sz w:val="20"/>
                <w:szCs w:val="20"/>
              </w:rPr>
              <w:t xml:space="preserve"> to retain a copy of your DBS certificate during employment?</w:t>
            </w:r>
          </w:p>
        </w:tc>
        <w:tc>
          <w:tcPr>
            <w:tcW w:w="332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EA2763C" w14:textId="305FB3E6" w:rsidR="005C7DD1" w:rsidRPr="00F562A1" w:rsidRDefault="00F01AF3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1666DA" w:rsidRPr="00F562A1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</w:tc>
        <w:tc>
          <w:tcPr>
            <w:tcW w:w="332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99EA67F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562A1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</w:tbl>
    <w:p w14:paraId="2F97F2F1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2"/>
        <w:gridCol w:w="3320"/>
        <w:gridCol w:w="3320"/>
      </w:tblGrid>
      <w:tr w:rsidR="005C7DD1" w:rsidRPr="00F562A1" w14:paraId="233975D6" w14:textId="77777777">
        <w:trPr>
          <w:jc w:val="center"/>
        </w:trPr>
        <w:tc>
          <w:tcPr>
            <w:tcW w:w="3324" w:type="dxa"/>
            <w:shd w:val="clear" w:color="auto" w:fill="F3F3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34FD6D2" w14:textId="79E56AEE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 xml:space="preserve">Do you consent to </w:t>
            </w:r>
            <w:r w:rsidR="00F01AF3" w:rsidRPr="00F562A1">
              <w:rPr>
                <w:rFonts w:ascii="Arial" w:hAnsi="Arial" w:cs="Arial"/>
                <w:b/>
                <w:sz w:val="20"/>
                <w:szCs w:val="20"/>
              </w:rPr>
              <w:t>Class UK</w:t>
            </w:r>
            <w:r w:rsidRPr="00F562A1">
              <w:rPr>
                <w:rFonts w:ascii="Arial" w:hAnsi="Arial" w:cs="Arial"/>
                <w:b/>
                <w:sz w:val="20"/>
                <w:szCs w:val="20"/>
              </w:rPr>
              <w:t xml:space="preserve"> sharing your DBS certificate number with the Local Authority (if successful)?</w:t>
            </w:r>
          </w:p>
        </w:tc>
        <w:tc>
          <w:tcPr>
            <w:tcW w:w="332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8F13D3C" w14:textId="60A5D9BD" w:rsidR="005C7DD1" w:rsidRPr="00F562A1" w:rsidRDefault="00F01AF3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1666DA" w:rsidRPr="00F562A1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</w:tc>
        <w:tc>
          <w:tcPr>
            <w:tcW w:w="332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9C705E2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562A1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</w:tbl>
    <w:p w14:paraId="6E6A5833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p w14:paraId="00C684FB" w14:textId="44AEFDBF" w:rsidR="005C7DD1" w:rsidRPr="00F562A1" w:rsidRDefault="000F556C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b/>
          <w:sz w:val="20"/>
          <w:szCs w:val="20"/>
        </w:rPr>
        <w:t>5</w:t>
      </w:r>
      <w:r w:rsidR="003447D8" w:rsidRPr="00F562A1">
        <w:rPr>
          <w:rFonts w:ascii="Arial" w:hAnsi="Arial" w:cs="Arial"/>
          <w:b/>
          <w:sz w:val="20"/>
          <w:szCs w:val="20"/>
        </w:rPr>
        <w:t>. Education &amp; Qualifications (include from school age)</w:t>
      </w:r>
    </w:p>
    <w:p w14:paraId="5AE84C9A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>List all education and qualifications (school/college/university/training). Include dates and qualification outcomes.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5C7DD1" w:rsidRPr="00F562A1" w14:paraId="1FA14492" w14:textId="77777777">
        <w:trPr>
          <w:jc w:val="center"/>
        </w:trPr>
        <w:tc>
          <w:tcPr>
            <w:tcW w:w="2493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CF8B5D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Date from</w:t>
            </w:r>
          </w:p>
        </w:tc>
        <w:tc>
          <w:tcPr>
            <w:tcW w:w="2493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1221E70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Date to</w:t>
            </w:r>
          </w:p>
        </w:tc>
        <w:tc>
          <w:tcPr>
            <w:tcW w:w="2493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4F69C9B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Institution</w:t>
            </w:r>
          </w:p>
        </w:tc>
        <w:tc>
          <w:tcPr>
            <w:tcW w:w="2493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3E2D20E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Qualification / outcome</w:t>
            </w:r>
          </w:p>
        </w:tc>
      </w:tr>
      <w:tr w:rsidR="005C7DD1" w:rsidRPr="00F562A1" w14:paraId="7D3410DE" w14:textId="77777777">
        <w:trPr>
          <w:jc w:val="center"/>
        </w:trPr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8D05495" w14:textId="231E1C52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B498CCE" w14:textId="1B4E3A45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FAB88EA" w14:textId="54FA2444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2B036D3" w14:textId="559F2277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1C1405F3" w14:textId="77777777">
        <w:trPr>
          <w:jc w:val="center"/>
        </w:trPr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1781B25" w14:textId="3302E5D5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7B63615" w14:textId="5E6A671E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4457CB9" w14:textId="644C4E72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8CEAEC8" w14:textId="2D88630A" w:rsidR="001666DA" w:rsidRPr="00F562A1" w:rsidRDefault="001666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79E233C2" w14:textId="77777777">
        <w:trPr>
          <w:jc w:val="center"/>
        </w:trPr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7350635" w14:textId="3855EFE4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83BEB4E" w14:textId="0B90428E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DBEF731" w14:textId="27ABF986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21DBCD5" w14:textId="1137E07E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76171BAE" w14:textId="77777777">
        <w:trPr>
          <w:jc w:val="center"/>
        </w:trPr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5E88765" w14:textId="77777777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49F1983" w14:textId="77777777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6A29F1E" w14:textId="77777777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7BF045B" w14:textId="77777777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197FD79C" w14:textId="77777777">
        <w:trPr>
          <w:jc w:val="center"/>
        </w:trPr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F8DCF61" w14:textId="77777777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E59AF1B" w14:textId="77777777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19F63D1" w14:textId="77777777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AC52DEF" w14:textId="77777777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FE303B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p w14:paraId="548D01F4" w14:textId="2E15750C" w:rsidR="005C7DD1" w:rsidRPr="00F562A1" w:rsidRDefault="004D717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</w:t>
      </w:r>
      <w:r w:rsidR="003447D8" w:rsidRPr="00F562A1">
        <w:rPr>
          <w:rFonts w:ascii="Arial" w:hAnsi="Arial" w:cs="Arial"/>
          <w:b/>
          <w:sz w:val="20"/>
          <w:szCs w:val="20"/>
        </w:rPr>
        <w:t xml:space="preserve">. Employment </w:t>
      </w:r>
      <w:r>
        <w:rPr>
          <w:rFonts w:ascii="Arial" w:hAnsi="Arial" w:cs="Arial"/>
          <w:b/>
          <w:sz w:val="20"/>
          <w:szCs w:val="20"/>
        </w:rPr>
        <w:t xml:space="preserve">and Self-employment </w:t>
      </w:r>
      <w:r w:rsidR="003447D8" w:rsidRPr="00F562A1">
        <w:rPr>
          <w:rFonts w:ascii="Arial" w:hAnsi="Arial" w:cs="Arial"/>
          <w:b/>
          <w:sz w:val="20"/>
          <w:szCs w:val="20"/>
        </w:rPr>
        <w:t>History (mandatory)</w:t>
      </w:r>
    </w:p>
    <w:p w14:paraId="0C75748B" w14:textId="3218F0F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b/>
          <w:sz w:val="20"/>
          <w:szCs w:val="20"/>
        </w:rPr>
        <w:t xml:space="preserve">Important: </w:t>
      </w:r>
      <w:r w:rsidRPr="00F562A1">
        <w:rPr>
          <w:rFonts w:ascii="Arial" w:hAnsi="Arial" w:cs="Arial"/>
          <w:sz w:val="20"/>
          <w:szCs w:val="20"/>
        </w:rPr>
        <w:t>You MUST record your FULL employment</w:t>
      </w:r>
      <w:r w:rsidR="004D717A">
        <w:rPr>
          <w:rFonts w:ascii="Arial" w:hAnsi="Arial" w:cs="Arial"/>
          <w:sz w:val="20"/>
          <w:szCs w:val="20"/>
        </w:rPr>
        <w:t>/self-employment</w:t>
      </w:r>
      <w:r w:rsidRPr="00F562A1">
        <w:rPr>
          <w:rFonts w:ascii="Arial" w:hAnsi="Arial" w:cs="Arial"/>
          <w:sz w:val="20"/>
          <w:szCs w:val="20"/>
        </w:rPr>
        <w:t xml:space="preserve"> history dating back to when you left education (including school/college). This includes ALL paid work, agency work, self-employment, voluntary roles, raising a family, and any periods of unemployment. Do not leave any gaps.</w:t>
      </w:r>
      <w:r w:rsidR="004D6389" w:rsidRPr="00F562A1">
        <w:rPr>
          <w:rFonts w:ascii="Arial" w:hAnsi="Arial" w:cs="Arial"/>
          <w:sz w:val="20"/>
          <w:szCs w:val="20"/>
        </w:rPr>
        <w:t xml:space="preserve"> </w:t>
      </w:r>
    </w:p>
    <w:p w14:paraId="11049D37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>Start with your current/most recent role and work backwards. Add extra pages if required.</w:t>
      </w:r>
    </w:p>
    <w:p w14:paraId="750DEBEA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b/>
          <w:sz w:val="20"/>
          <w:szCs w:val="20"/>
        </w:rPr>
        <w:t>Employment Entry 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0"/>
      </w:tblGrid>
      <w:tr w:rsidR="005C7DD1" w:rsidRPr="00F562A1" w14:paraId="728969D3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2206785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Employer name &amp; address: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030285E" w14:textId="3496AA82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4ACCE517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CADAF07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Job title / role (paid/unpaid):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E205E42" w14:textId="13180B61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277D4A22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17D7866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Start date (DD/MM/YYYY):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580C11D" w14:textId="1C794D06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06E4DA49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C91B09A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End date (DD/MM/YYYY) or ‘Current’: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C30CAE7" w14:textId="748CAF46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6CC13DCE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496D83F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Main duties &amp; responsibilities: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9F2A56D" w14:textId="1BD70657" w:rsidR="001666DA" w:rsidRPr="00F562A1" w:rsidRDefault="001666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4EBE7708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C6D07BD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Reason for leaving: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DCEB9E6" w14:textId="231B00D0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CB3A80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p w14:paraId="16901818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b/>
          <w:sz w:val="20"/>
          <w:szCs w:val="20"/>
        </w:rPr>
        <w:t>Employment Entry 2</w:t>
      </w:r>
    </w:p>
    <w:tbl>
      <w:tblPr>
        <w:tblStyle w:val="TableGrid"/>
        <w:tblW w:w="10201" w:type="dxa"/>
        <w:jc w:val="center"/>
        <w:tblLook w:val="04A0" w:firstRow="1" w:lastRow="0" w:firstColumn="1" w:lastColumn="0" w:noHBand="0" w:noVBand="1"/>
      </w:tblPr>
      <w:tblGrid>
        <w:gridCol w:w="4248"/>
        <w:gridCol w:w="5953"/>
      </w:tblGrid>
      <w:tr w:rsidR="005C7DD1" w:rsidRPr="00F562A1" w14:paraId="42555137" w14:textId="77777777" w:rsidTr="001666DA">
        <w:trPr>
          <w:jc w:val="center"/>
        </w:trPr>
        <w:tc>
          <w:tcPr>
            <w:tcW w:w="4248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0F91129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Employer name &amp; address:</w:t>
            </w:r>
          </w:p>
        </w:tc>
        <w:tc>
          <w:tcPr>
            <w:tcW w:w="595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E140D76" w14:textId="081E15D1" w:rsidR="002432C5" w:rsidRPr="00F562A1" w:rsidRDefault="002432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0C10C61D" w14:textId="77777777" w:rsidTr="001666DA">
        <w:trPr>
          <w:jc w:val="center"/>
        </w:trPr>
        <w:tc>
          <w:tcPr>
            <w:tcW w:w="4248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E1993A7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Job title / role (paid/unpaid):</w:t>
            </w:r>
          </w:p>
        </w:tc>
        <w:tc>
          <w:tcPr>
            <w:tcW w:w="595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642645B" w14:textId="241D54BE" w:rsidR="001666DA" w:rsidRPr="00F562A1" w:rsidRDefault="001666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5059E2F8" w14:textId="77777777" w:rsidTr="001666DA">
        <w:trPr>
          <w:jc w:val="center"/>
        </w:trPr>
        <w:tc>
          <w:tcPr>
            <w:tcW w:w="4248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A8CEBD9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Start date (DD/MM/YYYY):</w:t>
            </w:r>
          </w:p>
        </w:tc>
        <w:tc>
          <w:tcPr>
            <w:tcW w:w="595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B40CF35" w14:textId="1448BDB1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1A5088AC" w14:textId="77777777" w:rsidTr="001666DA">
        <w:trPr>
          <w:jc w:val="center"/>
        </w:trPr>
        <w:tc>
          <w:tcPr>
            <w:tcW w:w="4248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3651F35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End date (DD/MM/YYYY) or ‘Current’:</w:t>
            </w:r>
          </w:p>
        </w:tc>
        <w:tc>
          <w:tcPr>
            <w:tcW w:w="595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96B094B" w14:textId="45A1D969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3A30A0AD" w14:textId="77777777" w:rsidTr="001666DA">
        <w:trPr>
          <w:jc w:val="center"/>
        </w:trPr>
        <w:tc>
          <w:tcPr>
            <w:tcW w:w="4248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E97DCB8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Main duties &amp; responsibilities:</w:t>
            </w:r>
          </w:p>
        </w:tc>
        <w:tc>
          <w:tcPr>
            <w:tcW w:w="595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2FB3518" w14:textId="32E450DE" w:rsidR="00EC5513" w:rsidRPr="00F562A1" w:rsidRDefault="00EC55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7926825E" w14:textId="77777777" w:rsidTr="001666DA">
        <w:trPr>
          <w:jc w:val="center"/>
        </w:trPr>
        <w:tc>
          <w:tcPr>
            <w:tcW w:w="4248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690E735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lastRenderedPageBreak/>
              <w:t>Reason for leaving:</w:t>
            </w:r>
          </w:p>
        </w:tc>
        <w:tc>
          <w:tcPr>
            <w:tcW w:w="5953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002DEB5" w14:textId="02CB5CC5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C944D5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p w14:paraId="7862855A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b/>
          <w:sz w:val="20"/>
          <w:szCs w:val="20"/>
        </w:rPr>
        <w:t>Employment Entry 3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0"/>
      </w:tblGrid>
      <w:tr w:rsidR="005C7DD1" w:rsidRPr="00F562A1" w14:paraId="3E401A9E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6A2D610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Employer name &amp; address: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FFB1421" w14:textId="25D6F35E" w:rsidR="00EC5513" w:rsidRPr="00F562A1" w:rsidRDefault="00EC55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707447F0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C49F711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Job title / role (paid/unpaid):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C980E94" w14:textId="77777777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31C3CA10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7F8ABEA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Start date (DD/MM/YYYY):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9E7EEDF" w14:textId="416B52E5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102BCB06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F2B949D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End date (DD/MM/YYYY) or ‘Current’: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5F12BD9" w14:textId="4D57FF5F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7477C6F6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B185894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Main duties &amp; responsibilities: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00B16D4" w14:textId="43ECB3BB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4760BF98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218C6A0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Reason for leaving: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B88BA51" w14:textId="6AB7ED10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663F180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p w14:paraId="23349D5C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b/>
          <w:sz w:val="20"/>
          <w:szCs w:val="20"/>
        </w:rPr>
        <w:t>Employment Entry 4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0"/>
      </w:tblGrid>
      <w:tr w:rsidR="005C7DD1" w:rsidRPr="00F562A1" w14:paraId="267AA3FF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4858E71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Employer name &amp; address: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2B64B7D" w14:textId="2D0E80BD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349E1691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9F24036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Job title / role (paid/unpaid):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D96288A" w14:textId="206DAB27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407B0F33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FD489D3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Start date (DD/MM/YYYY):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7B832A1" w14:textId="2A4BBE80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0C223810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C02E0A8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End date (DD/MM/YYYY) or ‘Current’: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57171A9" w14:textId="36D80B58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402628E4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7CD8539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Main duties &amp; responsibilities: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27C9327" w14:textId="5410AB4A" w:rsidR="00184446" w:rsidRPr="00F562A1" w:rsidRDefault="001844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4A4DB3A0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2FB97FC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Reason for leaving: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9025A43" w14:textId="1E881891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1F0E18F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p w14:paraId="4737A833" w14:textId="5BD0D9C0" w:rsidR="005D59E1" w:rsidRPr="00F562A1" w:rsidRDefault="005D59E1" w:rsidP="005D59E1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b/>
          <w:sz w:val="20"/>
          <w:szCs w:val="20"/>
        </w:rPr>
        <w:t>Employment Entry 5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0"/>
      </w:tblGrid>
      <w:tr w:rsidR="005D59E1" w:rsidRPr="00F562A1" w14:paraId="76B4E838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D3C8132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Employer name &amp; address: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5353EBE" w14:textId="66232E9E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2F68395B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53DAD73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Job title / role (paid/unpaid):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A33C70D" w14:textId="6EC04939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10BF7CDD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C6D26A8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Start date (DD/MM/YYYY):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270E9A1" w14:textId="61C60A23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3380DAF8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D25E6AE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End date (DD/MM/YYYY) or ‘Current’: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20F641F" w14:textId="057FD96E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0D589067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15D3089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lastRenderedPageBreak/>
              <w:t>Main duties &amp; responsibilities: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F1BECCF" w14:textId="14C4F5FA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3EF19601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9A872AC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Reason for leaving: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E43ED40" w14:textId="15455AA8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34A1DA" w14:textId="77777777" w:rsidR="004D6389" w:rsidRPr="00F562A1" w:rsidRDefault="004D6389">
      <w:pPr>
        <w:rPr>
          <w:rFonts w:ascii="Arial" w:hAnsi="Arial" w:cs="Arial"/>
          <w:b/>
          <w:sz w:val="20"/>
          <w:szCs w:val="20"/>
        </w:rPr>
      </w:pPr>
    </w:p>
    <w:p w14:paraId="5B325A7E" w14:textId="2B806879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b/>
          <w:sz w:val="20"/>
          <w:szCs w:val="20"/>
        </w:rPr>
        <w:t>Employment Gaps (mandatory)</w:t>
      </w:r>
    </w:p>
    <w:p w14:paraId="35C68A89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>You must account for every gap in employment/education history since leaving education. If you have no gaps, write “None”.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1"/>
        <w:gridCol w:w="3321"/>
        <w:gridCol w:w="3320"/>
      </w:tblGrid>
      <w:tr w:rsidR="005C7DD1" w:rsidRPr="00F562A1" w14:paraId="1612B34F" w14:textId="77777777" w:rsidTr="00DB0A52">
        <w:trPr>
          <w:jc w:val="center"/>
        </w:trPr>
        <w:tc>
          <w:tcPr>
            <w:tcW w:w="3321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BD7FCA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From (DD/MM/YYYY)</w:t>
            </w:r>
          </w:p>
        </w:tc>
        <w:tc>
          <w:tcPr>
            <w:tcW w:w="3321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CDC2FF1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To (DD/MM/YYYY)</w:t>
            </w:r>
          </w:p>
        </w:tc>
        <w:tc>
          <w:tcPr>
            <w:tcW w:w="3320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627F5F0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Reason for gap (e.g., travel, caring, study, illness)</w:t>
            </w:r>
          </w:p>
        </w:tc>
      </w:tr>
      <w:tr w:rsidR="005C7DD1" w:rsidRPr="00F562A1" w14:paraId="06F9AA21" w14:textId="77777777" w:rsidTr="00DB0A52">
        <w:trPr>
          <w:jc w:val="center"/>
        </w:trPr>
        <w:tc>
          <w:tcPr>
            <w:tcW w:w="3321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6759D3D" w14:textId="01751A98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21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91E0833" w14:textId="77777777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20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02D5A9B" w14:textId="77777777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09BDB9B8" w14:textId="77777777" w:rsidTr="00DB0A52">
        <w:trPr>
          <w:jc w:val="center"/>
        </w:trPr>
        <w:tc>
          <w:tcPr>
            <w:tcW w:w="3321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30061D8" w14:textId="77777777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21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0B67B9A" w14:textId="77777777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20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3B09E81" w14:textId="77777777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EED2D5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p w14:paraId="121AFE10" w14:textId="329A3E0A" w:rsidR="005C7DD1" w:rsidRDefault="007176B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</w:t>
      </w:r>
      <w:r w:rsidR="003447D8" w:rsidRPr="00F562A1">
        <w:rPr>
          <w:rFonts w:ascii="Arial" w:hAnsi="Arial" w:cs="Arial"/>
          <w:b/>
          <w:sz w:val="20"/>
          <w:szCs w:val="20"/>
        </w:rPr>
        <w:t>. Supporting Statement</w:t>
      </w:r>
    </w:p>
    <w:p w14:paraId="309166A2" w14:textId="5EF7BEAB" w:rsidR="005C7DD1" w:rsidRPr="00F562A1" w:rsidRDefault="005A055C">
      <w:pPr>
        <w:rPr>
          <w:rFonts w:ascii="Arial" w:hAnsi="Arial" w:cs="Arial"/>
          <w:b/>
          <w:bCs/>
          <w:sz w:val="20"/>
          <w:szCs w:val="20"/>
        </w:rPr>
      </w:pPr>
      <w:r w:rsidRPr="005A055C">
        <w:rPr>
          <w:rFonts w:ascii="Arial" w:hAnsi="Arial" w:cs="Arial"/>
          <w:sz w:val="20"/>
          <w:szCs w:val="20"/>
        </w:rPr>
        <w:t>Please explain how your experience, skills and personal qualities meet the requirements of the role described in the job advert</w:t>
      </w:r>
      <w:r>
        <w:rPr>
          <w:rFonts w:ascii="Arial" w:hAnsi="Arial" w:cs="Arial"/>
          <w:sz w:val="20"/>
          <w:szCs w:val="20"/>
        </w:rPr>
        <w:t>/ person specification</w:t>
      </w:r>
      <w:r w:rsidRPr="005A055C">
        <w:rPr>
          <w:rFonts w:ascii="Arial" w:hAnsi="Arial" w:cs="Arial"/>
          <w:sz w:val="20"/>
          <w:szCs w:val="20"/>
        </w:rPr>
        <w:t>. Include examples from paid or unpaid work and any relevant transferable skills.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4D6389" w:rsidRPr="00F562A1" w14:paraId="2D6BE2AE" w14:textId="77777777" w:rsidTr="004D6389">
        <w:tc>
          <w:tcPr>
            <w:tcW w:w="9962" w:type="dxa"/>
          </w:tcPr>
          <w:p w14:paraId="765660DA" w14:textId="77777777" w:rsidR="004D6389" w:rsidRPr="00F562A1" w:rsidRDefault="004D63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34577F" w14:textId="77777777" w:rsidR="004D6389" w:rsidRPr="00F562A1" w:rsidRDefault="004D63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7B99CF" w14:textId="77777777" w:rsidR="004D6389" w:rsidRPr="00F562A1" w:rsidRDefault="004D63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5A0FCC" w14:textId="77777777" w:rsidR="004D6389" w:rsidRPr="00F562A1" w:rsidRDefault="004D63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702A98" w14:textId="77777777" w:rsidR="004D6389" w:rsidRPr="00F562A1" w:rsidRDefault="004D63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CA8535" w14:textId="77777777" w:rsidR="004D6389" w:rsidRPr="00F562A1" w:rsidRDefault="004D63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3BF5B0" w14:textId="77777777" w:rsidR="004D6389" w:rsidRPr="00F562A1" w:rsidRDefault="004D63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BDB701" w14:textId="77777777" w:rsidR="004D6389" w:rsidRPr="00F562A1" w:rsidRDefault="004D63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3D57DE" w14:textId="77777777" w:rsidR="004D6389" w:rsidRPr="00F562A1" w:rsidRDefault="004D63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21A962" w14:textId="77777777" w:rsidR="004D6389" w:rsidRPr="00F562A1" w:rsidRDefault="004D6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5BCCEE" w14:textId="77777777" w:rsidR="00184446" w:rsidRPr="00F562A1" w:rsidRDefault="00184446">
      <w:pPr>
        <w:rPr>
          <w:rFonts w:ascii="Arial" w:hAnsi="Arial" w:cs="Arial"/>
          <w:sz w:val="20"/>
          <w:szCs w:val="20"/>
        </w:rPr>
      </w:pPr>
    </w:p>
    <w:p w14:paraId="13B43032" w14:textId="7F619DB0" w:rsidR="005C7DD1" w:rsidRPr="00F562A1" w:rsidRDefault="007176B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9</w:t>
      </w:r>
      <w:r w:rsidR="003447D8" w:rsidRPr="00F562A1">
        <w:rPr>
          <w:rFonts w:ascii="Arial" w:hAnsi="Arial" w:cs="Arial"/>
          <w:b/>
          <w:sz w:val="20"/>
          <w:szCs w:val="20"/>
        </w:rPr>
        <w:t>. References</w:t>
      </w:r>
    </w:p>
    <w:p w14:paraId="02A9A5FD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>Two employment references are required as part of safer recruitment. All employment with children/young people or vulnerable adults since leaving education must be referenced. Character references will only be accepted if employment references cannot be obtained.</w:t>
      </w:r>
    </w:p>
    <w:p w14:paraId="41519AC0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>Reference 1: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0"/>
      </w:tblGrid>
      <w:tr w:rsidR="005C7DD1" w:rsidRPr="00F562A1" w14:paraId="773D855C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2AA884C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Referee name: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33BC692" w14:textId="1A60A137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7877CFE1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E320EB7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Position / relationship: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16B325C" w14:textId="08156BFD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0E8B6CE1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76EF07D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lastRenderedPageBreak/>
              <w:t>Organisation: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60CA7BA" w14:textId="38DC7472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2892A091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5DCB335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Email address: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ED3A5F6" w14:textId="7C6C0158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03BAF7F5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C26981F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Telephone number: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FA68EA5" w14:textId="567C7531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C72555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p w14:paraId="10EFF19E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>Reference 2: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0"/>
      </w:tblGrid>
      <w:tr w:rsidR="005C7DD1" w:rsidRPr="00F562A1" w14:paraId="609CB660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014F5AA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Referee name: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F216E99" w14:textId="7FA8CC1D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2737DBBA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70D760F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Position / relationship: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A7720F2" w14:textId="09AB6348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3FD3097A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4F5330F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Organisation: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DB47AAC" w14:textId="0F0C869E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7C229DDF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E1F63DD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Email address: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546E742" w14:textId="6E951D7C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657B1214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70F7E7A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Telephone number: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87401F0" w14:textId="6998FFD3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716474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p w14:paraId="42279227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>Additional reference (if required):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0"/>
      </w:tblGrid>
      <w:tr w:rsidR="005C7DD1" w:rsidRPr="00F562A1" w14:paraId="58F53962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31EBE1C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Referee name: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D6FE6C7" w14:textId="2D9B4381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47DDC8AC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2A75452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Position / relationship: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85AA0F5" w14:textId="38797D63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58C47A30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2683718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Organisation: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3164792" w14:textId="27CC0A6B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7C8DC15C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4906E97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Email address: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3EF4097" w14:textId="59B88156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5D0DB2FE" w14:textId="77777777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53FE4D3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Telephone number: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F3A5CF9" w14:textId="1646B19D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98A1BF" w14:textId="77777777" w:rsidR="005C7DD1" w:rsidRPr="00F562A1" w:rsidRDefault="005C7DD1">
      <w:pPr>
        <w:rPr>
          <w:rFonts w:ascii="Arial" w:hAnsi="Arial" w:cs="Arial"/>
          <w:sz w:val="20"/>
          <w:szCs w:val="20"/>
        </w:rPr>
      </w:pPr>
    </w:p>
    <w:p w14:paraId="078216AC" w14:textId="079222D0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b/>
          <w:sz w:val="20"/>
          <w:szCs w:val="20"/>
        </w:rPr>
        <w:t>1</w:t>
      </w:r>
      <w:r w:rsidR="007176B5">
        <w:rPr>
          <w:rFonts w:ascii="Arial" w:hAnsi="Arial" w:cs="Arial"/>
          <w:b/>
          <w:sz w:val="20"/>
          <w:szCs w:val="20"/>
        </w:rPr>
        <w:t>0</w:t>
      </w:r>
      <w:r w:rsidRPr="00F562A1">
        <w:rPr>
          <w:rFonts w:ascii="Arial" w:hAnsi="Arial" w:cs="Arial"/>
          <w:b/>
          <w:sz w:val="20"/>
          <w:szCs w:val="20"/>
        </w:rPr>
        <w:t>. Declaration</w:t>
      </w:r>
    </w:p>
    <w:p w14:paraId="24AC88BF" w14:textId="77777777" w:rsidR="005C7DD1" w:rsidRPr="00F562A1" w:rsidRDefault="003447D8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>I confirm that the information provided in this application is true and complete to the best of my knowledge. I understand that providing false or misleading information may disqualify my application or result in dismissal if employed. I understand that any offer of employment is subject to satisfactory references and Enhanced DBS clearance.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76"/>
        <w:gridCol w:w="2050"/>
        <w:gridCol w:w="2257"/>
        <w:gridCol w:w="3479"/>
      </w:tblGrid>
      <w:tr w:rsidR="005C7DD1" w:rsidRPr="00F562A1" w14:paraId="51CE36CA" w14:textId="77777777">
        <w:trPr>
          <w:jc w:val="center"/>
        </w:trPr>
        <w:tc>
          <w:tcPr>
            <w:tcW w:w="2493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14:paraId="0A06CD13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Name (print):</w:t>
            </w:r>
          </w:p>
        </w:tc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14:paraId="41F60288" w14:textId="311880B2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14:paraId="15CBF0D4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Signature:</w:t>
            </w:r>
          </w:p>
        </w:tc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14:paraId="4BE2AB30" w14:textId="74D805AD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DD1" w:rsidRPr="00F562A1" w14:paraId="7E3CE21B" w14:textId="77777777">
        <w:trPr>
          <w:jc w:val="center"/>
        </w:trPr>
        <w:tc>
          <w:tcPr>
            <w:tcW w:w="2493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14:paraId="6F18C1DD" w14:textId="77777777" w:rsidR="005C7DD1" w:rsidRPr="00F562A1" w:rsidRDefault="003447D8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lastRenderedPageBreak/>
              <w:t>Date:</w:t>
            </w:r>
          </w:p>
        </w:tc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14:paraId="23D23D5D" w14:textId="140DEA09" w:rsidR="005C7DD1" w:rsidRPr="00F562A1" w:rsidRDefault="005C7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14:paraId="5388D8D9" w14:textId="30D0F1B2" w:rsidR="005C7DD1" w:rsidRPr="00F562A1" w:rsidRDefault="00B45E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Please return your completed application form </w:t>
            </w:r>
            <w:r w:rsidR="003447D8" w:rsidRPr="00F562A1">
              <w:rPr>
                <w:rFonts w:ascii="Arial" w:hAnsi="Arial" w:cs="Arial"/>
                <w:b/>
                <w:sz w:val="20"/>
                <w:szCs w:val="20"/>
              </w:rPr>
              <w:t>to:</w:t>
            </w:r>
          </w:p>
        </w:tc>
        <w:tc>
          <w:tcPr>
            <w:tcW w:w="2493" w:type="dxa"/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14:paraId="43F3E249" w14:textId="0D85D1B7" w:rsidR="005C7DD1" w:rsidRPr="00F562A1" w:rsidRDefault="00000000">
            <w:pPr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="00633C69" w:rsidRPr="00D311AB">
                <w:rPr>
                  <w:rStyle w:val="Hyperlink"/>
                  <w:rFonts w:ascii="Arial" w:hAnsi="Arial" w:cs="Arial"/>
                  <w:sz w:val="20"/>
                  <w:szCs w:val="20"/>
                </w:rPr>
                <w:t>Emma.mahon@edenhousefac.co.uk</w:t>
              </w:r>
            </w:hyperlink>
            <w:r w:rsidR="00633C6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68414EF1" w14:textId="77777777" w:rsidR="005D59E1" w:rsidRPr="00F562A1" w:rsidRDefault="005D59E1">
      <w:pPr>
        <w:rPr>
          <w:rFonts w:ascii="Arial" w:hAnsi="Arial" w:cs="Arial"/>
          <w:sz w:val="20"/>
          <w:szCs w:val="20"/>
        </w:rPr>
      </w:pPr>
    </w:p>
    <w:p w14:paraId="502AC8D8" w14:textId="703A5F66" w:rsidR="005D59E1" w:rsidRPr="00F562A1" w:rsidRDefault="005D59E1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sz w:val="20"/>
          <w:szCs w:val="20"/>
        </w:rPr>
        <w:t>Addi</w:t>
      </w:r>
      <w:r w:rsidR="004D6389" w:rsidRPr="00F562A1">
        <w:rPr>
          <w:rFonts w:ascii="Arial" w:hAnsi="Arial" w:cs="Arial"/>
          <w:sz w:val="20"/>
          <w:szCs w:val="20"/>
        </w:rPr>
        <w:t>ti</w:t>
      </w:r>
      <w:r w:rsidRPr="00F562A1">
        <w:rPr>
          <w:rFonts w:ascii="Arial" w:hAnsi="Arial" w:cs="Arial"/>
          <w:sz w:val="20"/>
          <w:szCs w:val="20"/>
        </w:rPr>
        <w:t xml:space="preserve">onal page for employment history if needed. </w:t>
      </w:r>
    </w:p>
    <w:p w14:paraId="728B7146" w14:textId="4F57C5F9" w:rsidR="005D59E1" w:rsidRPr="00F562A1" w:rsidRDefault="005D59E1" w:rsidP="005D59E1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b/>
          <w:sz w:val="20"/>
          <w:szCs w:val="20"/>
        </w:rPr>
        <w:t>Employment Entry 8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0"/>
      </w:tblGrid>
      <w:tr w:rsidR="005D59E1" w:rsidRPr="00F562A1" w14:paraId="4130EDFD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A85708E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Employer name &amp; address: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C3BE79B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048628EA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D26E418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Job title / role (paid/unpaid):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80936C0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1618EF97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9DC3F39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Start date (DD/MM/YYYY):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172399D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51C6CD8C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5AC2622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End date (DD/MM/YYYY) or ‘Current’: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83FC71F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2017E770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2C8532B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Main duties &amp; responsibilities: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A2B7442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01AE6BE5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01676E6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Reason for leaving: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8DC2CC6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A1E208" w14:textId="1A2AAF15" w:rsidR="005D59E1" w:rsidRPr="00F562A1" w:rsidRDefault="005D59E1">
      <w:pPr>
        <w:rPr>
          <w:rFonts w:ascii="Arial" w:hAnsi="Arial" w:cs="Arial"/>
          <w:sz w:val="20"/>
          <w:szCs w:val="20"/>
        </w:rPr>
      </w:pPr>
    </w:p>
    <w:p w14:paraId="224B483F" w14:textId="02891D0B" w:rsidR="005D59E1" w:rsidRPr="00F562A1" w:rsidRDefault="005D59E1" w:rsidP="005D59E1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b/>
          <w:sz w:val="20"/>
          <w:szCs w:val="20"/>
        </w:rPr>
        <w:t>Employment Entry 9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0"/>
      </w:tblGrid>
      <w:tr w:rsidR="005D59E1" w:rsidRPr="00F562A1" w14:paraId="177FC5A2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D1F5415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Employer name &amp; address: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5E97022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14C4DE78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BCDA64E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Job title / role (paid/unpaid):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B71B8A1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63DDB816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F975D3C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Start date (DD/MM/YYYY):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CE0B71D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36B56B79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BEC1B0E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End date (DD/MM/YYYY) or ‘Current’: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BD6B39D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5CCE4CB5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8E8C7D6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Main duties &amp; responsibilities: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5475680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73343488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1619E48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Reason for leaving: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9022AE3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51197A" w14:textId="77777777" w:rsidR="005D59E1" w:rsidRPr="00F562A1" w:rsidRDefault="005D59E1">
      <w:pPr>
        <w:rPr>
          <w:rFonts w:ascii="Arial" w:hAnsi="Arial" w:cs="Arial"/>
          <w:sz w:val="20"/>
          <w:szCs w:val="20"/>
        </w:rPr>
      </w:pPr>
    </w:p>
    <w:p w14:paraId="123563E0" w14:textId="54E9FF69" w:rsidR="005D59E1" w:rsidRPr="00F562A1" w:rsidRDefault="005D59E1" w:rsidP="005D59E1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b/>
          <w:sz w:val="20"/>
          <w:szCs w:val="20"/>
        </w:rPr>
        <w:t>Employment Entry 10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0"/>
      </w:tblGrid>
      <w:tr w:rsidR="005D59E1" w:rsidRPr="00F562A1" w14:paraId="06923992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5453602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Employer name &amp; address: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B35B5F4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1DB27D04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2B7471E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Job title / role (paid/unpaid):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C3022C4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59F79733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372C4B0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Start date (DD/MM/YYYY):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4F083A8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789EA6E8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A707132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lastRenderedPageBreak/>
              <w:t>End date (DD/MM/YYYY) or ‘Current’: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6B353B3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13EAD55B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9760AEA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Main duties &amp; responsibilities: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08D9DC8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047A0C75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307B36A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Reason for leaving: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97ABB8E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112E99" w14:textId="77777777" w:rsidR="005D59E1" w:rsidRPr="00F562A1" w:rsidRDefault="005D59E1">
      <w:pPr>
        <w:rPr>
          <w:rFonts w:ascii="Arial" w:hAnsi="Arial" w:cs="Arial"/>
          <w:sz w:val="20"/>
          <w:szCs w:val="20"/>
        </w:rPr>
      </w:pPr>
    </w:p>
    <w:p w14:paraId="406F1AFC" w14:textId="33780096" w:rsidR="005D59E1" w:rsidRPr="00F562A1" w:rsidRDefault="005D59E1" w:rsidP="005D59E1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b/>
          <w:sz w:val="20"/>
          <w:szCs w:val="20"/>
        </w:rPr>
        <w:t>Employment Entry 11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0"/>
      </w:tblGrid>
      <w:tr w:rsidR="005D59E1" w:rsidRPr="00F562A1" w14:paraId="326C6AB5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16AFC22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Employer name &amp; address: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0575BE1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529B6DA4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44667ED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Job title / role (paid/unpaid):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C0DA5B9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7E228334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FCA18B3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Start date (DD/MM/YYYY):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72268FC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6F9588FE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D10653E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End date (DD/MM/YYYY) or ‘Current’: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908BF09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294B1689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6B5787A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Main duties &amp; responsibilities: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ADBB212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4B62ED52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0AC4FE0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Reason for leaving: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D811081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8AFF41" w14:textId="77777777" w:rsidR="005D59E1" w:rsidRPr="00F562A1" w:rsidRDefault="005D59E1">
      <w:pPr>
        <w:rPr>
          <w:rFonts w:ascii="Arial" w:hAnsi="Arial" w:cs="Arial"/>
          <w:sz w:val="20"/>
          <w:szCs w:val="20"/>
        </w:rPr>
      </w:pPr>
    </w:p>
    <w:p w14:paraId="074C2614" w14:textId="399928C5" w:rsidR="005D59E1" w:rsidRPr="00F562A1" w:rsidRDefault="005D59E1" w:rsidP="005D59E1">
      <w:pPr>
        <w:rPr>
          <w:rFonts w:ascii="Arial" w:hAnsi="Arial" w:cs="Arial"/>
          <w:sz w:val="20"/>
          <w:szCs w:val="20"/>
        </w:rPr>
      </w:pPr>
      <w:r w:rsidRPr="00F562A1">
        <w:rPr>
          <w:rFonts w:ascii="Arial" w:hAnsi="Arial" w:cs="Arial"/>
          <w:b/>
          <w:sz w:val="20"/>
          <w:szCs w:val="20"/>
        </w:rPr>
        <w:t>Employment Entry 12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0"/>
      </w:tblGrid>
      <w:tr w:rsidR="005D59E1" w:rsidRPr="00F562A1" w14:paraId="302603FE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F5D7E0C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Employer name &amp; address: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0B94F5B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523A4445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D73E803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Job title / role (paid/unpaid):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2989289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5376BB32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059F53E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Start date (DD/MM/YYYY):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6220DC3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79743963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CF84057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End date (DD/MM/YYYY) or ‘Current’: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AC8EE8C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0B7E0A35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ACA8492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Main duties &amp; responsibilities: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64CCDC0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9E1" w:rsidRPr="00F562A1" w14:paraId="721287B1" w14:textId="77777777" w:rsidTr="005E2C70">
        <w:trPr>
          <w:jc w:val="center"/>
        </w:trPr>
        <w:tc>
          <w:tcPr>
            <w:tcW w:w="4986" w:type="dxa"/>
            <w:shd w:val="clear" w:color="auto" w:fill="F3F3F3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D5A435B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  <w:r w:rsidRPr="00F562A1">
              <w:rPr>
                <w:rFonts w:ascii="Arial" w:hAnsi="Arial" w:cs="Arial"/>
                <w:b/>
                <w:sz w:val="20"/>
                <w:szCs w:val="20"/>
              </w:rPr>
              <w:t>Reason for leaving:</w:t>
            </w:r>
          </w:p>
        </w:tc>
        <w:tc>
          <w:tcPr>
            <w:tcW w:w="4986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AD6EB6E" w14:textId="77777777" w:rsidR="005D59E1" w:rsidRPr="00F562A1" w:rsidRDefault="005D59E1" w:rsidP="005E2C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6E1F6E6" w14:textId="011E015F" w:rsidR="00222AF9" w:rsidRPr="00F562A1" w:rsidRDefault="00222AF9">
      <w:pPr>
        <w:rPr>
          <w:rFonts w:ascii="Arial" w:hAnsi="Arial" w:cs="Arial"/>
        </w:rPr>
      </w:pPr>
    </w:p>
    <w:sectPr w:rsidR="00222AF9" w:rsidRPr="00F562A1" w:rsidSect="00034616">
      <w:headerReference w:type="even" r:id="rId9"/>
      <w:headerReference w:type="default" r:id="rId10"/>
      <w:headerReference w:type="first" r:id="rId11"/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44F4A" w14:textId="77777777" w:rsidR="000F7896" w:rsidRDefault="000F7896" w:rsidP="005D59E1">
      <w:pPr>
        <w:spacing w:after="0" w:line="240" w:lineRule="auto"/>
      </w:pPr>
      <w:r>
        <w:separator/>
      </w:r>
    </w:p>
  </w:endnote>
  <w:endnote w:type="continuationSeparator" w:id="0">
    <w:p w14:paraId="6C71793A" w14:textId="77777777" w:rsidR="000F7896" w:rsidRDefault="000F7896" w:rsidP="005D5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9D0DE" w14:textId="77777777" w:rsidR="000F7896" w:rsidRDefault="000F7896" w:rsidP="005D59E1">
      <w:pPr>
        <w:spacing w:after="0" w:line="240" w:lineRule="auto"/>
      </w:pPr>
      <w:r>
        <w:separator/>
      </w:r>
    </w:p>
  </w:footnote>
  <w:footnote w:type="continuationSeparator" w:id="0">
    <w:p w14:paraId="1B76C104" w14:textId="77777777" w:rsidR="000F7896" w:rsidRDefault="000F7896" w:rsidP="005D5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BBE3D" w14:textId="255D7710" w:rsidR="005D59E1" w:rsidRDefault="00000000">
    <w:pPr>
      <w:pStyle w:val="Header"/>
    </w:pPr>
    <w:r>
      <w:rPr>
        <w:noProof/>
      </w:rPr>
      <w:pict w14:anchorId="048ACC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836058" o:spid="_x0000_s1027" type="#_x0000_t75" alt="" style="position:absolute;margin-left:0;margin-top:0;width:495.85pt;height:495.8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ompleted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6BE46" w14:textId="17650514" w:rsidR="00D22788" w:rsidRDefault="00D22788" w:rsidP="00D22788">
    <w:pPr>
      <w:jc w:val="right"/>
      <w:rPr>
        <w:rFonts w:ascii="Arial" w:hAnsi="Arial" w:cs="Arial"/>
        <w:bCs/>
        <w:sz w:val="20"/>
        <w:szCs w:val="20"/>
      </w:rPr>
    </w:pPr>
    <w:r w:rsidRPr="00D22788">
      <w:rPr>
        <w:noProof/>
      </w:rPr>
      <w:drawing>
        <wp:inline distT="0" distB="0" distL="0" distR="0" wp14:anchorId="198081DF" wp14:editId="720304ED">
          <wp:extent cx="943107" cy="866896"/>
          <wp:effectExtent l="0" t="0" r="9525" b="9525"/>
          <wp:docPr id="11476128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761280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43107" cy="8668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D4C8CC" w14:textId="0E8099D3" w:rsidR="00D22788" w:rsidRPr="00D22788" w:rsidRDefault="00D22788" w:rsidP="00D22788">
    <w:pPr>
      <w:jc w:val="right"/>
      <w:rPr>
        <w:rFonts w:ascii="Arial" w:hAnsi="Arial" w:cs="Arial"/>
        <w:bCs/>
        <w:sz w:val="20"/>
        <w:szCs w:val="20"/>
      </w:rPr>
    </w:pPr>
    <w:r>
      <w:rPr>
        <w:rFonts w:ascii="Arial" w:hAnsi="Arial" w:cs="Arial"/>
        <w:bCs/>
        <w:sz w:val="20"/>
        <w:szCs w:val="20"/>
      </w:rPr>
      <w:t xml:space="preserve">Class </w:t>
    </w:r>
    <w:r w:rsidRPr="00D22788">
      <w:rPr>
        <w:rFonts w:ascii="Arial" w:hAnsi="Arial" w:cs="Arial"/>
        <w:bCs/>
        <w:sz w:val="20"/>
        <w:szCs w:val="20"/>
      </w:rPr>
      <w:t>UK – Eden House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DAC7A" w14:textId="3836A0EE" w:rsidR="005D59E1" w:rsidRDefault="00000000">
    <w:pPr>
      <w:pStyle w:val="Header"/>
    </w:pPr>
    <w:r>
      <w:rPr>
        <w:noProof/>
      </w:rPr>
      <w:pict w14:anchorId="78982D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836057" o:spid="_x0000_s1025" type="#_x0000_t75" alt="" style="position:absolute;margin-left:0;margin-top:0;width:495.85pt;height:495.8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ompleted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9267492">
    <w:abstractNumId w:val="8"/>
  </w:num>
  <w:num w:numId="2" w16cid:durableId="1821924204">
    <w:abstractNumId w:val="6"/>
  </w:num>
  <w:num w:numId="3" w16cid:durableId="1752703690">
    <w:abstractNumId w:val="5"/>
  </w:num>
  <w:num w:numId="4" w16cid:durableId="323051099">
    <w:abstractNumId w:val="4"/>
  </w:num>
  <w:num w:numId="5" w16cid:durableId="2068992632">
    <w:abstractNumId w:val="7"/>
  </w:num>
  <w:num w:numId="6" w16cid:durableId="2038965846">
    <w:abstractNumId w:val="3"/>
  </w:num>
  <w:num w:numId="7" w16cid:durableId="2096245737">
    <w:abstractNumId w:val="2"/>
  </w:num>
  <w:num w:numId="8" w16cid:durableId="797338363">
    <w:abstractNumId w:val="1"/>
  </w:num>
  <w:num w:numId="9" w16cid:durableId="714431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556C"/>
    <w:rsid w:val="000F7896"/>
    <w:rsid w:val="0010214F"/>
    <w:rsid w:val="001261C4"/>
    <w:rsid w:val="0015074B"/>
    <w:rsid w:val="001666DA"/>
    <w:rsid w:val="00184446"/>
    <w:rsid w:val="001903E4"/>
    <w:rsid w:val="001C0227"/>
    <w:rsid w:val="00213EEE"/>
    <w:rsid w:val="00222AF9"/>
    <w:rsid w:val="002432C5"/>
    <w:rsid w:val="00243D84"/>
    <w:rsid w:val="0029639D"/>
    <w:rsid w:val="002C4531"/>
    <w:rsid w:val="002D422F"/>
    <w:rsid w:val="002F4276"/>
    <w:rsid w:val="00326F90"/>
    <w:rsid w:val="003447D8"/>
    <w:rsid w:val="003B6A74"/>
    <w:rsid w:val="003E3C72"/>
    <w:rsid w:val="0046164B"/>
    <w:rsid w:val="004D6389"/>
    <w:rsid w:val="004D717A"/>
    <w:rsid w:val="004E35A7"/>
    <w:rsid w:val="0056421B"/>
    <w:rsid w:val="00565F1A"/>
    <w:rsid w:val="005A055C"/>
    <w:rsid w:val="005C7DD1"/>
    <w:rsid w:val="005D59E1"/>
    <w:rsid w:val="005E04E4"/>
    <w:rsid w:val="0062459E"/>
    <w:rsid w:val="00633C69"/>
    <w:rsid w:val="006B7F08"/>
    <w:rsid w:val="007176B5"/>
    <w:rsid w:val="007B64B7"/>
    <w:rsid w:val="0087566A"/>
    <w:rsid w:val="008F3E52"/>
    <w:rsid w:val="00925BDA"/>
    <w:rsid w:val="0093521E"/>
    <w:rsid w:val="00990AEF"/>
    <w:rsid w:val="009C517C"/>
    <w:rsid w:val="00A06847"/>
    <w:rsid w:val="00A46920"/>
    <w:rsid w:val="00A53408"/>
    <w:rsid w:val="00A570D2"/>
    <w:rsid w:val="00A92667"/>
    <w:rsid w:val="00AA1D8D"/>
    <w:rsid w:val="00AB0BAF"/>
    <w:rsid w:val="00AE2170"/>
    <w:rsid w:val="00B45EA0"/>
    <w:rsid w:val="00B47730"/>
    <w:rsid w:val="00B628CA"/>
    <w:rsid w:val="00B6674E"/>
    <w:rsid w:val="00C0712A"/>
    <w:rsid w:val="00C134BA"/>
    <w:rsid w:val="00CB0664"/>
    <w:rsid w:val="00CC67CC"/>
    <w:rsid w:val="00CD27C9"/>
    <w:rsid w:val="00D22788"/>
    <w:rsid w:val="00DB0A52"/>
    <w:rsid w:val="00DC72FC"/>
    <w:rsid w:val="00DF7501"/>
    <w:rsid w:val="00E93F90"/>
    <w:rsid w:val="00EC5513"/>
    <w:rsid w:val="00F01AF3"/>
    <w:rsid w:val="00F562A1"/>
    <w:rsid w:val="00F87A0F"/>
    <w:rsid w:val="00F90C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B45323"/>
  <w14:defaultImageDpi w14:val="300"/>
  <w15:docId w15:val="{4DBAE6E9-C5F0-E649-8639-F60E36FBA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666D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66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ma.mahon@edenhousefac.co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1094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Mahon</dc:creator>
  <cp:keywords/>
  <dc:description>generated by python-docx</dc:description>
  <cp:lastModifiedBy>Emma Mahon</cp:lastModifiedBy>
  <cp:revision>4</cp:revision>
  <dcterms:created xsi:type="dcterms:W3CDTF">2026-08-14T17:13:00Z</dcterms:created>
  <dcterms:modified xsi:type="dcterms:W3CDTF">2026-09-24T12:53:00Z</dcterms:modified>
  <cp:category/>
</cp:coreProperties>
</file>