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867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868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VEGETARIAN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August-September 2026</w:t>
                  </w:r>
                </w:p>
              </w:txbxContent>
            </v:textbox>
          </v:shape>
        </w:pict>
      </w:r>
      <w:r>
        <w:pict>
          <v:shape id="TB869" type="#hgpTextboxType" style="position:absolute;left:0.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870" type="#hgpTextboxType" style="position:absolute;left:1.68833333333333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871" type="#hgpTextboxType" style="position:absolute;left:3.0266666666666673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872" type="#hgpTextboxType" style="position:absolute;left:4.36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873" type="#hgpTextboxType" style="position:absolute;left:5.703333333333334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874" type="#hgpTextboxType" style="position:absolute;left:7.041666666666668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875" type="#hgpTextboxType" style="position:absolute;left:0.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Calzone with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Marinara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Sauce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876" type="#hgpTextboxType" style="position:absolute;left:1.68833333333333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Rice &amp; Beans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877" type="#hgpTextboxType" style="position:absolute;left:3.0266666666666673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&amp; 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878" type="#hgpTextboxType" style="position:absolute;left:4.36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&amp; 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879" type="#hgpTextboxType" style="position:absolute;left:5.703333333333334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Waffles w/Sunbutter Cup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Syrup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Mashed Sweet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880" type="#hgpTextboxType" style="position:absolute;left:7.041666666666668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Veggie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or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Side Caesar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881" type="#hgpTextboxType" style="position:absolute;left:0.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8/31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Nachos 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/Salsa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Steamed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882" type="#hgpTextboxType" style="position:absolute;left:1.68833333333333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883" type="#hgpTextboxType" style="position:absolute;left:3.0266666666666673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Baked Ziti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Plant-based Bolognese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884" type="#hgpTextboxType" style="position:absolute;left:4.36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Baked Ziti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Plant-based Bolognese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885" type="#hgpTextboxType" style="position:absolute;left:5.703333333333334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Cheddar Bowl w/Mashed Potatoes, Corn &amp; Roll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Mashed Potato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886" type="#hgpTextboxType" style="position:absolute;left:7.041666666666668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Veggie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or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887" type="#hgpTextboxType" style="position:absolute;left:0.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9/7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888" type="#hgpTextboxType" style="position:absolute;left:1.68833333333333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Calzone with Pizza Sauce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Mashed Butternut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889" type="#hgpTextboxType" style="position:absolute;left:3.0266666666666673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Toast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w/Sunbutter Cup &amp; Syrup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Tater Tots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890" type="#hgpTextboxType" style="position:absolute;left:4.36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Toast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w/Sunbutter Cup &amp; Syrup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Tater Tots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891" type="#hgpTextboxType" style="position:absolute;left:5.703333333333334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Plant-based Taco Salad w/Seasoned Rice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Stewed Black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892" type="#hgpTextboxType" style="position:absolute;left:7.041666666666668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Veggie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or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Vegan Mediterranean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Steamed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893" type="#hgpTextboxType" style="position:absolute;left:0.3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Calzone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Marinara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Sauce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Kale &amp; Apple Salad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Roll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894" type="#hgpTextboxType" style="position:absolute;left:1.688333333333333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Rice &amp; Beans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Kale &amp; Apple Salad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Veggie Baked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895" type="#hgpTextboxType" style="position:absolute;left:3.0266666666666673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Pasta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, Marinara, and Mozzarella Cheese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Kale &amp; Apple Salad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Roll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896" type="#hgpTextboxType" style="position:absolute;left:4.36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Pasta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, Marinara, and Mozzarella Cheese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Kale &amp; Apple Salad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Roll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897" type="#hgpTextboxType" style="position:absolute;left:5.703333333333334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Bean &amp; Cheese Nachos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Kale &amp; Apple Salad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Roll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898" type="#hgpTextboxType" style="position:absolute;left:7.041666666666668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Veggie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or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Kale &amp; Apple Salad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Roll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Local Root Veg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899" type="#hgpTextboxType" style="position:absolute;left:0.3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Calzone with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Marinara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Sauce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900" type="#hgpTextboxType" style="position:absolute;left:1.688333333333333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Rice &amp; Beans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901" type="#hgpTextboxType" style="position:absolute;left:3.0266666666666673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&amp; 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902" type="#hgpTextboxType" style="position:absolute;left:4.36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&amp; 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903" type="#hgpTextboxType" style="position:absolute;left:5.703333333333334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Waffles w/Sunbutter Cup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Syrup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Mashed Sweet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904" type="#hgpTextboxType" style="position:absolute;left:7.041666666666668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Veggie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or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Side Caesar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905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906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VEGETARIAN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907" type="#hgpTextboxType" style="position:absolute;left:0.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908" type="#hgpTextboxType" style="position:absolute;left:1.68833333333333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909" type="#hgpTextboxType" style="position:absolute;left:3.0266666666666673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910" type="#hgpTextboxType" style="position:absolute;left:4.36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911" type="#hgpTextboxType" style="position:absolute;left:5.703333333333334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912" type="#hgpTextboxType" style="position:absolute;left:7.041666666666668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913" type="#hgpTextboxType" style="position:absolute;left:0.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Calzone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Marinara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Sauce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Steamed Peas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914" type="#hgpTextboxType" style="position:absolute;left:1.68833333333333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Nachos w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/Salsa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Steamed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915" type="#hgpTextboxType" style="position:absolute;left:3.0266666666666673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Baked Ziti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Plant-based Bolognese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916" type="#hgpTextboxType" style="position:absolute;left:4.36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Baked Ziti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Plant-based Bolognese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917" type="#hgpTextboxType" style="position:absolute;left:5.703333333333334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Cheddar Bowl w/Mashed Potatoes, Corn &amp; Roll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Mashed Potato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918" type="#hgpTextboxType" style="position:absolute;left:7.041666666666668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Veggie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or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Hummus Bento Box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