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787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SECONDARY GRAB &amp; GO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788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Muffin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Mini Cinnamon Rolls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  <w:r>
        <w:pict>
          <v:shape id="TB789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Toast Sticks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</w:txbxContent>
            </v:textbox>
          </v:shape>
        </w:pict>
      </w:r>
      <w:r>
        <w:pict>
          <v:shape id="TB790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Peach Parfait w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/Sweet Babu’s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w/Spread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</w:txbxContent>
            </v:textbox>
          </v:shape>
        </w:pict>
      </w:r>
      <w:r>
        <w:pict>
          <v:shape id="TB791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</w:txbxContent>
            </v:textbox>
          </v:shape>
        </w:pict>
      </w:r>
      <w:r>
        <w:pict>
          <v:shape id="TB792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  <w:r>
        <w:pict>
          <v:shape id="TB793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  <w:r>
        <w:pict>
          <v:shape id="TB794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795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Apple Cinnamon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Parfait w/Sweet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Raspberry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</w:txbxContent>
            </v:textbox>
          </v:shape>
        </w:pict>
      </w:r>
      <w:r>
        <w:pict>
          <v:shape id="TB796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Chorizo, Potato &amp; Cheese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w/Spread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</w:txbxContent>
            </v:textbox>
          </v:shape>
        </w:pict>
      </w:r>
      <w:r>
        <w:pict>
          <v:shape id="TB797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Chicken Sausage &amp; Cheese Maple Flatbread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  <w:r>
        <w:pict>
          <v:shape id="TB798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799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w/Spread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Wild Blueberry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</w:txbxContent>
            </v:textbox>
          </v:shape>
        </w:pict>
      </w:r>
      <w:r>
        <w:pict>
          <v:shape id="TB800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Wild Blueberry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Chicken Sausage &amp; Cheese Maple Flatbread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801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Pineapple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Parfait w/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w/Spread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</w:txbxContent>
            </v:textbox>
          </v:shape>
        </w:pict>
      </w:r>
      <w:r>
        <w:pict>
          <v:shape id="TB802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803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Wild Blueberry Muffin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  <w:r>
        <w:pict>
          <v:shape id="TB804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Bacon, Egg, Potato &amp; Cheese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Raspberry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</w:txbxContent>
            </v:textbox>
          </v:shape>
        </w:pict>
      </w:r>
      <w:r>
        <w:pict>
          <v:shape id="TB805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Flakey Biscuit with Creamy Sausage Gravy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w/Spread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</w:txbxContent>
            </v:textbox>
          </v:shape>
        </w:pict>
      </w:r>
      <w:r>
        <w:pict>
          <v:shape id="TB806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Very Berry Parfait w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/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Wild Blueberry Pocket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</w:txbxContent>
            </v:textbox>
          </v:shape>
        </w:pict>
      </w:r>
      <w:r>
        <w:pict>
          <v:shape id="TB807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CNC Chicken Sausage &amp; Cheese 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Streusel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  <w:r>
        <w:pict>
          <v:shape id="TB808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Muffin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Mini Cinnamon Rolls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  <w:r>
        <w:pict>
          <v:shape id="TB809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Toast Sticks w/Syrup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</w:txbxContent>
            </v:textbox>
          </v:shape>
        </w:pict>
      </w:r>
      <w:r>
        <w:pict>
          <v:shape id="TB810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Peach Parfait w/Sweet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w/Spread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</w:txbxContent>
            </v:textbox>
          </v:shape>
        </w:pict>
      </w:r>
      <w:r>
        <w:pict>
          <v:shape id="TB811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CNC Chicken Sausage &amp; Cheese English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</w:txbxContent>
            </v:textbox>
          </v:shape>
        </w:pict>
      </w:r>
      <w:r>
        <w:pict>
          <v:shape id="TB812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Wild Blueberry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813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SECONDARY GRAB &amp; GO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814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Apple Strudel Pastry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  <w:r>
        <w:pict>
          <v:shape id="TB815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Pancakes with Syrup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Flakey Biscuit with Creamy Sausage Gravy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</w:txbxContent>
            </v:textbox>
          </v:shape>
        </w:pict>
      </w:r>
      <w:r>
        <w:pict>
          <v:shape id="TB816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Apple Cinnamon Parfait w/Sweet Babu’s Granola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Raspberry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</w:txbxContent>
            </v:textbox>
          </v:shape>
        </w:pict>
      </w:r>
      <w:r>
        <w:pict>
          <v:shape id="TB817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Chorizo, Potato &amp; Cheese Pocket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w/Spread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</w:txbxContent>
            </v:textbox>
          </v:shape>
        </w:pict>
      </w:r>
      <w:r>
        <w:pict>
          <v:shape id="TB818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Chicken Sausage &amp; Cheese Maple Flatbread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