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type id="hgpTextboxType" coordsize="21600,21600" o:spt="202" path="m,l,21600r21600,l21600,xe">
            <v:stroke joinstyle="miter"/>
            <v:path gradientshapeok="t" o:connecttype="rect"/>
          </v:shapetype>
        </w:pict>
      </w:r>
      <w:r>
        <w:pict>
          <v:shape id="TB819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SECONDARY SATELLITE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August-September 2026</w:t>
                  </w:r>
                </w:p>
              </w:txbxContent>
            </v:textbox>
          </v:shape>
        </w:pict>
      </w:r>
      <w:r>
        <w:pict>
          <v:shape id="TB820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21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Toast with Syrup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22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23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Pocket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</w:t>
                  </w:r>
                </w:p>
              </w:txbxContent>
            </v:textbox>
          </v:shape>
        </w:pict>
      </w:r>
      <w:r>
        <w:pict>
          <v:shape id="TB824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25" type="#hgpTextboxType" style="position:absolute;left:0.35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8/31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26" type="#hgpTextboxType" style="position:absolute;left:1.947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827" type="#hgpTextboxType" style="position:absolute;left:3.541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28" type="#hgpTextboxType" style="position:absolute;left:5.142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Chorizo,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Pocket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29" type="#hgpTextboxType" style="position:absolute;left:6.74in;top:3.3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Sausage &amp; Cheese Maple Flatbread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0" type="#hgpTextboxType" style="position:absolute;left:0.35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9/7</w:t>
                  </w:r>
                </w:p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1"/>
                      <w:color w:val="999999"/>
                    </w:rPr>
                    <w:t xml:space="preserve">No School</w:t>
                  </w:r>
                </w:p>
              </w:txbxContent>
            </v:textbox>
          </v:shape>
        </w:pict>
      </w:r>
      <w:r>
        <w:pict>
          <v:shape id="TB831" type="#hgpTextboxType" style="position:absolute;left:1.947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Bagel w/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Spread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2" type="#hgpTextboxType" style="position:absolute;left:3.541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Wild Blueberry Pocket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3" type="#hgpTextboxType" style="position:absolute;left:5.142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OATrageous Mango Overnight Oats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4" type="#hgpTextboxType" style="position:absolute;left:6.74in;top:5.1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5" type="#hgpTextboxType" style="position:absolute;left:0.35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Wild Blueberry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6" type="#hgpTextboxType" style="position:absolute;left:1.947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Bacon, Egg, Potato &amp; Cheese Pocket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7" type="#hgpTextboxType" style="position:absolute;left:3.541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9/16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Flakey Biscuit with Creamy Sausage Gravy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8" type="#hgpTextboxType" style="position:absolute;left:5.142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9/17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Raspberry Roll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39" type="#hgpTextboxType" style="position:absolute;left:6.74in;top:6.9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9/18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Sausage &amp; Cheese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40" type="#hgpTextboxType" style="position:absolute;left:0.35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41" type="#hgpTextboxType" style="position:absolute;left:1.947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French Toast with Syrup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42" type="#hgpTextboxType" style="position:absolute;left:3.541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9/23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Yogurt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43" type="#hgpTextboxType" style="position:absolute;left:5.142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9/24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Spiced Apple Pocket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</w:t>
                  </w:r>
                </w:p>
              </w:txbxContent>
            </v:textbox>
          </v:shape>
        </w:pict>
      </w:r>
      <w:r>
        <w:pict>
          <v:shape id="TB844" type="#hgpTextboxType" style="position:absolute;left:6.74in;top:8.784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9/25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Egg &amp; Cheese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English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p>
      <w:pPr>
        <w:sectPr>
          <w:pgSz w:w="12240" w:h="15840"/>
          <w:pgMar w:top="0" w:right="0" w:bottom="0" w:left="0" w:header="720" w:footer="720" w:gutter="0"/>
          <w:cols w:space="720"/>
          <w:docGrid w:linePitch="360"/>
        </w:sectPr>
      </w:pPr>
    </w:p>
    <w:p>
      <w:pPr>
        <w:spacing w:before="0" w:after="0"/>
      </w:pPr>
      <w:r>
        <w:drawing>
          <wp:anchor behindDoc="1" distT="0" distB="0" distL="0" distR="0" simplePos="0" locked="0" layoutInCell="1" allowOverlap="1" relativeHeight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shell_full_rgb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anchor>
        </w:drawing>
      </w:r>
      <w:r>
        <w:pict>
          <v:shape id="TB845" type="#hgpTextboxType" style="position:absolute;left:1.893in;top:0.121in;width:5.399in;height:0.774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42"/>
                      <w:color w:val="6ABD4A"/>
                    </w:rPr>
                    <w:t xml:space="preserve">SECONDARY SATELLITE BREAKFAST</w:t>
                  </w:r>
                </w:p>
                <w:p>
                  <w:pPr>
                    <w:spacing w:before="0" w:after="0" w:line="240" w:lineRule="auto"/>
                    <w:jc w:val="center"/>
                  </w:pPr>
                  <w:r>
                    <w:rPr>
                      <w:rFonts w:ascii="Arial" w:hAnsi="Arial"/>
                      <w:b/>
                      <w:sz w:val="25"/>
                      <w:color w:val="5A5A52"/>
                    </w:rPr>
                    <w:t xml:space="preserve">September-October 2026</w:t>
                  </w:r>
                </w:p>
              </w:txbxContent>
            </v:textbox>
          </v:shape>
        </w:pict>
      </w:r>
      <w:r>
        <w:pict>
          <v:shape id="TB846" type="#hgpTextboxType" style="position:absolute;left:0.35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9/28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Pumpkin Streusel Muffin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47" type="#hgpTextboxType" style="position:absolute;left:1.947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9/29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Pancakes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with Syrup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Local Granola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48" type="#hgpTextboxType" style="position:absolute;left:3.541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9/30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9"/>
                      <w:color w:val="183054"/>
                    </w:rPr>
                    <w:t xml:space="preserve">Mini Cinnamon Rolls</w:t>
                  </w: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Cheese Stick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9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49" type="#hgpTextboxType" style="position:absolute;left:5.142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10/1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Chorizo, Potato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&amp; 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Cheese</w:t>
                  </w: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 Pocket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Scooby Snacks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  <w:r>
        <w:pict>
          <v:shape id="TB850" type="#hgpTextboxType" style="position:absolute;left:6.74in;top:1.575in;width:1.5415in;height:1.7167in;z-index:20;mso-position-horizontal:absolute;mso-position-horizontal-relative:page;mso-position-vertical:absolute;mso-position-vertical-relative:page" filled="f" stroked="f" o:allowoverlap="t">
            <w10:wrap type="none"/>
            <v:textbox inset="0,0,0,0">
              <w:txbxContent>
                <w:p>
                  <w:pPr>
                    <w:spacing w:before="0" w:after="20" w:line="240" w:lineRule="auto"/>
                    <w:jc w:val="right"/>
                  </w:pPr>
                  <w:r>
                    <w:rPr>
                      <w:rFonts w:ascii="Arial" w:hAnsi="Arial"/>
                      <w:b/>
                      <w:sz w:val="15"/>
                      <w:color w:val="E4780C"/>
                    </w:rPr>
                    <w:t xml:space="preserve">10/2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CNC </w:t>
                  </w:r>
                  <w:r>
                    <w:rPr>
                      <w:rFonts w:ascii="Arial" w:hAnsi="Arial"/>
                      <w:b/>
                      <w:sz w:val="17"/>
                      <w:color w:val="183054"/>
                    </w:rPr>
                    <w:t xml:space="preserve">Chicken Sausage &amp; Cheese Maple Flatbread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Giant Goldfish Cracker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Fresh Whole Fruit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100% Juice  </w:t>
                  </w:r>
                </w:p>
                <w:p>
                  <w:pPr>
                    <w:spacing w:before="0" w:after="20" w:line="240" w:lineRule="auto"/>
                  </w:pPr>
                  <w:r>
                    <w:rPr>
                      <w:rFonts w:ascii="Arial" w:hAnsi="Arial"/>
                      <w:sz w:val="17"/>
                      <w:color w:val="111111"/>
                    </w:rPr>
                    <w:t xml:space="preserve">1% or Fat Free Milk</w:t>
                  </w:r>
                </w:p>
              </w:txbxContent>
            </v:textbox>
          </v:shape>
        </w:pict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