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192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93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SICS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SICS Lunch: August 24-28</w:t>
                  </w:r>
                </w:p>
              </w:txbxContent>
            </v:textbox>
          </v:shape>
        </w:pict>
      </w:r>
      <w:r>
        <w:pict>
          <v:shape id="TB1194" type="#hgpTextboxType" style="position:absolute;left:0.35in;top:1.3in;width:1.2866666666666668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195" type="#hgpTextboxType" style="position:absolute;left:1.686666666666667in;top:1.3in;width:1.2866666666666668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196" type="#hgpTextboxType" style="position:absolute;left:3.023333333333334in;top:1.3in;width:1.2866666666666668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197" type="#hgpTextboxType" style="position:absolute;left:4.36in;top:1.3in;width:1.2866666666666668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198" type="#hgpTextboxType" style="position:absolute;left:5.696666666666667in;top:1.3in;width:1.2866666666666668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199" type="#hgpTextboxType" style="position:absolute;left:7.033333333333334in;top:1.3in;width:1.2866666666666668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200" type="#hgpTextboxType" style="position:absolute;left:0.35in;top:1.6500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fresh lettuce, tomato, and onion</w:t>
                  </w:r>
                </w:p>
              </w:txbxContent>
            </v:textbox>
          </v:shape>
        </w:pict>
      </w:r>
      <w:r>
        <w:pict>
          <v:shape id="TB1201" type="#hgpTextboxType" style="position:absolute;left:1.686666666666667in;top:1.6500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1202" type="#hgpTextboxType" style="position:absolute;left:3.023333333333334in;top:1.6500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1203" type="#hgpTextboxType" style="position:absolute;left:4.36in;top:1.6500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1204" type="#hgpTextboxType" style="position:absolute;left:5.696666666666667in;top:1.6500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and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Syrup</w:t>
                  </w:r>
                </w:p>
              </w:txbxContent>
            </v:textbox>
          </v:shape>
        </w:pict>
      </w:r>
      <w:r>
        <w:pict>
          <v:shape id="TB1205" type="#hgpTextboxType" style="position:absolute;left:7.033333333333334in;top:1.6500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206" type="#hgpTextboxType" style="position:absolute;left:0.35in;top:2.771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Steak &amp; Cheese Calzone with Ranch Dipping Sauce </w:t>
                  </w:r>
                </w:p>
              </w:txbxContent>
            </v:textbox>
          </v:shape>
        </w:pict>
      </w:r>
      <w:r>
        <w:pict>
          <v:shape id="TB1207" type="#hgpTextboxType" style="position:absolute;left:1.686666666666667in;top:2.771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1208" type="#hgpTextboxType" style="position:absolute;left:3.023333333333334in;top:2.771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Pepperoni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09" type="#hgpTextboxType" style="position:absolute;left:4.36in;top:2.771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Pepperoni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10" type="#hgpTextboxType" style="position:absolute;left:5.696666666666667in;top:2.771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Chicken &amp; Waffles w/Drumstick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&amp; Toppings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1211" type="#hgpTextboxType" style="position:absolute;left:7.033333333333334in;top:2.771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lant-based Halal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Nacho Crumbles, Cheese Sauce,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1212" type="#hgpTextboxType" style="position:absolute;left:0.35in;top:3.89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13" type="#hgpTextboxType" style="position:absolute;left:1.686666666666667in;top:3.89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14" type="#hgpTextboxType" style="position:absolute;left:3.023333333333334in;top:3.89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15" type="#hgpTextboxType" style="position:absolute;left:4.36in;top:3.89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16" type="#hgpTextboxType" style="position:absolute;left:5.696666666666667in;top:3.89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17" type="#hgpTextboxType" style="position:absolute;left:7.033333333333334in;top:3.8925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18" type="#hgpTextboxType" style="position:absolute;left:0.35in;top:5.01375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219" type="#hgpTextboxType" style="position:absolute;left:1.686666666666667in;top:5.01375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220" type="#hgpTextboxType" style="position:absolute;left:3.023333333333334in;top:5.01375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221" type="#hgpTextboxType" style="position:absolute;left:4.36in;top:5.01375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222" type="#hgpTextboxType" style="position:absolute;left:5.696666666666667in;top:5.01375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223" type="#hgpTextboxType" style="position:absolute;left:7.033333333333334in;top:5.01375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224" type="#hgpTextboxType" style="position:absolute;left:0.35in;top:6.135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25" type="#hgpTextboxType" style="position:absolute;left:1.686666666666667in;top:6.135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26" type="#hgpTextboxType" style="position:absolute;left:3.023333333333334in;top:6.135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27" type="#hgpTextboxType" style="position:absolute;left:4.36in;top:6.135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28" type="#hgpTextboxType" style="position:absolute;left:5.696666666666667in;top:6.135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29" type="#hgpTextboxType" style="position:absolute;left:7.033333333333334in;top:6.135000000000001in;width:1.2866666666666668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230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31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SICS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August 31- September 4   Week of August 31- September 4</w:t>
                  </w:r>
                </w:p>
              </w:txbxContent>
            </v:textbox>
          </v:shape>
        </w:pict>
      </w:r>
      <w:r>
        <w:pict>
          <v:shape id="TB1232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233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234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235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236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237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Nachos w/ Salsa </w:t>
                  </w:r>
                </w:p>
              </w:txbxContent>
            </v:textbox>
          </v:shape>
        </w:pict>
      </w:r>
      <w:r>
        <w:pict>
          <v:shape id="TB1238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239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</w:t>
                  </w:r>
                </w:p>
              </w:txbxContent>
            </v:textbox>
          </v:shape>
        </w:pict>
      </w:r>
      <w:r>
        <w:pict>
          <v:shape id="TB1240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w/Roll  </w:t>
                  </w:r>
                </w:p>
              </w:txbxContent>
            </v:textbox>
          </v:shape>
        </w:pict>
      </w:r>
      <w:r>
        <w:pict>
          <v:shape id="TB1241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242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&amp;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Corn &amp; Pineapple Salsa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243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44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Chicken Patty Sandwich</w:t>
                  </w:r>
                </w:p>
              </w:txbxContent>
            </v:textbox>
          </v:shape>
        </w:pict>
      </w:r>
      <w:r>
        <w:pict>
          <v:shape id="TB1245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Cheddar Chicken Bowl w/Tenders &amp;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Ham &amp; Cheese Calzone w/Honey Mustard</w:t>
                  </w:r>
                </w:p>
              </w:txbxContent>
            </v:textbox>
          </v:shape>
        </w:pict>
      </w:r>
      <w:r>
        <w:pict>
          <v:shape id="TB1246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Chicken, Seasoned Rice, Pico de Gallo, Cheddar Cheese, Roasted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Corn, Sour Cream</w:t>
                  </w:r>
                </w:p>
              </w:txbxContent>
            </v:textbox>
          </v:shape>
        </w:pict>
      </w:r>
      <w:r>
        <w:pict>
          <v:shape id="TB1247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48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49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50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51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52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253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54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255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256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257" type="#hgpTextboxType" style="position:absolute;left:0.35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58" type="#hgpTextboxType" style="position:absolute;left:1.9540000000000002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59" type="#hgpTextboxType" style="position:absolute;left:3.5580000000000007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60" type="#hgpTextboxType" style="position:absolute;left:5.162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61" type="#hgpTextboxType" style="position:absolute;left:6.766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262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63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SICS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7-11   Week of September 7-11</w:t>
                  </w:r>
                </w:p>
              </w:txbxContent>
            </v:textbox>
          </v:shape>
        </w:pict>
      </w:r>
      <w:r>
        <w:pict>
          <v:shape id="TB1264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265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266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267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268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269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270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Patty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OR Spicy Chicken Patty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Sandwich w/fresh lettuce, tomato, onion</w:t>
                  </w:r>
                </w:p>
              </w:txbxContent>
            </v:textbox>
          </v:shape>
        </w:pict>
      </w:r>
      <w:r>
        <w:pict>
          <v:shape id="TB1271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CNC Chicken Breakfast Sausage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1272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lant-based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Taco Salad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Pico de Gallo</w:t>
                  </w:r>
                </w:p>
              </w:txbxContent>
            </v:textbox>
          </v:shape>
        </w:pict>
      </w:r>
      <w:r>
        <w:pict>
          <v:shape id="TB1273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274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75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Cheese Calzone w/Marinara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276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Pepperoni Pizza</w:t>
                  </w:r>
                </w:p>
              </w:txbxContent>
            </v:textbox>
          </v:shape>
        </w:pict>
      </w:r>
      <w:r>
        <w:pict>
          <v:shape id="TB1277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Cheese Calzone w/Marinara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278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Asopao de Pollo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Stewed Chicken Thighs with Plantains, Arroz con Frijoles</w:t>
                  </w:r>
                </w:p>
              </w:txbxContent>
            </v:textbox>
          </v:shape>
        </w:pict>
      </w:r>
      <w:r>
        <w:pict>
          <v:shape id="TB1279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80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81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82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83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284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85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Sticks</w:t>
                  </w:r>
                </w:p>
              </w:txbxContent>
            </v:textbox>
          </v:shape>
        </w:pict>
      </w:r>
      <w:r>
        <w:pict>
          <v:shape id="TB1286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287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88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289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90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SICS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14-18</w:t>
                  </w:r>
                </w:p>
              </w:txbxContent>
            </v:textbox>
          </v:shape>
        </w:pict>
      </w:r>
      <w:r>
        <w:pict>
          <v:shape id="TB1291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292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293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294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295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296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CNC BBQ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97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Battered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Turkey Corn Dogs</w:t>
                  </w:r>
                </w:p>
              </w:txbxContent>
            </v:textbox>
          </v:shape>
        </w:pict>
      </w:r>
      <w:r>
        <w:pict>
          <v:shape id="TB1298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 &amp; Meatballs with Marinara &amp; Parmesan Cheese</w:t>
                  </w:r>
                </w:p>
              </w:txbxContent>
            </v:textbox>
          </v:shape>
        </w:pict>
      </w:r>
      <w:r>
        <w:pict>
          <v:shape id="TB1299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Chicken with Rice Pilaf</w:t>
                  </w:r>
                </w:p>
              </w:txbxContent>
            </v:textbox>
          </v:shape>
        </w:pict>
      </w:r>
      <w:r>
        <w:pict>
          <v:shape id="TB1300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301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Pepperoni Calzone w/Marinara </w:t>
                  </w:r>
                </w:p>
              </w:txbxContent>
            </v:textbox>
          </v:shape>
        </w:pict>
      </w:r>
      <w:r>
        <w:pict>
          <v:shape id="TB1302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Spicy 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303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Pepperoni Calzone w/Marinara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1304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305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Loaded Baked Potato with Plant-based Nacho Crumbles, Cheese Sauce &amp; Dinner Roll</w:t>
                  </w:r>
                </w:p>
              </w:txbxContent>
            </v:textbox>
          </v:shape>
        </w:pict>
      </w:r>
      <w:r>
        <w:pict>
          <v:shape id="TB1306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07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08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09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10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11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312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313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314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15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Vegetables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316" type="#hgpTextboxType" style="position:absolute;left:0.35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17" type="#hgpTextboxType" style="position:absolute;left:1.9540000000000002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18" type="#hgpTextboxType" style="position:absolute;left:3.5580000000000007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19" type="#hgpTextboxType" style="position:absolute;left:5.162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20" type="#hgpTextboxType" style="position:absolute;left:6.766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32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2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SICS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21-25</w:t>
                  </w:r>
                </w:p>
              </w:txbxContent>
            </v:textbox>
          </v:shape>
        </w:pict>
      </w:r>
      <w:r>
        <w:pict>
          <v:shape id="TB1323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324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325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326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327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328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fresh lettuce, tomato, and onion</w:t>
                  </w:r>
                </w:p>
              </w:txbxContent>
            </v:textbox>
          </v:shape>
        </w:pict>
      </w:r>
      <w:r>
        <w:pict>
          <v:shape id="TB1329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1330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1331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and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Syrup</w:t>
                  </w:r>
                </w:p>
              </w:txbxContent>
            </v:textbox>
          </v:shape>
        </w:pict>
      </w:r>
      <w:r>
        <w:pict>
          <v:shape id="TB1332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333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Steak &amp; Cheese Calzone with Ranch Dipping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334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Stuffed Cheesy bread w/Marinara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335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Pepperoni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336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Chicken &amp; Waffles w/Drumstick &amp; Toppings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Stuffed Cheesy bread w/Marinara</w:t>
                  </w:r>
                </w:p>
              </w:txbxContent>
            </v:textbox>
          </v:shape>
        </w:pict>
      </w:r>
      <w:r>
        <w:pict>
          <v:shape id="TB1337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lant-based Halal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Nacho Crumbles, Cheese Sauce,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1338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39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40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41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42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43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344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345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346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347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348" type="#hgpTextboxType" style="position:absolute;left:0.35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49" type="#hgpTextboxType" style="position:absolute;left:1.9540000000000002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50" type="#hgpTextboxType" style="position:absolute;left:3.5580000000000007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51" type="#hgpTextboxType" style="position:absolute;left:5.162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52" type="#hgpTextboxType" style="position:absolute;left:6.766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353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354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SICS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Week of September 28- October 2         Week of September 28- October 2</w:t>
                  </w:r>
                </w:p>
              </w:txbxContent>
            </v:textbox>
          </v:shape>
        </w:pict>
      </w:r>
      <w:r>
        <w:pict>
          <v:shape id="TB1355" type="#hgpTextboxType" style="position:absolute;left:0.35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356" type="#hgpTextboxType" style="position:absolute;left:1.9540000000000002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357" type="#hgpTextboxType" style="position:absolute;left:3.5580000000000007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358" type="#hgpTextboxType" style="position:absolute;left:5.162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359" type="#hgpTextboxType" style="position:absolute;left:6.766000000000001in;top:1.3in;width:1.55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360" type="#hgpTextboxType" style="position:absolute;left:0.35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Italian Meatball Sub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w/parmesan cheese</w:t>
                  </w:r>
                </w:p>
              </w:txbxContent>
            </v:textbox>
          </v:shape>
        </w:pict>
      </w:r>
      <w:r>
        <w:pict>
          <v:shape id="TB1361" type="#hgpTextboxType" style="position:absolute;left:1.9540000000000002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Nachos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w/Salsa </w:t>
                  </w:r>
                </w:p>
              </w:txbxContent>
            </v:textbox>
          </v:shape>
        </w:pict>
      </w:r>
      <w:r>
        <w:pict>
          <v:shape id="TB1362" type="#hgpTextboxType" style="position:absolute;left:3.5580000000000007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</w:t>
                  </w:r>
                </w:p>
              </w:txbxContent>
            </v:textbox>
          </v:shape>
        </w:pict>
      </w:r>
      <w:r>
        <w:pict>
          <v:shape id="TB1363" type="#hgpTextboxType" style="position:absolute;left:5.162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w/Roll  </w:t>
                  </w:r>
                </w:p>
              </w:txbxContent>
            </v:textbox>
          </v:shape>
        </w:pict>
      </w:r>
      <w:r>
        <w:pict>
          <v:shape id="TB1364" type="#hgpTextboxType" style="position:absolute;left:6.766000000000001in;top:1.6500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365" type="#hgpTextboxType" style="position:absolute;left:0.35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Ham &amp; cheese Calzone w/Honey Mustard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366" type="#hgpTextboxType" style="position:absolute;left:1.9540000000000002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&amp;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Corn &amp; Pineapple Salsa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367" type="#hgpTextboxType" style="position:absolute;left:3.5580000000000007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Chicken Patty Sandwich</w:t>
                  </w:r>
                </w:p>
              </w:txbxContent>
            </v:textbox>
          </v:shape>
        </w:pict>
      </w:r>
      <w:r>
        <w:pict>
          <v:shape id="TB1368" type="#hgpTextboxType" style="position:absolute;left:5.162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Cheddar Chicken Bowl w/Tenders &amp;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Ham &amp; Cheese Calzone w/Honey Mustard</w:t>
                  </w:r>
                </w:p>
              </w:txbxContent>
            </v:textbox>
          </v:shape>
        </w:pict>
      </w:r>
      <w:r>
        <w:pict>
          <v:shape id="TB1369" type="#hgpTextboxType" style="position:absolute;left:6.766000000000001in;top:2.771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Chipotle Chicken, Seasoned Rice, Pico de Gallo, Cheddar Cheese, Roasted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Corn, Sour Cream</w:t>
                  </w:r>
                </w:p>
              </w:txbxContent>
            </v:textbox>
          </v:shape>
        </w:pict>
      </w:r>
      <w:r>
        <w:pict>
          <v:shape id="TB1370" type="#hgpTextboxType" style="position:absolute;left:0.35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71" type="#hgpTextboxType" style="position:absolute;left:1.9540000000000002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72" type="#hgpTextboxType" style="position:absolute;left:3.5580000000000007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73" type="#hgpTextboxType" style="position:absolute;left:5.162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74" type="#hgpTextboxType" style="position:absolute;left:6.766000000000001in;top:3.8925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Roll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 Sandwich</w:t>
                  </w:r>
                </w:p>
              </w:txbxContent>
            </v:textbox>
          </v:shape>
        </w:pict>
      </w:r>
      <w:r>
        <w:pict>
          <v:shape id="TB1375" type="#hgpTextboxType" style="position:absolute;left:0.35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376" type="#hgpTextboxType" style="position:absolute;left:1.9540000000000002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377" type="#hgpTextboxType" style="position:absolute;left:3.5580000000000007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378" type="#hgpTextboxType" style="position:absolute;left:5.162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379" type="#hgpTextboxType" style="position:absolute;left:6.766000000000001in;top:5.01375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380" type="#hgpTextboxType" style="position:absolute;left:0.35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81" type="#hgpTextboxType" style="position:absolute;left:1.9540000000000002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82" type="#hgpTextboxType" style="position:absolute;left:3.5580000000000007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83" type="#hgpTextboxType" style="position:absolute;left:5.162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84" type="#hgpTextboxType" style="position:absolute;left:6.766000000000001in;top:6.135000000000001in;width:1.55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