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1547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48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MS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Week of August 24-28</w:t>
                  </w:r>
                </w:p>
              </w:txbxContent>
            </v:textbox>
          </v:shape>
        </w:pict>
      </w:r>
      <w:r>
        <w:pict>
          <v:shape id="TB1549" type="#hgpTextboxType" style="position:absolute;left:1.4500000000000002in;top:1.3in;width:0.9385714285714287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550" type="#hgpTextboxType" style="position:absolute;left:2.438571428571429in;top:1.3in;width:0.9385714285714287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551" type="#hgpTextboxType" style="position:absolute;left:3.427142857142858in;top:1.3in;width:0.9385714285714287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552" type="#hgpTextboxType" style="position:absolute;left:4.415714285714286in;top:1.3in;width:0.9385714285714287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553" type="#hgpTextboxType" style="position:absolute;left:5.404285714285715in;top:1.3in;width:0.9385714285714287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554" type="#hgpTextboxType" style="position:absolute;left:6.392857142857144in;top:1.3in;width:0.9385714285714287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555" type="#hgpTextboxType" style="position:absolute;left:7.381428571428573in;top:1.3in;width:0.9385714285714287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556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557" type="#hgpTextboxType" style="position:absolute;left:1.4500000000000002in;top:1.6500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Steak &amp; 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Ranch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Dipping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58" type="#hgpTextboxType" style="position:absolute;left:2.438571428571429in;top:1.6500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Veggie Fried Rice</w:t>
                  </w:r>
                </w:p>
              </w:txbxContent>
            </v:textbox>
          </v:shape>
        </w:pict>
      </w:r>
      <w:r>
        <w:pict>
          <v:shape id="TB1559" type="#hgpTextboxType" style="position:absolute;left:3.427142857142858in;top:1.6500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Mac n 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60" type="#hgpTextboxType" style="position:absolute;left:4.415714285714286in;top:1.6500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Mac n 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61" type="#hgpTextboxType" style="position:absolute;left:5.404285714285715in;top:1.6500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Mac n 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62" type="#hgpTextboxType" style="position:absolute;left:6.392857142857144in;top:1.6500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Drumstick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and Syrup</w:t>
                  </w:r>
                </w:p>
              </w:txbxContent>
            </v:textbox>
          </v:shape>
        </w:pict>
      </w:r>
      <w:r>
        <w:pict>
          <v:shape id="TB1563" type="#hgpTextboxType" style="position:absolute;left:7.381428571428573in;top:1.6500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PB Nacho Crumbles, Cheese Sauce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1564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</w:t>
                  </w:r>
                </w:p>
              </w:txbxContent>
            </v:textbox>
          </v:shape>
        </w:pict>
      </w:r>
      <w:r>
        <w:pict>
          <v:shape id="TB1565" type="#hgpTextboxType" style="position:absolute;left:1.4500000000000002in;top:2.771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Patty</w:t>
                  </w:r>
                </w:p>
              </w:txbxContent>
            </v:textbox>
          </v:shape>
        </w:pict>
      </w:r>
      <w:r>
        <w:pict>
          <v:shape id="TB1566" type="#hgpTextboxType" style="position:absolute;left:2.438571428571429in;top:2.771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</w:txbxContent>
            </v:textbox>
          </v:shape>
        </w:pict>
      </w:r>
      <w:r>
        <w:pict>
          <v:shape id="TB1567" type="#hgpTextboxType" style="position:absolute;left:3.427142857142858in;top:2.771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</w:t>
                  </w:r>
                </w:p>
              </w:txbxContent>
            </v:textbox>
          </v:shape>
        </w:pict>
      </w:r>
      <w:r>
        <w:pict>
          <v:shape id="TB1568" type="#hgpTextboxType" style="position:absolute;left:4.415714285714286in;top:2.771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</w:t>
                  </w:r>
                </w:p>
              </w:txbxContent>
            </v:textbox>
          </v:shape>
        </w:pict>
      </w:r>
      <w:r>
        <w:pict>
          <v:shape id="TB1569" type="#hgpTextboxType" style="position:absolute;left:5.404285714285715in;top:2.771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570" type="#hgpTextboxType" style="position:absolute;left:6.392857142857144in;top:2.771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571" type="#hgpTextboxType" style="position:absolute;left:7.381428571428573in;top:2.771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Patty</w:t>
                  </w:r>
                </w:p>
              </w:txbxContent>
            </v:textbox>
          </v:shape>
        </w:pict>
      </w:r>
      <w:r>
        <w:pict>
          <v:shape id="TB1572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</w:t>
                  </w:r>
                </w:p>
              </w:txbxContent>
            </v:textbox>
          </v:shape>
        </w:pict>
      </w:r>
      <w:r>
        <w:pict>
          <v:shape id="TB1573" type="#hgpTextboxType" style="position:absolute;left:1.4500000000000002in;top:3.89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74" type="#hgpTextboxType" style="position:absolute;left:2.438571428571429in;top:3.89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75" type="#hgpTextboxType" style="position:absolute;left:3.427142857142858in;top:3.89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76" type="#hgpTextboxType" style="position:absolute;left:4.415714285714286in;top:3.89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577" type="#hgpTextboxType" style="position:absolute;left:5.404285714285715in;top:3.89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578" type="#hgpTextboxType" style="position:absolute;left:6.392857142857144in;top:3.89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579" type="#hgpTextboxType" style="position:absolute;left:7.381428571428573in;top:3.892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580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FAST TAKES</w:t>
                  </w:r>
                </w:p>
              </w:txbxContent>
            </v:textbox>
          </v:shape>
        </w:pict>
      </w:r>
      <w:r>
        <w:pict>
          <v:shape id="TB1581" type="#hgpTextboxType" style="position:absolute;left:1.4500000000000002in;top:5.01375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582" type="#hgpTextboxType" style="position:absolute;left:2.438571428571429in;top:5.01375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583" type="#hgpTextboxType" style="position:absolute;left:3.427142857142858in;top:5.01375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584" type="#hgpTextboxType" style="position:absolute;left:4.415714285714286in;top:5.01375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585" type="#hgpTextboxType" style="position:absolute;left:5.404285714285715in;top:5.01375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586" type="#hgpTextboxType" style="position:absolute;left:6.392857142857144in;top:5.01375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587" type="#hgpTextboxType" style="position:absolute;left:7.381428571428573in;top:5.01375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588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SIDES COLD LINE ALTERNATE</w:t>
                  </w:r>
                </w:p>
              </w:txbxContent>
            </v:textbox>
          </v:shape>
        </w:pict>
      </w:r>
      <w:r>
        <w:pict>
          <v:shape id="TB1589" type="#hgpTextboxType" style="position:absolute;left:1.4500000000000002in;top:6.135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590" type="#hgpTextboxType" style="position:absolute;left:2.438571428571429in;top:6.135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591" type="#hgpTextboxType" style="position:absolute;left:3.427142857142858in;top:6.135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592" type="#hgpTextboxType" style="position:absolute;left:4.415714285714286in;top:6.135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593" type="#hgpTextboxType" style="position:absolute;left:5.404285714285715in;top:6.135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594" type="#hgpTextboxType" style="position:absolute;left:6.392857142857144in;top:6.135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595" type="#hgpTextboxType" style="position:absolute;left:7.381428571428573in;top:6.1350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596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SIDES COLD LINE ALTERNATE</w:t>
                  </w:r>
                </w:p>
              </w:txbxContent>
            </v:textbox>
          </v:shape>
        </w:pict>
      </w:r>
      <w:r>
        <w:pict>
          <v:shape id="TB1597" type="#hgpTextboxType" style="position:absolute;left:1.4500000000000002in;top:7.256250000000000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598" type="#hgpTextboxType" style="position:absolute;left:2.438571428571429in;top:7.256250000000000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599" type="#hgpTextboxType" style="position:absolute;left:3.427142857142858in;top:7.256250000000000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600" type="#hgpTextboxType" style="position:absolute;left:4.415714285714286in;top:7.256250000000000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601" type="#hgpTextboxType" style="position:absolute;left:5.404285714285715in;top:7.256250000000000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602" type="#hgpTextboxType" style="position:absolute;left:6.392857142857144in;top:7.256250000000000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603" type="#hgpTextboxType" style="position:absolute;left:7.381428571428573in;top:7.2562500000000005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604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605" type="#hgpTextboxType" style="position:absolute;left:1.4500000000000002in;top:8.3775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06" type="#hgpTextboxType" style="position:absolute;left:2.438571428571429in;top:8.3775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07" type="#hgpTextboxType" style="position:absolute;left:3.427142857142858in;top:8.3775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08" type="#hgpTextboxType" style="position:absolute;left:4.415714285714286in;top:8.3775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09" type="#hgpTextboxType" style="position:absolute;left:5.404285714285715in;top:8.3775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10" type="#hgpTextboxType" style="position:absolute;left:6.392857142857144in;top:8.3775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11" type="#hgpTextboxType" style="position:absolute;left:7.381428571428573in;top:8.377500000000001in;width:0.9385714285714287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612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13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MS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August 31- September 4</w:t>
                  </w:r>
                </w:p>
              </w:txbxContent>
            </v:textbox>
          </v:shape>
        </w:pict>
      </w:r>
      <w:r>
        <w:pict>
          <v:shape id="TB1614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615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616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617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618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619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620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Patty</w:t>
                  </w:r>
                </w:p>
              </w:txbxContent>
            </v:textbox>
          </v:shape>
        </w:pict>
      </w:r>
      <w:r>
        <w:pict>
          <v:shape id="TB1621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1622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w/Parmesan Cheese</w:t>
                  </w:r>
                </w:p>
              </w:txbxContent>
            </v:textbox>
          </v:shape>
        </w:pict>
      </w:r>
      <w:r>
        <w:pict>
          <v:shape id="TB1623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 w/Tenders &amp; Roll  </w:t>
                  </w:r>
                </w:p>
              </w:txbxContent>
            </v:textbox>
          </v:shape>
        </w:pict>
      </w:r>
      <w:r>
        <w:pict>
          <v:shape id="TB1624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 w/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Marinara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25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626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27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28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29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30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31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632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33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34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35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36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37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638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639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40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641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Local Mashed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642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643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644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645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46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  </w:t>
                  </w:r>
                </w:p>
              </w:txbxContent>
            </v:textbox>
          </v:shape>
        </w:pict>
      </w:r>
      <w:r>
        <w:pict>
          <v:shape id="TB1647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48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49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650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51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52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53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54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3" name="Picture 3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655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56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MS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September 7-11</w:t>
                  </w:r>
                </w:p>
              </w:txbxContent>
            </v:textbox>
          </v:shape>
        </w:pict>
      </w:r>
      <w:r>
        <w:pict>
          <v:shape id="TB1657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658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659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660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661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662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663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NO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SCHOOL</w:t>
                  </w:r>
                </w:p>
              </w:txbxContent>
            </v:textbox>
          </v:shape>
        </w:pict>
      </w:r>
      <w:r>
        <w:pict>
          <v:shape id="TB1664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eese Calzone w/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Marinara</w:t>
                  </w:r>
                </w:p>
              </w:txbxContent>
            </v:textbox>
          </v:shape>
        </w:pict>
      </w:r>
      <w:r>
        <w:pict>
          <v:shape id="TB1665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French Toast Sticks with 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CNC Chicken Breakfast Sausage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&amp; Syrup</w:t>
                  </w:r>
                </w:p>
              </w:txbxContent>
            </v:textbox>
          </v:shape>
        </w:pict>
      </w:r>
      <w:r>
        <w:pict>
          <v:shape id="TB1666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Plant-based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Taco Salad 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Seasoned Rice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Salsa</w:t>
                  </w:r>
                </w:p>
              </w:txbxContent>
            </v:textbox>
          </v:shape>
        </w:pict>
      </w:r>
      <w:r>
        <w:pict>
          <v:shape id="TB1667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OR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</w:t>
                  </w:r>
                </w:p>
              </w:txbxContent>
            </v:textbox>
          </v:shape>
        </w:pict>
      </w:r>
      <w:r>
        <w:pict>
          <v:shape id="TB1668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</w:t>
                  </w:r>
                </w:p>
              </w:txbxContent>
            </v:textbox>
          </v:shape>
        </w:pict>
      </w:r>
      <w:r>
        <w:pict>
          <v:shape id="TB1669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70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Patty</w:t>
                  </w:r>
                </w:p>
              </w:txbxContent>
            </v:textbox>
          </v:shape>
        </w:pict>
      </w:r>
      <w:r>
        <w:pict>
          <v:shape id="TB1671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</w:txbxContent>
            </v:textbox>
          </v:shape>
        </w:pict>
      </w:r>
      <w:r>
        <w:pict>
          <v:shape id="TB1672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Patty</w:t>
                  </w:r>
                </w:p>
              </w:txbxContent>
            </v:textbox>
          </v:shape>
        </w:pict>
      </w:r>
      <w:r>
        <w:pict>
          <v:shape id="TB1673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</w:t>
                  </w:r>
                </w:p>
              </w:txbxContent>
            </v:textbox>
          </v:shape>
        </w:pict>
      </w:r>
      <w:r>
        <w:pict>
          <v:shape id="TB1674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</w:t>
                  </w:r>
                </w:p>
              </w:txbxContent>
            </v:textbox>
          </v:shape>
        </w:pict>
      </w:r>
      <w:r>
        <w:pict>
          <v:shape id="TB1675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676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677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678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679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680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681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82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83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84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85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Crispy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686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687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88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689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Mashed Butternut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690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691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692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COLD LINE ALTERNATE</w:t>
                  </w:r>
                </w:p>
              </w:txbxContent>
            </v:textbox>
          </v:shape>
        </w:pict>
      </w:r>
      <w:r>
        <w:pict>
          <v:shape id="TB1693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94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695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96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97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698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699" type="#hgpTextboxType" style="position:absolute;left:1.4500000000000002in;top:8.3775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700" type="#hgpTextboxType" style="position:absolute;left:2.8340000000000005in;top:8.3775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701" type="#hgpTextboxType" style="position:absolute;left:4.218in;top:8.3775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702" type="#hgpTextboxType" style="position:absolute;left:5.602in;top:8.3775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  <w:r>
        <w:pict>
          <v:shape id="TB1703" type="#hgpTextboxType" style="position:absolute;left:6.986000000000001in;top:8.3775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4" name="Picture 4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704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05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MS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 September 14-18</w:t>
                  </w:r>
                </w:p>
              </w:txbxContent>
            </v:textbox>
          </v:shape>
        </w:pict>
      </w:r>
      <w:r>
        <w:pict>
          <v:shape id="TB1706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707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708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709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710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711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712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Nugget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CNC BBQ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, Roll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13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Sweet Battered Mini Turkey Corn Dogs</w:t>
                  </w:r>
                </w:p>
              </w:txbxContent>
            </v:textbox>
          </v:shape>
        </w:pict>
      </w:r>
      <w:r>
        <w:pict>
          <v:shape id="TB1714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Penne Pasta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w/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Marinara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Mozzarella Cheese</w:t>
                  </w:r>
                </w:p>
              </w:txbxContent>
            </v:textbox>
          </v:shape>
        </w:pict>
      </w:r>
      <w:r>
        <w:pict>
          <v:shape id="TB1715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Huli Huli Chicken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Rice Pilaf</w:t>
                  </w:r>
                </w:p>
              </w:txbxContent>
            </v:textbox>
          </v:shape>
        </w:pict>
      </w:r>
      <w:r>
        <w:pict>
          <v:shape id="TB1716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PB Nacho Crumbles, Cheese Sauce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1717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718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19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20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21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22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23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724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with Hummus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25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with Hummus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26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with Hummus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27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with Hummus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28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Chef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with Hummus </w:t>
                  </w: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29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730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731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Veggie Baked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732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733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34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Local Root Vegetables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735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736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37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38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739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Celery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Sticks </w:t>
                  </w:r>
                </w:p>
              </w:txbxContent>
            </v:textbox>
          </v:shape>
        </w:pict>
      </w:r>
      <w:r>
        <w:pict>
          <v:shape id="TB1740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741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742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43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44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45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46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5" name="Picture 5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747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48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MS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September 21-25</w:t>
                  </w:r>
                </w:p>
              </w:txbxContent>
            </v:textbox>
          </v:shape>
        </w:pict>
      </w:r>
      <w:r>
        <w:pict>
          <v:shape id="TB1749" type="#hgpTextboxType" style="position:absolute;left:1.4500000000000002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750" type="#hgpTextboxType" style="position:absolute;left:2.6033333333333335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751" type="#hgpTextboxType" style="position:absolute;left:3.7566666666666673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752" type="#hgpTextboxType" style="position:absolute;left:4.910000000000001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753" type="#hgpTextboxType" style="position:absolute;left:6.063333333333334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754" type="#hgpTextboxType" style="position:absolute;left:7.216666666666668in;top:1.3in;width:1.1033333333333335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0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755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756" type="#hgpTextboxType" style="position:absolute;left:1.4500000000000002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Steak &amp; Cheese Calzone with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Ranch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Dipping Sauce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57" type="#hgpTextboxType" style="position:absolute;left:2.6033333333333335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General Tso’s Chicken with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Veggie Fried Rice</w:t>
                  </w:r>
                </w:p>
              </w:txbxContent>
            </v:textbox>
          </v:shape>
        </w:pict>
      </w:r>
      <w:r>
        <w:pict>
          <v:shape id="TB1758" type="#hgpTextboxType" style="position:absolute;left:3.7566666666666673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Mac n 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59" type="#hgpTextboxType" style="position:absolute;left:4.910000000000001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Mac n Cheese</w:t>
                  </w: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60" type="#hgpTextboxType" style="position:absolute;left:6.063333333333334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Chicken Drumstick &amp; Waffles,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Apple Topping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and Spicy Syrup</w:t>
                  </w:r>
                </w:p>
              </w:txbxContent>
            </v:textbox>
          </v:shape>
        </w:pict>
      </w:r>
      <w:r>
        <w:pict>
          <v:shape id="TB1761" type="#hgpTextboxType" style="position:absolute;left:7.216666666666668in;top:1.6500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Nacho Bar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PB Nacho Crumbles, Cheese Sauce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Sour Cream, Salsa,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Tortilla Chips</w:t>
                  </w:r>
                </w:p>
              </w:txbxContent>
            </v:textbox>
          </v:shape>
        </w:pict>
      </w:r>
      <w:r>
        <w:pict>
          <v:shape id="TB1762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</w:t>
                  </w:r>
                </w:p>
              </w:txbxContent>
            </v:textbox>
          </v:shape>
        </w:pict>
      </w:r>
      <w:r>
        <w:pict>
          <v:shape id="TB1763" type="#hgpTextboxType" style="position:absolute;left:1.4500000000000002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Patty</w:t>
                  </w:r>
                </w:p>
              </w:txbxContent>
            </v:textbox>
          </v:shape>
        </w:pict>
      </w:r>
      <w:r>
        <w:pict>
          <v:shape id="TB1764" type="#hgpTextboxType" style="position:absolute;left:2.6033333333333335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Hot Dog</w:t>
                  </w:r>
                </w:p>
              </w:txbxContent>
            </v:textbox>
          </v:shape>
        </w:pict>
      </w:r>
      <w:r>
        <w:pict>
          <v:shape id="TB1765" type="#hgpTextboxType" style="position:absolute;left:3.7566666666666673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</w:t>
                  </w:r>
                </w:p>
              </w:txbxContent>
            </v:textbox>
          </v:shape>
        </w:pict>
      </w:r>
      <w:r>
        <w:pict>
          <v:shape id="TB1766" type="#hgpTextboxType" style="position:absolute;left:4.910000000000001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767" type="#hgpTextboxType" style="position:absolute;left:6.063333333333334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</w:txbxContent>
            </v:textbox>
          </v:shape>
        </w:pict>
      </w:r>
      <w:r>
        <w:pict>
          <v:shape id="TB1768" type="#hgpTextboxType" style="position:absolute;left:7.216666666666668in;top:2.771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Patty</w:t>
                  </w:r>
                </w:p>
              </w:txbxContent>
            </v:textbox>
          </v:shape>
        </w:pict>
      </w:r>
      <w:r>
        <w:pict>
          <v:shape id="TB1769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GRILL</w:t>
                  </w:r>
                </w:p>
              </w:txbxContent>
            </v:textbox>
          </v:shape>
        </w:pict>
      </w:r>
      <w:r>
        <w:pict>
          <v:shape id="TB1770" type="#hgpTextboxType" style="position:absolute;left:1.4500000000000002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771" type="#hgpTextboxType" style="position:absolute;left:2.6033333333333335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772" type="#hgpTextboxType" style="position:absolute;left:3.7566666666666673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773" type="#hgpTextboxType" style="position:absolute;left:4.910000000000001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774" type="#hgpTextboxType" style="position:absolute;left:6.063333333333334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775" type="#hgpTextboxType" style="position:absolute;left:7.216666666666668in;top:3.892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 Sides – Sliced Tomato, Green Leaf Lettuce, Sliced Onion</w:t>
                  </w:r>
                </w:p>
              </w:txbxContent>
            </v:textbox>
          </v:shape>
        </w:pict>
      </w:r>
      <w:r>
        <w:pict>
          <v:shape id="TB1776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FAST TAKES</w:t>
                  </w:r>
                </w:p>
              </w:txbxContent>
            </v:textbox>
          </v:shape>
        </w:pict>
      </w:r>
      <w:r>
        <w:pict>
          <v:shape id="TB1777" type="#hgpTextboxType" style="position:absolute;left:1.4500000000000002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78" type="#hgpTextboxType" style="position:absolute;left:2.6033333333333335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79" type="#hgpTextboxType" style="position:absolute;left:3.7566666666666673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80" type="#hgpTextboxType" style="position:absolute;left:4.910000000000001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81" type="#hgpTextboxType" style="position:absolute;left:6.063333333333334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82" type="#hgpTextboxType" style="position:absolute;left:7.216666666666668in;top:5.01375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Chicken Caesar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&amp;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 &amp; Cheese on Kaiser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783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SIDES COLD LINE ALTERNATE</w:t>
                  </w:r>
                </w:p>
              </w:txbxContent>
            </v:textbox>
          </v:shape>
        </w:pict>
      </w:r>
      <w:r>
        <w:pict>
          <v:shape id="TB1784" type="#hgpTextboxType" style="position:absolute;left:1.4500000000000002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785" type="#hgpTextboxType" style="position:absolute;left:2.6033333333333335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Celery Sticks</w:t>
                  </w:r>
                </w:p>
              </w:txbxContent>
            </v:textbox>
          </v:shape>
        </w:pict>
      </w:r>
      <w:r>
        <w:pict>
          <v:shape id="TB1786" type="#hgpTextboxType" style="position:absolute;left:3.7566666666666673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787" type="#hgpTextboxType" style="position:absolute;left:4.910000000000001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Roasted Broccoli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788" type="#hgpTextboxType" style="position:absolute;left:6.063333333333334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Mashed Sweet 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789" type="#hgpTextboxType" style="position:absolute;left:7.216666666666668in;top:6.1350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790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SIDES COLD LINE ALTERNATE</w:t>
                  </w:r>
                </w:p>
              </w:txbxContent>
            </v:textbox>
          </v:shape>
        </w:pict>
      </w:r>
      <w:r>
        <w:pict>
          <v:shape id="TB1791" type="#hgpTextboxType" style="position:absolute;left:1.4500000000000002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792" type="#hgpTextboxType" style="position:absolute;left:2.6033333333333335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93" type="#hgpTextboxType" style="position:absolute;left:3.7566666666666673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794" type="#hgpTextboxType" style="position:absolute;left:4.910000000000001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</w:t>
                  </w:r>
                </w:p>
              </w:txbxContent>
            </v:textbox>
          </v:shape>
        </w:pict>
      </w:r>
      <w:r>
        <w:pict>
          <v:shape id="TB1795" type="#hgpTextboxType" style="position:absolute;left:6.063333333333334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96" type="#hgpTextboxType" style="position:absolute;left:7.216666666666668in;top:7.2562500000000005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797" type="#hgpTextboxType" style="position:absolute;left:0.35in;top:8.3775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798" type="#hgpTextboxType" style="position:absolute;left:1.4500000000000002in;top:8.3775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799" type="#hgpTextboxType" style="position:absolute;left:2.6033333333333335in;top:8.3775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00" type="#hgpTextboxType" style="position:absolute;left:3.7566666666666673in;top:8.3775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01" type="#hgpTextboxType" style="position:absolute;left:4.910000000000001in;top:8.3775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02" type="#hgpTextboxType" style="position:absolute;left:6.063333333333334in;top:8.3775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03" type="#hgpTextboxType" style="position:absolute;left:7.216666666666668in;top:8.377500000000001in;width:1.1033333333333335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6" name="Picture 6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bg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1804" type="#hgpTextboxType" style="position:absolute;left:0.29in;top:1.27in;width:8.030000000000001in;height:9.370000000000001in;z-index:10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05" type="#hgpTextboxType" style="position:absolute;left:1.893in;top:0.121in;width:5.399in;height:0.774in;z-index:15;mso-position-horizontal:absolute;mso-position-horizontal-relative:page;mso-position-vertical:absolute;mso-position-vertical-relative:page" filled="t" fillcolor="#FFFFF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SAT MS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Springfield Middle Schools September 28- October 2</w:t>
                  </w:r>
                </w:p>
              </w:txbxContent>
            </v:textbox>
          </v:shape>
        </w:pict>
      </w:r>
      <w:r>
        <w:pict>
          <v:shape id="TB1806" type="#hgpTextboxType" style="position:absolute;left:1.45000000000000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MONDAY</w:t>
                  </w:r>
                </w:p>
              </w:txbxContent>
            </v:textbox>
          </v:shape>
        </w:pict>
      </w:r>
      <w:r>
        <w:pict>
          <v:shape id="TB1807" type="#hgpTextboxType" style="position:absolute;left:2.8340000000000005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TUESDAY</w:t>
                  </w:r>
                </w:p>
              </w:txbxContent>
            </v:textbox>
          </v:shape>
        </w:pict>
      </w:r>
      <w:r>
        <w:pict>
          <v:shape id="TB1808" type="#hgpTextboxType" style="position:absolute;left:4.218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WEDNESDAY</w:t>
                  </w:r>
                </w:p>
              </w:txbxContent>
            </v:textbox>
          </v:shape>
        </w:pict>
      </w:r>
      <w:r>
        <w:pict>
          <v:shape id="TB1809" type="#hgpTextboxType" style="position:absolute;left:5.602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THURSDAY</w:t>
                  </w:r>
                </w:p>
              </w:txbxContent>
            </v:textbox>
          </v:shape>
        </w:pict>
      </w:r>
      <w:r>
        <w:pict>
          <v:shape id="TB1810" type="#hgpTextboxType" style="position:absolute;left:6.986000000000001in;top:1.3in;width:1.334in;height:0.28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6"/>
                      <w:color w:val="1A1A1A"/>
                    </w:rPr>
                    <w:t xml:space="preserve">FRIDAY</w:t>
                  </w:r>
                </w:p>
              </w:txbxContent>
            </v:textbox>
          </v:shape>
        </w:pict>
      </w:r>
      <w:r>
        <w:pict>
          <v:shape id="TB1811" type="#hgpTextboxType" style="position:absolute;left:0.35in;top:1.6500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CREATE</w:t>
                  </w:r>
                </w:p>
              </w:txbxContent>
            </v:textbox>
          </v:shape>
        </w:pict>
      </w:r>
      <w:r>
        <w:pict>
          <v:shape id="TB1812" type="#hgpTextboxType" style="position:absolute;left:1.45000000000000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Italian Meatball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Sub w/Parmesan Cheese</w:t>
                  </w:r>
                </w:p>
              </w:txbxContent>
            </v:textbox>
          </v:shape>
        </w:pict>
      </w:r>
      <w:r>
        <w:pict>
          <v:shape id="TB1813" type="#hgpTextboxType" style="position:absolute;left:2.8340000000000005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Spicy Chicken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Patty</w:t>
                  </w:r>
                </w:p>
              </w:txbxContent>
            </v:textbox>
          </v:shape>
        </w:pict>
      </w:r>
      <w:r>
        <w:pict>
          <v:shape id="TB1814" type="#hgpTextboxType" style="position:absolute;left:4.218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Ziti w/Plant-based Bolognese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w/Parmesan Cheese</w:t>
                  </w:r>
                </w:p>
              </w:txbxContent>
            </v:textbox>
          </v:shape>
        </w:pict>
      </w:r>
      <w:r>
        <w:pict>
          <v:shape id="TB1815" type="#hgpTextboxType" style="position:absolute;left:5.602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Cheddar Chicken Bowl w/Tenders &amp; Roll  </w:t>
                  </w:r>
                </w:p>
              </w:txbxContent>
            </v:textbox>
          </v:shape>
        </w:pict>
      </w:r>
      <w:r>
        <w:pict>
          <v:shape id="TB1816" type="#hgpTextboxType" style="position:absolute;left:6.986000000000001in;top:1.6500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Stuffed Cheesy bread w/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Marinara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17" type="#hgpTextboxType" style="position:absolute;left:0.35in;top:2.771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PIZZA</w:t>
                  </w:r>
                </w:p>
              </w:txbxContent>
            </v:textbox>
          </v:shape>
        </w:pict>
      </w:r>
      <w:r>
        <w:pict>
          <v:shape id="TB1818" type="#hgpTextboxType" style="position:absolute;left:1.45000000000000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19" type="#hgpTextboxType" style="position:absolute;left:2.8340000000000005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20" type="#hgpTextboxType" style="position:absolute;left:4.218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21" type="#hgpTextboxType" style="position:absolute;left:5.602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22" type="#hgpTextboxType" style="position:absolute;left:6.986000000000001in;top:2.771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Daily Options: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Cheese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OMM Pepperoni Pizza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23" type="#hgpTextboxType" style="position:absolute;left:0.35in;top:3.892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ON THE GO</w:t>
                  </w:r>
                </w:p>
              </w:txbxContent>
            </v:textbox>
          </v:shape>
        </w:pict>
      </w:r>
      <w:r>
        <w:pict>
          <v:shape id="TB1824" type="#hgpTextboxType" style="position:absolute;left:1.45000000000000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825" type="#hgpTextboxType" style="position:absolute;left:2.8340000000000005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826" type="#hgpTextboxType" style="position:absolute;left:4.218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827" type="#hgpTextboxType" style="position:absolute;left:5.602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828" type="#hgpTextboxType" style="position:absolute;left:6.986000000000001in;top:3.892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Buffalo Chicken Salad with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4"/>
                      <w:color w:val="183054"/>
                    </w:rPr>
                    <w:t xml:space="preserve">Garden Salad with Hummus and a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 Ham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&amp; Cheese </w:t>
                  </w: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on Kaiser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4"/>
                      <w:color w:val="111111"/>
                    </w:rPr>
                    <w:t xml:space="preserve">Sunbutter &amp; Jelly Sandwich</w:t>
                  </w:r>
                </w:p>
              </w:txbxContent>
            </v:textbox>
          </v:shape>
        </w:pict>
      </w:r>
      <w:r>
        <w:pict>
          <v:shape id="TB1829" type="#hgpTextboxType" style="position:absolute;left:0.35in;top:5.01375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830" type="#hgpTextboxType" style="position:absolute;left:1.45000000000000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Grape Tomatoes</w:t>
                  </w:r>
                </w:p>
              </w:txbxContent>
            </v:textbox>
          </v:shape>
        </w:pict>
      </w:r>
      <w:r>
        <w:pict>
          <v:shape id="TB1831" type="#hgpTextboxType" style="position:absolute;left:2.8340000000000005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Corn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1832" type="#hgpTextboxType" style="position:absolute;left:4.218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ed Broccoli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Carrot Sticks</w:t>
                  </w:r>
                </w:p>
              </w:txbxContent>
            </v:textbox>
          </v:shape>
        </w:pict>
      </w:r>
      <w:r>
        <w:pict>
          <v:shape id="TB1833" type="#hgpTextboxType" style="position:absolute;left:5.602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Local Mashed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Potatoes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834" type="#hgpTextboxType" style="position:absolute;left:6.986000000000001in;top:5.01375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Seasoned Green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Beans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Cucumber Salad</w:t>
                  </w:r>
                </w:p>
              </w:txbxContent>
            </v:textbox>
          </v:shape>
        </w:pict>
      </w:r>
      <w:r>
        <w:pict>
          <v:shape id="TB1835" type="#hgpTextboxType" style="position:absolute;left:0.35in;top:6.135000000000001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EXTRA</w:t>
                  </w:r>
                </w:p>
              </w:txbxContent>
            </v:textbox>
          </v:shape>
        </w:pict>
      </w:r>
      <w:r>
        <w:pict>
          <v:shape id="TB1836" type="#hgpTextboxType" style="position:absolute;left:1.45000000000000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37" type="#hgpTextboxType" style="position:absolute;left:2.8340000000000005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Chilled Corn</w:t>
                  </w:r>
                </w:p>
              </w:txbxContent>
            </v:textbox>
          </v:shape>
        </w:pict>
      </w:r>
      <w:r>
        <w:pict>
          <v:shape id="TB1838" type="#hgpTextboxType" style="position:absolute;left:4.218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Broccoli Florets  </w:t>
                  </w:r>
                </w:p>
              </w:txbxContent>
            </v:textbox>
          </v:shape>
        </w:pict>
      </w:r>
      <w:r>
        <w:pict>
          <v:shape id="TB1839" type="#hgpTextboxType" style="position:absolute;left:5.602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40" type="#hgpTextboxType" style="position:absolute;left:6.986000000000001in;top:6.135000000000001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2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41" type="#hgpTextboxType" style="position:absolute;left:0.35in;top:7.2562500000000005in;width:1.05in;height:1.08125in;z-index:20;mso-position-horizontal:absolute;mso-position-horizontal-relative:page;mso-position-vertical:absolute;mso-position-vertical-relative:page" filled="t" fillcolor="#183054" stroked="f" o:allowoverlap="t">
            <w10:wrap type="none"/>
            <v:textbox inset="0,0,0,0">
              <w:txbxContent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19"/>
                      <w:color w:val="FFFFFF"/>
                    </w:rPr>
                    <w:t xml:space="preserve">AVAILABLE DAILY</w:t>
                  </w:r>
                </w:p>
              </w:txbxContent>
            </v:textbox>
          </v:shape>
        </w:pict>
      </w:r>
      <w:r>
        <w:pict>
          <v:shape id="TB1842" type="#hgpTextboxType" style="position:absolute;left:1.45000000000000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43" type="#hgpTextboxType" style="position:absolute;left:2.8340000000000005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44" type="#hgpTextboxType" style="position:absolute;left:4.218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45" type="#hgpTextboxType" style="position:absolute;left:5.602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TB1846" type="#hgpTextboxType" style="position:absolute;left:6.986000000000001in;top:7.2562500000000005in;width:1.334in;height:1.08125in;z-index:20;mso-position-horizontal:absolute;mso-position-horizontal-relative:page;mso-position-vertical:absolute;mso-position-vertical-relative:page" filled="f" stroked="t" strokecolor="#CFCFC7" strokeweight=".5pt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Available Daily:</w:t>
                  </w: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Assorted Fresh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5"/>
                      <w:color w:val="111111"/>
                    </w:rPr>
                    <w:t xml:space="preserve">Fat Free Chocolate, 1% White or Fat Free White Milk</w:t>
                  </w:r>
                  <w:r>
                    <w:rPr>
                      <w:rFonts w:ascii="Arial" w:hAnsi="Arial"/>
                      <w:b/>
                      <w:sz w:val="15"/>
                      <w:color w:val="183054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