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drawing>
          <wp:anchor behindDoc="1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1" name="Picture 1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hell_bg_rg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shapetype id="hgpTextboxType" coordsize="21600,21600" o:spt="202" path="m,l,21600r21600,l21600,xe">
            <v:stroke joinstyle="miter"/>
            <v:path gradientshapeok="t" o:connecttype="rect"/>
          </v:shapetype>
        </w:pict>
      </w:r>
      <w:r>
        <w:pict>
          <v:shape id="TB1385" type="#hgpTextboxType" style="position:absolute;left:0.29in;top:1.27in;width:8.030000000000001in;height:9.370000000000001in;z-index:10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386" type="#hgpTextboxType" style="position:absolute;left:1.893in;top:0.121in;width:5.399in;height:0.774in;z-index:15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42"/>
                      <w:color w:val="6ABD4A"/>
                    </w:rPr>
                    <w:t xml:space="preserve">SAT LUNCH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5"/>
                      <w:color w:val="5A5A52"/>
                    </w:rPr>
                    <w:t xml:space="preserve">Springfield Elementary Schools Week of August 24-28</w:t>
                  </w:r>
                </w:p>
              </w:txbxContent>
            </v:textbox>
          </v:shape>
        </w:pict>
      </w:r>
      <w:r>
        <w:pict>
          <v:shape id="TB1387" type="#hgpTextboxType" style="position:absolute;left:0.35in;top:1.3in;width:1.55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MONDAY</w:t>
                  </w:r>
                </w:p>
              </w:txbxContent>
            </v:textbox>
          </v:shape>
        </w:pict>
      </w:r>
      <w:r>
        <w:pict>
          <v:shape id="TB1388" type="#hgpTextboxType" style="position:absolute;left:1.9540000000000002in;top:1.3in;width:1.55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TUESDAY</w:t>
                  </w:r>
                </w:p>
              </w:txbxContent>
            </v:textbox>
          </v:shape>
        </w:pict>
      </w:r>
      <w:r>
        <w:pict>
          <v:shape id="TB1389" type="#hgpTextboxType" style="position:absolute;left:3.5580000000000007in;top:1.3in;width:1.55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1390" type="#hgpTextboxType" style="position:absolute;left:5.162000000000001in;top:1.3in;width:1.55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THURSDAY</w:t>
                  </w:r>
                </w:p>
              </w:txbxContent>
            </v:textbox>
          </v:shape>
        </w:pict>
      </w:r>
      <w:r>
        <w:pict>
          <v:shape id="TB1391" type="#hgpTextboxType" style="position:absolute;left:6.766000000000001in;top:1.3in;width:1.55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FRIDAY</w:t>
                  </w:r>
                </w:p>
              </w:txbxContent>
            </v:textbox>
          </v:shape>
        </w:pict>
      </w:r>
      <w:r>
        <w:pict>
          <v:shape id="TB1392" type="#hgpTextboxType" style="position:absolute;left:0.35in;top:1.6500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Halal Cheeseburger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w/fresh lettuce, tomato, onion</w:t>
                  </w:r>
                </w:p>
              </w:txbxContent>
            </v:textbox>
          </v:shape>
        </w:pict>
      </w:r>
      <w:r>
        <w:pict>
          <v:shape id="TB1393" type="#hgpTextboxType" style="position:absolute;left:1.9540000000000002in;top:1.6500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General Tso’s Chicken with 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Veggie Fried Rice</w:t>
                  </w:r>
                </w:p>
              </w:txbxContent>
            </v:textbox>
          </v:shape>
        </w:pict>
      </w:r>
      <w:r>
        <w:pict>
          <v:shape id="TB1394" type="#hgpTextboxType" style="position:absolute;left:3.5580000000000007in;top:1.6500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Mac n Cheese</w:t>
                  </w: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395" type="#hgpTextboxType" style="position:absolute;left:5.162000000000001in;top:1.6500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Chicken Drumstick &amp; Waffles, 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Apple Topping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and Syrup</w:t>
                  </w:r>
                </w:p>
              </w:txbxContent>
            </v:textbox>
          </v:shape>
        </w:pict>
      </w:r>
      <w:r>
        <w:pict>
          <v:shape id="TB1396" type="#hgpTextboxType" style="position:absolute;left:6.766000000000001in;top:1.6500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Pepperoni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 Pizza</w:t>
                  </w:r>
                </w:p>
              </w:txbxContent>
            </v:textbox>
          </v:shape>
        </w:pict>
      </w:r>
      <w:r>
        <w:pict>
          <v:shape id="TB1397" type="#hgpTextboxType" style="position:absolute;left:0.35in;top:2.771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Chicken Caesar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Garden Salad &amp; a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Cheese Sandwich</w:t>
                  </w:r>
                </w:p>
              </w:txbxContent>
            </v:textbox>
          </v:shape>
        </w:pict>
      </w:r>
      <w:r>
        <w:pict>
          <v:shape id="TB1398" type="#hgpTextboxType" style="position:absolute;left:1.9540000000000002in;top:2.771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Chicken Caesar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Garden Salad &amp; a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Cheese Sandwich</w:t>
                  </w:r>
                </w:p>
              </w:txbxContent>
            </v:textbox>
          </v:shape>
        </w:pict>
      </w:r>
      <w:r>
        <w:pict>
          <v:shape id="TB1399" type="#hgpTextboxType" style="position:absolute;left:3.5580000000000007in;top:2.771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Chicken Caesar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Garden Salad &amp; a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Cheese Sandwich</w:t>
                  </w:r>
                </w:p>
              </w:txbxContent>
            </v:textbox>
          </v:shape>
        </w:pict>
      </w:r>
      <w:r>
        <w:pict>
          <v:shape id="TB1400" type="#hgpTextboxType" style="position:absolute;left:5.162000000000001in;top:2.771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Chicken Caesar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Garden Salad &amp; a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Cheese Sandwich</w:t>
                  </w:r>
                </w:p>
              </w:txbxContent>
            </v:textbox>
          </v:shape>
        </w:pict>
      </w:r>
      <w:r>
        <w:pict>
          <v:shape id="TB1401" type="#hgpTextboxType" style="position:absolute;left:6.766000000000001in;top:2.771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Chicken Caesar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Garden Salad &amp; a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Cheese Sandwich</w:t>
                  </w:r>
                </w:p>
              </w:txbxContent>
            </v:textbox>
          </v:shape>
        </w:pict>
      </w:r>
      <w:r>
        <w:pict>
          <v:shape id="TB1402" type="#hgpTextboxType" style="position:absolute;left:0.35in;top:3.89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French Fries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Carrot Sticks</w:t>
                  </w:r>
                </w:p>
              </w:txbxContent>
            </v:textbox>
          </v:shape>
        </w:pict>
      </w:r>
      <w:r>
        <w:pict>
          <v:shape id="TB1403" type="#hgpTextboxType" style="position:absolute;left:1.9540000000000002in;top:3.89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Seasoned Green Beans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Celery Sticks</w:t>
                  </w:r>
                </w:p>
              </w:txbxContent>
            </v:textbox>
          </v:shape>
        </w:pict>
      </w:r>
      <w:r>
        <w:pict>
          <v:shape id="TB1404" type="#hgpTextboxType" style="position:absolute;left:3.5580000000000007in;top:3.89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Roasted Broccoli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Grape Tomatoes</w:t>
                  </w:r>
                </w:p>
              </w:txbxContent>
            </v:textbox>
          </v:shape>
        </w:pict>
      </w:r>
      <w:r>
        <w:pict>
          <v:shape id="TB1405" type="#hgpTextboxType" style="position:absolute;left:5.162000000000001in;top:3.89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Mashed Sweet Potatoes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Chilled Corn</w:t>
                  </w:r>
                </w:p>
              </w:txbxContent>
            </v:textbox>
          </v:shape>
        </w:pict>
      </w:r>
      <w:r>
        <w:pict>
          <v:shape id="TB1406" type="#hgpTextboxType" style="position:absolute;left:6.766000000000001in;top:3.89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Steamed Broccoli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Black Bean Salad</w:t>
                  </w:r>
                </w:p>
              </w:txbxContent>
            </v:textbox>
          </v:shape>
        </w:pict>
      </w:r>
      <w:r>
        <w:pict>
          <v:shape id="TB1407" type="#hgpTextboxType" style="position:absolute;left:0.35in;top:5.01375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408" type="#hgpTextboxType" style="position:absolute;left:1.9540000000000002in;top:5.01375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409" type="#hgpTextboxType" style="position:absolute;left:3.5580000000000007in;top:5.01375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410" type="#hgpTextboxType" style="position:absolute;left:5.162000000000001in;top:5.01375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411" type="#hgpTextboxType" style="position:absolute;left:6.766000000000001in;top:5.01375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</w:p>
    <w:p>
      <w:pPr>
        <w:sectPr>
          <w:pgSz w:w="12240" w:h="15840"/>
          <w:pgMar w:top="0" w:right="0" w:bottom="0" w:left="0" w:header="720" w:footer="720" w:gutter="0"/>
          <w:cols w:space="720"/>
          <w:docGrid w:linePitch="360"/>
        </w:sectPr>
      </w:pPr>
    </w:p>
    <w:p>
      <w:pPr>
        <w:spacing w:before="0" w:after="0"/>
      </w:pPr>
      <w:r>
        <w:drawing>
          <wp:anchor behindDoc="1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2" name="Picture 2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hell_bg_rg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shape id="TB1412" type="#hgpTextboxType" style="position:absolute;left:0.29in;top:1.27in;width:8.030000000000001in;height:9.370000000000001in;z-index:10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413" type="#hgpTextboxType" style="position:absolute;left:1.893in;top:0.121in;width:5.399in;height:0.774in;z-index:15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42"/>
                      <w:color w:val="6ABD4A"/>
                    </w:rPr>
                    <w:t xml:space="preserve">SAT LUNCH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5"/>
                      <w:color w:val="5A5A52"/>
                    </w:rPr>
                    <w:t xml:space="preserve">Week of August 31- September 4</w:t>
                  </w:r>
                </w:p>
              </w:txbxContent>
            </v:textbox>
          </v:shape>
        </w:pict>
      </w:r>
      <w:r>
        <w:pict>
          <v:shape id="TB1414" type="#hgpTextboxType" style="position:absolute;left:0.35in;top:1.3in;width:1.55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MONDAY</w:t>
                  </w:r>
                </w:p>
              </w:txbxContent>
            </v:textbox>
          </v:shape>
        </w:pict>
      </w:r>
      <w:r>
        <w:pict>
          <v:shape id="TB1415" type="#hgpTextboxType" style="position:absolute;left:1.9540000000000002in;top:1.3in;width:1.55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TUESDAY</w:t>
                  </w:r>
                </w:p>
              </w:txbxContent>
            </v:textbox>
          </v:shape>
        </w:pict>
      </w:r>
      <w:r>
        <w:pict>
          <v:shape id="TB1416" type="#hgpTextboxType" style="position:absolute;left:3.5580000000000007in;top:1.3in;width:1.55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1417" type="#hgpTextboxType" style="position:absolute;left:5.162000000000001in;top:1.3in;width:1.55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THURSDAY</w:t>
                  </w:r>
                </w:p>
              </w:txbxContent>
            </v:textbox>
          </v:shape>
        </w:pict>
      </w:r>
      <w:r>
        <w:pict>
          <v:shape id="TB1418" type="#hgpTextboxType" style="position:absolute;left:6.766000000000001in;top:1.3in;width:1.55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FRIDAY</w:t>
                  </w:r>
                </w:p>
              </w:txbxContent>
            </v:textbox>
          </v:shape>
        </w:pict>
      </w:r>
      <w:r>
        <w:pict>
          <v:shape id="TB1419" type="#hgpTextboxType" style="position:absolute;left:0.35in;top:1.6500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Cheese</w:t>
                  </w: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Nachos w/ Salsa </w:t>
                  </w:r>
                </w:p>
              </w:txbxContent>
            </v:textbox>
          </v:shape>
        </w:pict>
      </w:r>
      <w:r>
        <w:pict>
          <v:shape id="TB1420" type="#hgpTextboxType" style="position:absolute;left:1.9540000000000002in;top:1.6500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NO SCHOOL</w:t>
                  </w:r>
                </w:p>
              </w:txbxContent>
            </v:textbox>
          </v:shape>
        </w:pict>
      </w:r>
      <w:r>
        <w:pict>
          <v:shape id="TB1421" type="#hgpTextboxType" style="position:absolute;left:3.5580000000000007in;top:1.6500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Ziti w/Plant-based Bolognese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w/Parmesan Cheese</w:t>
                  </w:r>
                </w:p>
              </w:txbxContent>
            </v:textbox>
          </v:shape>
        </w:pict>
      </w:r>
      <w:r>
        <w:pict>
          <v:shape id="TB1422" type="#hgpTextboxType" style="position:absolute;left:5.162000000000001in;top:1.6500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Cheddar Chicken Bowl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w/Roll  </w:t>
                  </w:r>
                </w:p>
              </w:txbxContent>
            </v:textbox>
          </v:shape>
        </w:pict>
      </w:r>
      <w:r>
        <w:pict>
          <v:shape id="TB1423" type="#hgpTextboxType" style="position:absolute;left:6.766000000000001in;top:1.6500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Pepperoni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 Pizza</w:t>
                  </w:r>
                </w:p>
              </w:txbxContent>
            </v:textbox>
          </v:shape>
        </w:pict>
      </w:r>
      <w:r>
        <w:pict>
          <v:shape id="TB1424" type="#hgpTextboxType" style="position:absolute;left:0.35in;top:2.771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Buffalo Chicken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Garden Salad with Hummus and a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Ham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&amp; 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Cheese Sandwich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425" type="#hgpTextboxType" style="position:absolute;left:1.9540000000000002in;top:2.771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Buffalo Chicken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Garden Salad with Hummus and a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Ham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&amp; 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Cheese Sandwich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426" type="#hgpTextboxType" style="position:absolute;left:3.5580000000000007in;top:2.771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Buffalo Chicken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Garden Salad with Hummus and a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Ham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&amp; 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Cheese Sandwich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427" type="#hgpTextboxType" style="position:absolute;left:5.162000000000001in;top:2.771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Buffalo Chicken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Garden Salad with Hummus and a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Ham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&amp; 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Cheese Sandwich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428" type="#hgpTextboxType" style="position:absolute;left:6.766000000000001in;top:2.771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Buffalo Chicken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Garden Salad with Hummus and a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Ham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&amp; 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Cheese Sandwich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429" type="#hgpTextboxType" style="position:absolute;left:0.35in;top:3.89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Steamed Corn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Black Bean Salad</w:t>
                  </w:r>
                </w:p>
              </w:txbxContent>
            </v:textbox>
          </v:shape>
        </w:pict>
      </w:r>
      <w:r>
        <w:pict>
          <v:shape id="TB1430" type="#hgpTextboxType" style="position:absolute;left:1.9540000000000002in;top:3.89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431" type="#hgpTextboxType" style="position:absolute;left:3.5580000000000007in;top:3.89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Roast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ed Broccoli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Carrot Sticks</w:t>
                  </w:r>
                </w:p>
              </w:txbxContent>
            </v:textbox>
          </v:shape>
        </w:pict>
      </w:r>
      <w:r>
        <w:pict>
          <v:shape id="TB1432" type="#hgpTextboxType" style="position:absolute;left:5.162000000000001in;top:3.89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Local Mashed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Potatoes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Chilled Corn</w:t>
                  </w:r>
                </w:p>
              </w:txbxContent>
            </v:textbox>
          </v:shape>
        </w:pict>
      </w:r>
      <w:r>
        <w:pict>
          <v:shape id="TB1433" type="#hgpTextboxType" style="position:absolute;left:6.766000000000001in;top:3.89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Seasoned Green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Beans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Cucumber Salad</w:t>
                  </w:r>
                </w:p>
              </w:txbxContent>
            </v:textbox>
          </v:shape>
        </w:pict>
      </w:r>
      <w:r>
        <w:pict>
          <v:shape id="TB1434" type="#hgpTextboxType" style="position:absolute;left:0.35in;top:5.01375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435" type="#hgpTextboxType" style="position:absolute;left:1.9540000000000002in;top:5.01375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436" type="#hgpTextboxType" style="position:absolute;left:3.5580000000000007in;top:5.01375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437" type="#hgpTextboxType" style="position:absolute;left:5.162000000000001in;top:5.01375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438" type="#hgpTextboxType" style="position:absolute;left:6.766000000000001in;top:5.01375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</w:p>
    <w:p>
      <w:pPr>
        <w:sectPr>
          <w:pgSz w:w="12240" w:h="15840"/>
          <w:pgMar w:top="0" w:right="0" w:bottom="0" w:left="0" w:header="720" w:footer="720" w:gutter="0"/>
          <w:cols w:space="720"/>
          <w:docGrid w:linePitch="360"/>
        </w:sectPr>
      </w:pPr>
    </w:p>
    <w:p>
      <w:pPr>
        <w:spacing w:before="0" w:after="0"/>
      </w:pPr>
      <w:r>
        <w:drawing>
          <wp:anchor behindDoc="1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3" name="Picture 3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hell_bg_rg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shape id="TB1439" type="#hgpTextboxType" style="position:absolute;left:0.29in;top:1.27in;width:8.030000000000001in;height:9.370000000000001in;z-index:10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440" type="#hgpTextboxType" style="position:absolute;left:1.893in;top:0.121in;width:5.399in;height:0.774in;z-index:15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42"/>
                      <w:color w:val="6ABD4A"/>
                    </w:rPr>
                    <w:t xml:space="preserve">SAT LUNCH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5"/>
                      <w:color w:val="5A5A52"/>
                    </w:rPr>
                    <w:t xml:space="preserve">Week of September 7-11</w:t>
                  </w:r>
                </w:p>
              </w:txbxContent>
            </v:textbox>
          </v:shape>
        </w:pict>
      </w:r>
      <w:r>
        <w:pict>
          <v:shape id="TB1441" type="#hgpTextboxType" style="position:absolute;left:0.35in;top:1.3in;width:1.55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MONDAY</w:t>
                  </w:r>
                </w:p>
              </w:txbxContent>
            </v:textbox>
          </v:shape>
        </w:pict>
      </w:r>
      <w:r>
        <w:pict>
          <v:shape id="TB1442" type="#hgpTextboxType" style="position:absolute;left:1.9540000000000002in;top:1.3in;width:1.55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TUESDAY</w:t>
                  </w:r>
                </w:p>
              </w:txbxContent>
            </v:textbox>
          </v:shape>
        </w:pict>
      </w:r>
      <w:r>
        <w:pict>
          <v:shape id="TB1443" type="#hgpTextboxType" style="position:absolute;left:3.5580000000000007in;top:1.3in;width:1.55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1444" type="#hgpTextboxType" style="position:absolute;left:5.162000000000001in;top:1.3in;width:1.55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THURSDAY</w:t>
                  </w:r>
                </w:p>
              </w:txbxContent>
            </v:textbox>
          </v:shape>
        </w:pict>
      </w:r>
      <w:r>
        <w:pict>
          <v:shape id="TB1445" type="#hgpTextboxType" style="position:absolute;left:6.766000000000001in;top:1.3in;width:1.55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FRIDAY</w:t>
                  </w:r>
                </w:p>
              </w:txbxContent>
            </v:textbox>
          </v:shape>
        </w:pict>
      </w:r>
      <w:r>
        <w:pict>
          <v:shape id="TB1446" type="#hgpTextboxType" style="position:absolute;left:0.35in;top:1.6500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NO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SCHOOL</w:t>
                  </w:r>
                </w:p>
              </w:txbxContent>
            </v:textbox>
          </v:shape>
        </w:pict>
      </w:r>
      <w:r>
        <w:pict>
          <v:shape id="TB1447" type="#hgpTextboxType" style="position:absolute;left:1.9540000000000002in;top:1.6500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Chicken Patty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Sandwich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w/fresh lettuce, tomato, onion</w:t>
                  </w:r>
                </w:p>
              </w:txbxContent>
            </v:textbox>
          </v:shape>
        </w:pict>
      </w:r>
      <w:r>
        <w:pict>
          <v:shape id="TB1448" type="#hgpTextboxType" style="position:absolute;left:3.5580000000000007in;top:1.6500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French Toast Sticks with </w:t>
                  </w: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CNC Chicken Breakfast Sausage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&amp; Syrup</w:t>
                  </w:r>
                </w:p>
              </w:txbxContent>
            </v:textbox>
          </v:shape>
        </w:pict>
      </w:r>
      <w:r>
        <w:pict>
          <v:shape id="TB1449" type="#hgpTextboxType" style="position:absolute;left:5.162000000000001in;top:1.6500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Plant-based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Taco Salad with 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Seasoned Rice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&amp;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Salsa</w:t>
                  </w:r>
                </w:p>
              </w:txbxContent>
            </v:textbox>
          </v:shape>
        </w:pict>
      </w:r>
      <w:r>
        <w:pict>
          <v:shape id="TB1450" type="#hgpTextboxType" style="position:absolute;left:6.766000000000001in;top:1.6500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Pepperoni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 Pizza</w:t>
                  </w:r>
                </w:p>
              </w:txbxContent>
            </v:textbox>
          </v:shape>
        </w:pict>
      </w:r>
      <w:r>
        <w:pict>
          <v:shape id="TB1451" type="#hgpTextboxType" style="position:absolute;left:0.35in;top:2.771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Crispy Chicken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Garden Salad and a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Cheese Sandwich</w:t>
                  </w:r>
                </w:p>
              </w:txbxContent>
            </v:textbox>
          </v:shape>
        </w:pict>
      </w:r>
      <w:r>
        <w:pict>
          <v:shape id="TB1452" type="#hgpTextboxType" style="position:absolute;left:1.9540000000000002in;top:2.771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Crispy Chicken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Garden Salad and a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Cheese Sandwich</w:t>
                  </w:r>
                </w:p>
              </w:txbxContent>
            </v:textbox>
          </v:shape>
        </w:pict>
      </w:r>
      <w:r>
        <w:pict>
          <v:shape id="TB1453" type="#hgpTextboxType" style="position:absolute;left:3.5580000000000007in;top:2.771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Crispy Chicken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Garden Salad and a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Cheese Sandwich</w:t>
                  </w:r>
                </w:p>
              </w:txbxContent>
            </v:textbox>
          </v:shape>
        </w:pict>
      </w:r>
      <w:r>
        <w:pict>
          <v:shape id="TB1454" type="#hgpTextboxType" style="position:absolute;left:5.162000000000001in;top:2.771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Crispy Chicken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Garden Salad and a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Cheese Sandwich</w:t>
                  </w:r>
                </w:p>
              </w:txbxContent>
            </v:textbox>
          </v:shape>
        </w:pict>
      </w:r>
      <w:r>
        <w:pict>
          <v:shape id="TB1455" type="#hgpTextboxType" style="position:absolute;left:6.766000000000001in;top:2.771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Crispy Chicken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Garden Salad and a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Cheese Sandwich</w:t>
                  </w:r>
                </w:p>
              </w:txbxContent>
            </v:textbox>
          </v:shape>
        </w:pict>
      </w:r>
      <w:r>
        <w:pict>
          <v:shape id="TB1456" type="#hgpTextboxType" style="position:absolute;left:0.35in;top:3.89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457" type="#hgpTextboxType" style="position:absolute;left:1.9540000000000002in;top:3.89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French Fries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Carrot Sticks</w:t>
                  </w:r>
                </w:p>
              </w:txbxContent>
            </v:textbox>
          </v:shape>
        </w:pict>
      </w:r>
      <w:r>
        <w:pict>
          <v:shape id="TB1458" type="#hgpTextboxType" style="position:absolute;left:3.5580000000000007in;top:3.89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Mashed Butternut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Celery Sticks</w:t>
                  </w:r>
                </w:p>
              </w:txbxContent>
            </v:textbox>
          </v:shape>
        </w:pict>
      </w:r>
      <w:r>
        <w:pict>
          <v:shape id="TB1459" type="#hgpTextboxType" style="position:absolute;left:5.162000000000001in;top:3.89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Black Bean Salad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Grape Tomatoes</w:t>
                  </w:r>
                </w:p>
              </w:txbxContent>
            </v:textbox>
          </v:shape>
        </w:pict>
      </w:r>
      <w:r>
        <w:pict>
          <v:shape id="TB1460" type="#hgpTextboxType" style="position:absolute;left:6.766000000000001in;top:3.89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Chilled Corn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Broccoli Florets</w:t>
                  </w:r>
                </w:p>
              </w:txbxContent>
            </v:textbox>
          </v:shape>
        </w:pict>
      </w:r>
      <w:r>
        <w:pict>
          <v:shape id="TB1461" type="#hgpTextboxType" style="position:absolute;left:0.35in;top:5.01375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462" type="#hgpTextboxType" style="position:absolute;left:1.9540000000000002in;top:5.01375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463" type="#hgpTextboxType" style="position:absolute;left:3.5580000000000007in;top:5.01375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464" type="#hgpTextboxType" style="position:absolute;left:5.162000000000001in;top:5.01375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465" type="#hgpTextboxType" style="position:absolute;left:6.766000000000001in;top:5.01375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</w:p>
    <w:p>
      <w:pPr>
        <w:sectPr>
          <w:pgSz w:w="12240" w:h="15840"/>
          <w:pgMar w:top="0" w:right="0" w:bottom="0" w:left="0" w:header="720" w:footer="720" w:gutter="0"/>
          <w:cols w:space="720"/>
          <w:docGrid w:linePitch="360"/>
        </w:sectPr>
      </w:pPr>
    </w:p>
    <w:p>
      <w:pPr>
        <w:spacing w:before="0" w:after="0"/>
      </w:pPr>
      <w:r>
        <w:drawing>
          <wp:anchor behindDoc="1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4" name="Picture 4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hell_bg_rg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shape id="TB1466" type="#hgpTextboxType" style="position:absolute;left:0.29in;top:1.27in;width:8.030000000000001in;height:9.370000000000001in;z-index:10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467" type="#hgpTextboxType" style="position:absolute;left:1.893in;top:0.121in;width:5.399in;height:0.774in;z-index:15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42"/>
                      <w:color w:val="6ABD4A"/>
                    </w:rPr>
                    <w:t xml:space="preserve">SAT LUNCH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5"/>
                      <w:color w:val="5A5A52"/>
                    </w:rPr>
                    <w:t xml:space="preserve">Week of September 14-18</w:t>
                  </w:r>
                </w:p>
              </w:txbxContent>
            </v:textbox>
          </v:shape>
        </w:pict>
      </w:r>
      <w:r>
        <w:pict>
          <v:shape id="TB1468" type="#hgpTextboxType" style="position:absolute;left:0.35in;top:1.3in;width:1.55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MONDAY</w:t>
                  </w:r>
                </w:p>
              </w:txbxContent>
            </v:textbox>
          </v:shape>
        </w:pict>
      </w:r>
      <w:r>
        <w:pict>
          <v:shape id="TB1469" type="#hgpTextboxType" style="position:absolute;left:1.9540000000000002in;top:1.3in;width:1.55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TUESDAY</w:t>
                  </w:r>
                </w:p>
              </w:txbxContent>
            </v:textbox>
          </v:shape>
        </w:pict>
      </w:r>
      <w:r>
        <w:pict>
          <v:shape id="TB1470" type="#hgpTextboxType" style="position:absolute;left:3.5580000000000007in;top:1.3in;width:1.55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1471" type="#hgpTextboxType" style="position:absolute;left:5.162000000000001in;top:1.3in;width:1.55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THURSDAY</w:t>
                  </w:r>
                </w:p>
              </w:txbxContent>
            </v:textbox>
          </v:shape>
        </w:pict>
      </w:r>
      <w:r>
        <w:pict>
          <v:shape id="TB1472" type="#hgpTextboxType" style="position:absolute;left:6.766000000000001in;top:1.3in;width:1.55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FRIDAY</w:t>
                  </w:r>
                </w:p>
              </w:txbxContent>
            </v:textbox>
          </v:shape>
        </w:pict>
      </w:r>
      <w:r>
        <w:pict>
          <v:shape id="TB1473" type="#hgpTextboxType" style="position:absolute;left:0.35in;top:1.6500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Chicken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Nugget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CNC BBQ Sauce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, Roll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474" type="#hgpTextboxType" style="position:absolute;left:1.9540000000000002in;top:1.6500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Sweet Battered 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Mini 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Turkey Corn Dogs</w:t>
                  </w:r>
                </w:p>
              </w:txbxContent>
            </v:textbox>
          </v:shape>
        </w:pict>
      </w:r>
      <w:r>
        <w:pict>
          <v:shape id="TB1475" type="#hgpTextboxType" style="position:absolute;left:3.5580000000000007in;top:1.6500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P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enne P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asta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w/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Marinara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&amp; Mozzarella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Cheese</w:t>
                  </w:r>
                </w:p>
              </w:txbxContent>
            </v:textbox>
          </v:shape>
        </w:pict>
      </w:r>
      <w:r>
        <w:pict>
          <v:shape id="TB1476" type="#hgpTextboxType" style="position:absolute;left:5.162000000000001in;top:1.6500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Huli 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Huli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 Chicken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with 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Rice Pilaf</w:t>
                  </w:r>
                </w:p>
              </w:txbxContent>
            </v:textbox>
          </v:shape>
        </w:pict>
      </w:r>
      <w:r>
        <w:pict>
          <v:shape id="TB1477" type="#hgpTextboxType" style="position:absolute;left:6.766000000000001in;top:1.6500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Pepperoni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 Pizza</w:t>
                  </w:r>
                </w:p>
              </w:txbxContent>
            </v:textbox>
          </v:shape>
        </w:pict>
      </w:r>
      <w:r>
        <w:pict>
          <v:shape id="TB1478" type="#hgpTextboxType" style="position:absolute;left:0.35in;top:2.771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Chef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Garden Salad with Hummus and a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Ham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&amp; 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Cheese Sandwich</w:t>
                  </w:r>
                </w:p>
              </w:txbxContent>
            </v:textbox>
          </v:shape>
        </w:pict>
      </w:r>
      <w:r>
        <w:pict>
          <v:shape id="TB1479" type="#hgpTextboxType" style="position:absolute;left:1.9540000000000002in;top:2.771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Chef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Garden Salad with Hummus and a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Ham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&amp; 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Cheese Sandwich</w:t>
                  </w:r>
                </w:p>
              </w:txbxContent>
            </v:textbox>
          </v:shape>
        </w:pict>
      </w:r>
      <w:r>
        <w:pict>
          <v:shape id="TB1480" type="#hgpTextboxType" style="position:absolute;left:3.5580000000000007in;top:2.771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Chef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Garden Salad with Hummus and a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Ham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&amp; 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Cheese Sandwich</w:t>
                  </w:r>
                </w:p>
              </w:txbxContent>
            </v:textbox>
          </v:shape>
        </w:pict>
      </w:r>
      <w:r>
        <w:pict>
          <v:shape id="TB1481" type="#hgpTextboxType" style="position:absolute;left:5.162000000000001in;top:2.771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Chef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Garden Salad with Hummus and a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Ham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&amp; 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Cheese Sandwich</w:t>
                  </w:r>
                </w:p>
              </w:txbxContent>
            </v:textbox>
          </v:shape>
        </w:pict>
      </w:r>
      <w:r>
        <w:pict>
          <v:shape id="TB1482" type="#hgpTextboxType" style="position:absolute;left:6.766000000000001in;top:2.771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Chef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Garden Salad with Hummus and a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Ham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&amp; 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Cheese Sandwich</w:t>
                  </w:r>
                </w:p>
              </w:txbxContent>
            </v:textbox>
          </v:shape>
        </w:pict>
      </w:r>
      <w:r>
        <w:pict>
          <v:shape id="TB1483" type="#hgpTextboxType" style="position:absolute;left:0.35in;top:3.89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French Fries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Celery Sticks</w:t>
                  </w:r>
                </w:p>
              </w:txbxContent>
            </v:textbox>
          </v:shape>
        </w:pict>
      </w:r>
      <w:r>
        <w:pict>
          <v:shape id="TB1484" type="#hgpTextboxType" style="position:absolute;left:1.9540000000000002in;top:3.89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Veggie Baked Beans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Grape Tomatoes</w:t>
                  </w:r>
                </w:p>
              </w:txbxContent>
            </v:textbox>
          </v:shape>
        </w:pict>
      </w:r>
      <w:r>
        <w:pict>
          <v:shape id="TB1485" type="#hgpTextboxType" style="position:absolute;left:3.5580000000000007in;top:3.89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Roasted Broccoli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Carrot Sticks</w:t>
                  </w:r>
                </w:p>
              </w:txbxContent>
            </v:textbox>
          </v:shape>
        </w:pict>
      </w:r>
      <w:r>
        <w:pict>
          <v:shape id="TB1486" type="#hgpTextboxType" style="position:absolute;left:5.162000000000001in;top:3.89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Seasoned Green Beans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Chilled Corn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487" type="#hgpTextboxType" style="position:absolute;left:6.766000000000001in;top:3.89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Roasted Local Root Vegetables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Cucumber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Salad</w:t>
                  </w:r>
                </w:p>
              </w:txbxContent>
            </v:textbox>
          </v:shape>
        </w:pict>
      </w:r>
      <w:r>
        <w:pict>
          <v:shape id="TB1488" type="#hgpTextboxType" style="position:absolute;left:0.35in;top:5.01375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Assorted Fresh Fruit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489" type="#hgpTextboxType" style="position:absolute;left:1.9540000000000002in;top:5.01375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Assorted Fresh Fruit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490" type="#hgpTextboxType" style="position:absolute;left:3.5580000000000007in;top:5.01375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Assorted Fresh Fruit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491" type="#hgpTextboxType" style="position:absolute;left:5.162000000000001in;top:5.01375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Assorted Fresh Fruit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492" type="#hgpTextboxType" style="position:absolute;left:6.766000000000001in;top:5.01375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Assorted Fresh Fruit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</w:p>
    <w:p>
      <w:pPr>
        <w:sectPr>
          <w:pgSz w:w="12240" w:h="15840"/>
          <w:pgMar w:top="0" w:right="0" w:bottom="0" w:left="0" w:header="720" w:footer="720" w:gutter="0"/>
          <w:cols w:space="720"/>
          <w:docGrid w:linePitch="360"/>
        </w:sectPr>
      </w:pPr>
    </w:p>
    <w:p>
      <w:pPr>
        <w:spacing w:before="0" w:after="0"/>
      </w:pPr>
      <w:r>
        <w:drawing>
          <wp:anchor behindDoc="1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5" name="Picture 5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hell_bg_rg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shape id="TB1493" type="#hgpTextboxType" style="position:absolute;left:0.29in;top:1.27in;width:8.030000000000001in;height:9.370000000000001in;z-index:10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494" type="#hgpTextboxType" style="position:absolute;left:1.893in;top:0.121in;width:5.399in;height:0.774in;z-index:15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42"/>
                      <w:color w:val="6ABD4A"/>
                    </w:rPr>
                    <w:t xml:space="preserve">SAT LUNCH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5"/>
                      <w:color w:val="5A5A52"/>
                    </w:rPr>
                    <w:t xml:space="preserve">Springfield Elementary Schools Week of September 21-25</w:t>
                  </w:r>
                </w:p>
              </w:txbxContent>
            </v:textbox>
          </v:shape>
        </w:pict>
      </w:r>
      <w:r>
        <w:pict>
          <v:shape id="TB1495" type="#hgpTextboxType" style="position:absolute;left:0.35in;top:1.3in;width:1.55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MONDAY</w:t>
                  </w:r>
                </w:p>
              </w:txbxContent>
            </v:textbox>
          </v:shape>
        </w:pict>
      </w:r>
      <w:r>
        <w:pict>
          <v:shape id="TB1496" type="#hgpTextboxType" style="position:absolute;left:1.9540000000000002in;top:1.3in;width:1.55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TUESDAY</w:t>
                  </w:r>
                </w:p>
              </w:txbxContent>
            </v:textbox>
          </v:shape>
        </w:pict>
      </w:r>
      <w:r>
        <w:pict>
          <v:shape id="TB1497" type="#hgpTextboxType" style="position:absolute;left:3.5580000000000007in;top:1.3in;width:1.55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1498" type="#hgpTextboxType" style="position:absolute;left:5.162000000000001in;top:1.3in;width:1.55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THURSDAY</w:t>
                  </w:r>
                </w:p>
              </w:txbxContent>
            </v:textbox>
          </v:shape>
        </w:pict>
      </w:r>
      <w:r>
        <w:pict>
          <v:shape id="TB1499" type="#hgpTextboxType" style="position:absolute;left:6.766000000000001in;top:1.3in;width:1.55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FRIDAY</w:t>
                  </w:r>
                </w:p>
              </w:txbxContent>
            </v:textbox>
          </v:shape>
        </w:pict>
      </w:r>
      <w:r>
        <w:pict>
          <v:shape id="TB1500" type="#hgpTextboxType" style="position:absolute;left:0.35in;top:1.6500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Halal Cheeseburger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w/fresh lettuce, tomato, onion</w:t>
                  </w:r>
                </w:p>
              </w:txbxContent>
            </v:textbox>
          </v:shape>
        </w:pict>
      </w:r>
      <w:r>
        <w:pict>
          <v:shape id="TB1501" type="#hgpTextboxType" style="position:absolute;left:1.9540000000000002in;top:1.6500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General Tso’s Chicken with 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Veggie Fried Rice</w:t>
                  </w:r>
                </w:p>
              </w:txbxContent>
            </v:textbox>
          </v:shape>
        </w:pict>
      </w:r>
      <w:r>
        <w:pict>
          <v:shape id="TB1502" type="#hgpTextboxType" style="position:absolute;left:3.5580000000000007in;top:1.6500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Mac n Cheese</w:t>
                  </w: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503" type="#hgpTextboxType" style="position:absolute;left:5.162000000000001in;top:1.6500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Chicken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&amp; Waffles, 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Apple Topping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 and Spicy Syrup</w:t>
                  </w:r>
                </w:p>
              </w:txbxContent>
            </v:textbox>
          </v:shape>
        </w:pict>
      </w:r>
      <w:r>
        <w:pict>
          <v:shape id="TB1504" type="#hgpTextboxType" style="position:absolute;left:6.766000000000001in;top:1.6500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Pepperoni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 Pizza</w:t>
                  </w:r>
                </w:p>
              </w:txbxContent>
            </v:textbox>
          </v:shape>
        </w:pict>
      </w:r>
      <w:r>
        <w:pict>
          <v:shape id="TB1505" type="#hgpTextboxType" style="position:absolute;left:0.35in;top:2.771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Chicken Caesar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Garden Salad &amp; a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Cheese Sandwich</w:t>
                  </w:r>
                </w:p>
              </w:txbxContent>
            </v:textbox>
          </v:shape>
        </w:pict>
      </w:r>
      <w:r>
        <w:pict>
          <v:shape id="TB1506" type="#hgpTextboxType" style="position:absolute;left:1.9540000000000002in;top:2.771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Chicken Caesar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Garden Salad &amp; a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Cheese Sandwich</w:t>
                  </w:r>
                </w:p>
              </w:txbxContent>
            </v:textbox>
          </v:shape>
        </w:pict>
      </w:r>
      <w:r>
        <w:pict>
          <v:shape id="TB1507" type="#hgpTextboxType" style="position:absolute;left:3.5580000000000007in;top:2.771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Chicken Caesar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Garden Salad &amp; a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Cheese Sandwich</w:t>
                  </w:r>
                </w:p>
              </w:txbxContent>
            </v:textbox>
          </v:shape>
        </w:pict>
      </w:r>
      <w:r>
        <w:pict>
          <v:shape id="TB1508" type="#hgpTextboxType" style="position:absolute;left:5.162000000000001in;top:2.771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Chicken Caesar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Garden Salad &amp; a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Cheese Sandwich</w:t>
                  </w:r>
                </w:p>
              </w:txbxContent>
            </v:textbox>
          </v:shape>
        </w:pict>
      </w:r>
      <w:r>
        <w:pict>
          <v:shape id="TB1509" type="#hgpTextboxType" style="position:absolute;left:6.766000000000001in;top:2.771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Chicken Caesar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Garden Salad &amp; a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Cheese Sandwich</w:t>
                  </w:r>
                </w:p>
              </w:txbxContent>
            </v:textbox>
          </v:shape>
        </w:pict>
      </w:r>
      <w:r>
        <w:pict>
          <v:shape id="TB1510" type="#hgpTextboxType" style="position:absolute;left:0.35in;top:3.89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French Fries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Carrot Sticks</w:t>
                  </w:r>
                </w:p>
              </w:txbxContent>
            </v:textbox>
          </v:shape>
        </w:pict>
      </w:r>
      <w:r>
        <w:pict>
          <v:shape id="TB1511" type="#hgpTextboxType" style="position:absolute;left:1.9540000000000002in;top:3.89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Seasoned Green Beans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Celery Sticks</w:t>
                  </w:r>
                </w:p>
              </w:txbxContent>
            </v:textbox>
          </v:shape>
        </w:pict>
      </w:r>
      <w:r>
        <w:pict>
          <v:shape id="TB1512" type="#hgpTextboxType" style="position:absolute;left:3.5580000000000007in;top:3.89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Roasted Broccoli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Grape Tomatoes</w:t>
                  </w:r>
                </w:p>
              </w:txbxContent>
            </v:textbox>
          </v:shape>
        </w:pict>
      </w:r>
      <w:r>
        <w:pict>
          <v:shape id="TB1513" type="#hgpTextboxType" style="position:absolute;left:5.162000000000001in;top:3.89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Mashed Sweet Potatoes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Chilled Corn</w:t>
                  </w:r>
                </w:p>
              </w:txbxContent>
            </v:textbox>
          </v:shape>
        </w:pict>
      </w:r>
      <w:r>
        <w:pict>
          <v:shape id="TB1514" type="#hgpTextboxType" style="position:absolute;left:6.766000000000001in;top:3.89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Steamed Broccoli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Black Bean Salad</w:t>
                  </w:r>
                </w:p>
              </w:txbxContent>
            </v:textbox>
          </v:shape>
        </w:pict>
      </w:r>
      <w:r>
        <w:pict>
          <v:shape id="TB1515" type="#hgpTextboxType" style="position:absolute;left:0.35in;top:5.01375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516" type="#hgpTextboxType" style="position:absolute;left:1.9540000000000002in;top:5.01375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517" type="#hgpTextboxType" style="position:absolute;left:3.5580000000000007in;top:5.01375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518" type="#hgpTextboxType" style="position:absolute;left:5.162000000000001in;top:5.01375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519" type="#hgpTextboxType" style="position:absolute;left:6.766000000000001in;top:5.01375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</w:p>
    <w:p>
      <w:pPr>
        <w:sectPr>
          <w:pgSz w:w="12240" w:h="15840"/>
          <w:pgMar w:top="0" w:right="0" w:bottom="0" w:left="0" w:header="720" w:footer="720" w:gutter="0"/>
          <w:cols w:space="720"/>
          <w:docGrid w:linePitch="360"/>
        </w:sectPr>
      </w:pPr>
    </w:p>
    <w:p>
      <w:pPr>
        <w:spacing w:before="0" w:after="0"/>
      </w:pPr>
      <w:r>
        <w:drawing>
          <wp:anchor behindDoc="1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6" name="Picture 6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hell_bg_rg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shape id="TB1520" type="#hgpTextboxType" style="position:absolute;left:0.29in;top:1.27in;width:8.030000000000001in;height:9.370000000000001in;z-index:10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521" type="#hgpTextboxType" style="position:absolute;left:1.893in;top:0.121in;width:5.399in;height:0.774in;z-index:15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42"/>
                      <w:color w:val="6ABD4A"/>
                    </w:rPr>
                    <w:t xml:space="preserve">SAT LUNCH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5"/>
                      <w:color w:val="5A5A52"/>
                    </w:rPr>
                    <w:t xml:space="preserve">Week of September 28- October 2</w:t>
                  </w:r>
                </w:p>
              </w:txbxContent>
            </v:textbox>
          </v:shape>
        </w:pict>
      </w:r>
      <w:r>
        <w:pict>
          <v:shape id="TB1522" type="#hgpTextboxType" style="position:absolute;left:0.35in;top:1.3in;width:1.55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MONDAY</w:t>
                  </w:r>
                </w:p>
              </w:txbxContent>
            </v:textbox>
          </v:shape>
        </w:pict>
      </w:r>
      <w:r>
        <w:pict>
          <v:shape id="TB1523" type="#hgpTextboxType" style="position:absolute;left:1.9540000000000002in;top:1.3in;width:1.55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TUESDAY</w:t>
                  </w:r>
                </w:p>
              </w:txbxContent>
            </v:textbox>
          </v:shape>
        </w:pict>
      </w:r>
      <w:r>
        <w:pict>
          <v:shape id="TB1524" type="#hgpTextboxType" style="position:absolute;left:3.5580000000000007in;top:1.3in;width:1.55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1525" type="#hgpTextboxType" style="position:absolute;left:5.162000000000001in;top:1.3in;width:1.55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THURSDAY</w:t>
                  </w:r>
                </w:p>
              </w:txbxContent>
            </v:textbox>
          </v:shape>
        </w:pict>
      </w:r>
      <w:r>
        <w:pict>
          <v:shape id="TB1526" type="#hgpTextboxType" style="position:absolute;left:6.766000000000001in;top:1.3in;width:1.55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FRIDAY</w:t>
                  </w:r>
                </w:p>
              </w:txbxContent>
            </v:textbox>
          </v:shape>
        </w:pict>
      </w:r>
      <w:r>
        <w:pict>
          <v:shape id="TB1527" type="#hgpTextboxType" style="position:absolute;left:0.35in;top:1.6500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Italian Meatball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Sub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w/Parmesan Cheese</w:t>
                  </w:r>
                </w:p>
              </w:txbxContent>
            </v:textbox>
          </v:shape>
        </w:pict>
      </w:r>
      <w:r>
        <w:pict>
          <v:shape id="TB1528" type="#hgpTextboxType" style="position:absolute;left:1.9540000000000002in;top:1.6500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Cheese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Nachos w/Toasted Tomato Salsa Fresca</w:t>
                  </w:r>
                </w:p>
              </w:txbxContent>
            </v:textbox>
          </v:shape>
        </w:pict>
      </w:r>
      <w:r>
        <w:pict>
          <v:shape id="TB1529" type="#hgpTextboxType" style="position:absolute;left:3.5580000000000007in;top:1.6500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Ziti w/Plant-based Bolognese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w/Parmesan Cheese</w:t>
                  </w:r>
                </w:p>
              </w:txbxContent>
            </v:textbox>
          </v:shape>
        </w:pict>
      </w:r>
      <w:r>
        <w:pict>
          <v:shape id="TB1530" type="#hgpTextboxType" style="position:absolute;left:5.162000000000001in;top:1.6500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Cheddar Chicken Bowl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w/Roll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531" type="#hgpTextboxType" style="position:absolute;left:6.766000000000001in;top:1.6500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Pepperoni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 Pizza</w:t>
                  </w:r>
                </w:p>
              </w:txbxContent>
            </v:textbox>
          </v:shape>
        </w:pict>
      </w:r>
      <w:r>
        <w:pict>
          <v:shape id="TB1532" type="#hgpTextboxType" style="position:absolute;left:0.35in;top:2.771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Buffalo Chicken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Garden Salad with Hummus and a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Ham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&amp; 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Cheese Sandwich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533" type="#hgpTextboxType" style="position:absolute;left:1.9540000000000002in;top:2.771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Buffalo Chicken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Garden Salad with Hummus and a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Ham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&amp; 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Cheese Sandwich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534" type="#hgpTextboxType" style="position:absolute;left:3.5580000000000007in;top:2.771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Buffalo Chicken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Garden Salad with Hummus and a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Ham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&amp; 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Cheese Sandwich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535" type="#hgpTextboxType" style="position:absolute;left:5.162000000000001in;top:2.771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Buffalo Chicken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Garden Salad with Hummus and a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Ham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&amp; 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Cheese Sandwich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536" type="#hgpTextboxType" style="position:absolute;left:6.766000000000001in;top:2.771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Buffalo Chicken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Garden Salad with Hummus and a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Ham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&amp; 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Cheese Sandwich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537" type="#hgpTextboxType" style="position:absolute;left:0.35in;top:3.89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Steamed C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arrots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Grape Tomatoes</w:t>
                  </w:r>
                </w:p>
              </w:txbxContent>
            </v:textbox>
          </v:shape>
        </w:pict>
      </w:r>
      <w:r>
        <w:pict>
          <v:shape id="TB1538" type="#hgpTextboxType" style="position:absolute;left:1.9540000000000002in;top:3.89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Steamed Corn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Black Bean Salad</w:t>
                  </w:r>
                </w:p>
              </w:txbxContent>
            </v:textbox>
          </v:shape>
        </w:pict>
      </w:r>
      <w:r>
        <w:pict>
          <v:shape id="TB1539" type="#hgpTextboxType" style="position:absolute;left:3.5580000000000007in;top:3.89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Roast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ed Broccoli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Carrot Sticks</w:t>
                  </w:r>
                </w:p>
              </w:txbxContent>
            </v:textbox>
          </v:shape>
        </w:pict>
      </w:r>
      <w:r>
        <w:pict>
          <v:shape id="TB1540" type="#hgpTextboxType" style="position:absolute;left:5.162000000000001in;top:3.89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Local Mashed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Potatoes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Chilled Corn</w:t>
                  </w:r>
                </w:p>
              </w:txbxContent>
            </v:textbox>
          </v:shape>
        </w:pict>
      </w:r>
      <w:r>
        <w:pict>
          <v:shape id="TB1541" type="#hgpTextboxType" style="position:absolute;left:6.766000000000001in;top:3.89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Seasoned Green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Beans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Cucumber Salad</w:t>
                  </w:r>
                </w:p>
              </w:txbxContent>
            </v:textbox>
          </v:shape>
        </w:pict>
      </w:r>
      <w:r>
        <w:pict>
          <v:shape id="TB1542" type="#hgpTextboxType" style="position:absolute;left:0.35in;top:5.01375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543" type="#hgpTextboxType" style="position:absolute;left:1.9540000000000002in;top:5.01375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544" type="#hgpTextboxType" style="position:absolute;left:3.5580000000000007in;top:5.01375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545" type="#hgpTextboxType" style="position:absolute;left:5.162000000000001in;top:5.01375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546" type="#hgpTextboxType" style="position:absolute;left:6.766000000000001in;top:5.01375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</w:p>
    <w:sectPr w:rsidR="00FC693F" w:rsidRPr="0006063C" w:rsidSect="00034616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