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851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PRE-K LUNCH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852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Chicken Nuggets w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/ Dinner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</w:txbxContent>
            </v:textbox>
          </v:shape>
        </w:pict>
      </w:r>
      <w:r>
        <w:pict>
          <v:shape id="TB853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Grilled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Vegetarian Baked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Bean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</w:t>
                  </w:r>
                </w:p>
              </w:txbxContent>
            </v:textbox>
          </v:shape>
        </w:pict>
      </w:r>
      <w:r>
        <w:pict>
          <v:shape id="TB854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Pasta &amp; Meatballs w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/Marinara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</w:txbxContent>
            </v:textbox>
          </v:shape>
        </w:pict>
      </w:r>
      <w:r>
        <w:pict>
          <v:shape id="TB855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Huli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Huli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Chicken with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Rice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Pilaf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</w:txbxContent>
            </v:textbox>
          </v:shape>
        </w:pict>
      </w:r>
      <w:r>
        <w:pict>
          <v:shape id="TB856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 Local Veg</w:t>
                  </w:r>
                </w:p>
              </w:txbxContent>
            </v:textbox>
          </v:shape>
        </w:pict>
      </w:r>
      <w:r>
        <w:pict>
          <v:shape id="TB857" type="#hgpTextboxType" style="position:absolute;left:0.35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Cheeseburger on a Bun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Fries</w:t>
                  </w:r>
                </w:p>
              </w:txbxContent>
            </v:textbox>
          </v:shape>
        </w:pict>
      </w:r>
      <w:r>
        <w:pict>
          <v:shape id="TB858" type="#hgpTextboxType" style="position:absolute;left:1.947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General Tso’s Chicken w/Veggie Fried Rice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</w:txbxContent>
            </v:textbox>
          </v:shape>
        </w:pict>
      </w:r>
      <w:r>
        <w:pict>
          <v:shape id="TB859" type="#hgpTextboxType" style="position:absolute;left:3.541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Mac &amp;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Broccoli</w:t>
                  </w:r>
                </w:p>
              </w:txbxContent>
            </v:textbox>
          </v:shape>
        </w:pict>
      </w:r>
      <w:r>
        <w:pict>
          <v:shape id="TB860" type="#hgpTextboxType" style="position:absolute;left:5.14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Stuffed Cheesy Bread w/Marinara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Sweet Potatoes</w:t>
                  </w:r>
                </w:p>
              </w:txbxContent>
            </v:textbox>
          </v:shape>
        </w:pict>
      </w:r>
      <w:r>
        <w:pict>
          <v:shape id="TB861" type="#hgpTextboxType" style="position:absolute;left:6.74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</w:txbxContent>
            </v:textbox>
          </v:shape>
        </w:pict>
      </w:r>
      <w:r>
        <w:pict>
          <v:shape id="TB862" type="#hgpTextboxType" style="position:absolute;left:0.35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Italian Meatball Sub w/Parmesan Cheese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Steamed Carrots</w:t>
                  </w:r>
                </w:p>
              </w:txbxContent>
            </v:textbox>
          </v:shape>
        </w:pict>
      </w:r>
      <w:r>
        <w:pict>
          <v:shape id="TB863" type="#hgpTextboxType" style="position:absolute;left:1.947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Nachos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Black Bean Salad</w:t>
                  </w:r>
                </w:p>
              </w:txbxContent>
            </v:textbox>
          </v:shape>
        </w:pict>
      </w:r>
      <w:r>
        <w:pict>
          <v:shape id="TB864" type="#hgpTextboxType" style="position:absolute;left:3.541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Baked Ziti with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Plant-based Bolognese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Ham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Roasted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Broccoli</w:t>
                  </w:r>
                </w:p>
              </w:txbxContent>
            </v:textbox>
          </v:shape>
        </w:pict>
      </w:r>
      <w:r>
        <w:pict>
          <v:shape id="TB865" type="#hgpTextboxType" style="position:absolute;left:5.14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Cheddar Chicken Bowl w/Roll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Ham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Mashed Potatoes</w:t>
                  </w:r>
                </w:p>
              </w:txbxContent>
            </v:textbox>
          </v:shape>
        </w:pict>
      </w:r>
      <w:r>
        <w:pict>
          <v:shape id="TB866" type="#hgpTextboxType" style="position:absolute;left:6.74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Pizza or Pepperoni Pizza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Turkey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Ham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Seasoned Green Beans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