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919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920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PRE-K &amp; DAYCARE BREAKFAST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September-October 2026</w:t>
                  </w:r>
                </w:p>
              </w:txbxContent>
            </v:textbox>
          </v:shape>
        </w:pict>
      </w:r>
      <w:r>
        <w:pict>
          <v:shape id="TB921" type="#hgpTextboxType" style="position:absolute;left:0.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922" type="#hgpTextboxType" style="position:absolute;left:1.68833333333333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923" type="#hgpTextboxType" style="position:absolute;left:3.0266666666666673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924" type="#hgpTextboxType" style="position:absolute;left:4.36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925" type="#hgpTextboxType" style="position:absolute;left:5.703333333333334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926" type="#hgpTextboxType" style="position:absolute;left:7.041666666666668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927" type="#hgpTextboxType" style="position:absolute;left:0.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Wild Blueberry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928" type="#hgpTextboxType" style="position:absolute;left:1.68833333333333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929" type="#hgpTextboxType" style="position:absolute;left:3.0266666666666673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Flakey Biscuit with Creamy Sausage Gravy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930" type="#hgpTextboxType" style="position:absolute;left:4.36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Flakey Biscuit with Creamy Sausage Gravy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931" type="#hgpTextboxType" style="position:absolute;left:5.703333333333334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932" type="#hgpTextboxType" style="position:absolute;left:7.041666666666668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Chicken Sausage &amp; Cheese English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933" type="#hgpTextboxType" style="position:absolute;left:0.3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Spiced Apple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934" type="#hgpTextboxType" style="position:absolute;left:1.688333333333333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Toast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w/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Syrup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935" type="#hgpTextboxType" style="position:absolute;left:3.0266666666666673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Yogurt with Cinnamon Goldfish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Cracker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936" type="#hgpTextboxType" style="position:absolute;left:4.36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Yogurt with Cinnamon Goldfish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Cracker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937" type="#hgpTextboxType" style="position:absolute;left:5.703333333333334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938" type="#hgpTextboxType" style="position:absolute;left:7.041666666666668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Egg &amp; Cheese English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939" type="#hgpTextboxType" style="position:absolute;left:0.3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Pumpkin Streusel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940" type="#hgpTextboxType" style="position:absolute;left:1.688333333333333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Pancakes w/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Syrup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941" type="#hgpTextboxType" style="position:absolute;left:3.0266666666666673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942" type="#hgpTextboxType" style="position:absolute;left:4.36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943" type="#hgpTextboxType" style="position:absolute;left:5.703333333333334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Bagel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w/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pread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944" type="#hgpTextboxType" style="position:absolute;left:7.041666666666668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