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type id="hgpTextboxType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TB945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946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MIDDLE SCHOOL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Springfield Middle School August 24-28</w:t>
                  </w:r>
                </w:p>
              </w:txbxContent>
            </v:textbox>
          </v:shape>
        </w:pict>
      </w:r>
      <w:r>
        <w:pict>
          <v:shape id="TB947" type="#hgpTextboxType" style="position:absolute;left:1.4500000000000002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948" type="#hgpTextboxType" style="position:absolute;left:2.8340000000000005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949" type="#hgpTextboxType" style="position:absolute;left:4.218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950" type="#hgpTextboxType" style="position:absolute;left:5.602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951" type="#hgpTextboxType" style="position:absolute;left:6.986000000000001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952" type="#hgpTextboxType" style="position:absolute;left:0.35in;top:1.6500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CREATE</w:t>
                  </w:r>
                </w:p>
              </w:txbxContent>
            </v:textbox>
          </v:shape>
        </w:pict>
      </w:r>
      <w:r>
        <w:pict>
          <v:shape id="TB953" type="#hgpTextboxType" style="position:absolute;left:1.4500000000000002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Steak &amp; Cheese Calzone with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Ranch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Dipping Sauce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954" type="#hgpTextboxType" style="position:absolute;left:2.8340000000000005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General Tso’s Chicken with Veggie Fried Rice</w:t>
                  </w:r>
                </w:p>
              </w:txbxContent>
            </v:textbox>
          </v:shape>
        </w:pict>
      </w:r>
      <w:r>
        <w:pict>
          <v:shape id="TB955" type="#hgpTextboxType" style="position:absolute;left:4.218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Mac n Cheese </w:t>
                  </w:r>
                </w:p>
              </w:txbxContent>
            </v:textbox>
          </v:shape>
        </w:pict>
      </w:r>
      <w:r>
        <w:pict>
          <v:shape id="TB956" type="#hgpTextboxType" style="position:absolute;left:5.602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 Drumstick &amp; Waffles,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Apple Topping and Spicy Syrup</w:t>
                  </w:r>
                </w:p>
              </w:txbxContent>
            </v:textbox>
          </v:shape>
        </w:pict>
      </w:r>
      <w:r>
        <w:pict>
          <v:shape id="TB957" type="#hgpTextboxType" style="position:absolute;left:6.986000000000001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Nacho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PB Nacho Crumbles, Cheese Sauce, 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Roasted Corn,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Sour Cream, Salsa,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Tortilla Chips</w:t>
                  </w:r>
                </w:p>
              </w:txbxContent>
            </v:textbox>
          </v:shape>
        </w:pict>
      </w:r>
      <w:r>
        <w:pict>
          <v:shape id="TB958" type="#hgpTextboxType" style="position:absolute;left:0.35in;top:2.771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GRILLED</w:t>
                  </w:r>
                </w:p>
              </w:txbxContent>
            </v:textbox>
          </v:shape>
        </w:pict>
      </w:r>
      <w:r>
        <w:pict>
          <v:shape id="TB959" type="#hgpTextboxType" style="position:absolute;left:1.4500000000000002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Crispy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Chicken Sandwich</w:t>
                  </w:r>
                </w:p>
              </w:txbxContent>
            </v:textbox>
          </v:shape>
        </w:pict>
      </w:r>
      <w:r>
        <w:pict>
          <v:shape id="TB960" type="#hgpTextboxType" style="position:absolute;left:2.8340000000000005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Falafel Parm Sandwich</w:t>
                  </w:r>
                </w:p>
              </w:txbxContent>
            </v:textbox>
          </v:shape>
        </w:pict>
      </w:r>
      <w:r>
        <w:pict>
          <v:shape id="TB961" type="#hgpTextboxType" style="position:absolute;left:4.218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Spicy Chicken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)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Patty</w:t>
                  </w:r>
                </w:p>
              </w:txbxContent>
            </v:textbox>
          </v:shape>
        </w:pict>
      </w:r>
      <w:r>
        <w:pict>
          <v:shape id="TB962" type="#hgpTextboxType" style="position:absolute;left:5.602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Jalapeno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Halal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Cheeseburger</w:t>
                  </w:r>
                </w:p>
              </w:txbxContent>
            </v:textbox>
          </v:shape>
        </w:pict>
      </w:r>
      <w:r>
        <w:pict>
          <v:shape id="TB963" type="#hgpTextboxType" style="position:absolute;left:6.986000000000001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OMM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Pizza</w:t>
                  </w:r>
                </w:p>
              </w:txbxContent>
            </v:textbox>
          </v:shape>
        </w:pict>
      </w:r>
      <w:r>
        <w:pict>
          <v:shape id="TB964" type="#hgpTextboxType" style="position:absolute;left:0.35in;top:3.89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GRILLED</w:t>
                  </w:r>
                </w:p>
              </w:txbxContent>
            </v:textbox>
          </v:shape>
        </w:pict>
      </w:r>
      <w:r>
        <w:pict>
          <v:shape id="TB965" type="#hgpTextboxType" style="position:absolute;left:1.4500000000000002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 Sides – Sliced Tomato, Green Leaf Lettuce, Sliced Onion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, homegrown Burger Sauce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Vegetarian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: Black Bean Burger Offered Daily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Halal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: Halal Cheeseburger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Offered Daily</w:t>
                  </w:r>
                </w:p>
              </w:txbxContent>
            </v:textbox>
          </v:shape>
        </w:pict>
      </w:r>
      <w:r>
        <w:pict>
          <v:shape id="TB966" type="#hgpTextboxType" style="position:absolute;left:2.8340000000000005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 Sides – Sliced Tomato, Green Leaf Lettuce, Sliced Onion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, homegrown Burger Sauce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Vegetarian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: Black Bean Burger Offered Daily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Halal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: Halal Cheeseburger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Offered Daily</w:t>
                  </w:r>
                </w:p>
              </w:txbxContent>
            </v:textbox>
          </v:shape>
        </w:pict>
      </w:r>
      <w:r>
        <w:pict>
          <v:shape id="TB967" type="#hgpTextboxType" style="position:absolute;left:4.218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 Sides – Sliced Tomato, Green Leaf Lettuce, Sliced Onion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, homegrown Burger Sauce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Vegetarian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: Black Bean Burger Offered Daily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Halal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: Halal Cheeseburger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Offered Daily</w:t>
                  </w:r>
                </w:p>
              </w:txbxContent>
            </v:textbox>
          </v:shape>
        </w:pict>
      </w:r>
      <w:r>
        <w:pict>
          <v:shape id="TB968" type="#hgpTextboxType" style="position:absolute;left:5.602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 Sides – Sliced Tomato, Green Leaf Lettuce, Sliced Onion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, homegrown Burger Sauce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Vegetarian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: Black Bean Burger Offered Daily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Halal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: Halal Cheeseburger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Offered Daily</w:t>
                  </w:r>
                </w:p>
              </w:txbxContent>
            </v:textbox>
          </v:shape>
        </w:pict>
      </w:r>
      <w:r>
        <w:pict>
          <v:shape id="TB969" type="#hgpTextboxType" style="position:absolute;left:6.986000000000001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 Sides – Sliced Tomato, Green Leaf Lettuce, Sliced Onion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, homegrown Burger Sauce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Vegetarian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: Black Bean Burger Offered Daily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Halal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: Halal Cheeseburger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Offered Daily</w:t>
                  </w:r>
                </w:p>
              </w:txbxContent>
            </v:textbox>
          </v:shape>
        </w:pict>
      </w:r>
      <w:r>
        <w:pict>
          <v:shape id="TB970" type="#hgpTextboxType" style="position:absolute;left:0.35in;top:5.01375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ON THE GO</w:t>
                  </w:r>
                </w:p>
              </w:txbxContent>
            </v:textbox>
          </v:shape>
        </w:pict>
      </w:r>
      <w:r>
        <w:pict>
          <v:shape id="TB971" type="#hgpTextboxType" style="position:absolute;left:1.4500000000000002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972" type="#hgpTextboxType" style="position:absolute;left:2.8340000000000005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973" type="#hgpTextboxType" style="position:absolute;left:4.218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974" type="#hgpTextboxType" style="position:absolute;left:5.602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975" type="#hgpTextboxType" style="position:absolute;left:6.986000000000001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976" type="#hgpTextboxType" style="position:absolute;left:0.35in;top:6.135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EXTRA</w:t>
                  </w:r>
                </w:p>
              </w:txbxContent>
            </v:textbox>
          </v:shape>
        </w:pict>
      </w:r>
      <w:r>
        <w:pict>
          <v:shape id="TB977" type="#hgpTextboxType" style="position:absolute;left:1.4500000000000002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French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978" type="#hgpTextboxType" style="position:absolute;left:2.8340000000000005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Seasoned Green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979" type="#hgpTextboxType" style="position:absolute;left:4.218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Roasted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980" type="#hgpTextboxType" style="position:absolute;left:5.602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Mashed Sweet Potatoes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981" type="#hgpTextboxType" style="position:absolute;left:6.986000000000001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Side Caesar Salad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Black Bean Salad</w:t>
                  </w:r>
                </w:p>
              </w:txbxContent>
            </v:textbox>
          </v:shape>
        </w:pict>
      </w:r>
      <w:r>
        <w:pict>
          <v:shape id="TB982" type="#hgpTextboxType" style="position:absolute;left:0.35in;top:7.256250000000000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AVAILABLE DAILY</w:t>
                  </w:r>
                </w:p>
              </w:txbxContent>
            </v:textbox>
          </v:shape>
        </w:pict>
      </w:r>
      <w:r>
        <w:pict>
          <v:shape id="TB983" type="#hgpTextboxType" style="position:absolute;left:1.4500000000000002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984" type="#hgpTextboxType" style="position:absolute;left:2.8340000000000005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985" type="#hgpTextboxType" style="position:absolute;left:4.218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986" type="#hgpTextboxType" style="position:absolute;left:5.602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987" type="#hgpTextboxType" style="position:absolute;left:6.986000000000001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2" name="Picture 2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988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989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MIDDLE SCHOOL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Springfield Middle Schools August 31- September 4</w:t>
                  </w:r>
                </w:p>
              </w:txbxContent>
            </v:textbox>
          </v:shape>
        </w:pict>
      </w:r>
      <w:r>
        <w:pict>
          <v:shape id="TB990" type="#hgpTextboxType" style="position:absolute;left:1.4500000000000002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991" type="#hgpTextboxType" style="position:absolute;left:2.8340000000000005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992" type="#hgpTextboxType" style="position:absolute;left:4.218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993" type="#hgpTextboxType" style="position:absolute;left:5.602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994" type="#hgpTextboxType" style="position:absolute;left:6.986000000000001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995" type="#hgpTextboxType" style="position:absolute;left:0.35in;top:1.6500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CREATE</w:t>
                  </w:r>
                </w:p>
              </w:txbxContent>
            </v:textbox>
          </v:shape>
        </w:pict>
      </w:r>
      <w:r>
        <w:pict>
          <v:shape id="TB996" type="#hgpTextboxType" style="position:absolute;left:1.4500000000000002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Hawaiian Pineapple Chicken Bowl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with Brown Rice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&amp;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Corn &amp; Pineapple Salsa</w:t>
                  </w:r>
                </w:p>
              </w:txbxContent>
            </v:textbox>
          </v:shape>
        </w:pict>
      </w:r>
      <w:r>
        <w:pict>
          <v:shape id="TB997" type="#hgpTextboxType" style="position:absolute;left:2.8340000000000005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NO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SCHOOL</w:t>
                  </w:r>
                </w:p>
              </w:txbxContent>
            </v:textbox>
          </v:shape>
        </w:pict>
      </w:r>
      <w:r>
        <w:pict>
          <v:shape id="TB998" type="#hgpTextboxType" style="position:absolute;left:4.218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Baked Ziti w/Plant-based Bolognese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&amp; Garlic Dinner Roll</w:t>
                  </w:r>
                </w:p>
              </w:txbxContent>
            </v:textbox>
          </v:shape>
        </w:pict>
      </w:r>
      <w:r>
        <w:pict>
          <v:shape id="TB999" type="#hgpTextboxType" style="position:absolute;left:5.602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Cheddar Chicken Bowl w/Tenders</w:t>
                  </w:r>
                </w:p>
              </w:txbxContent>
            </v:textbox>
          </v:shape>
        </w:pict>
      </w:r>
      <w:r>
        <w:pict>
          <v:shape id="TB1000" type="#hgpTextboxType" style="position:absolute;left:6.986000000000001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Chipotle Rice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Chipotle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Chicken, Seasoned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Rice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,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Pico de Gallo, Cheddar Cheese, Roasted Corn, Sour Cream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001" type="#hgpTextboxType" style="position:absolute;left:0.35in;top:2.771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PIZZA</w:t>
                  </w:r>
                </w:p>
              </w:txbxContent>
            </v:textbox>
          </v:shape>
        </w:pict>
      </w:r>
      <w:r>
        <w:pict>
          <v:shape id="TB1002" type="#hgpTextboxType" style="position:absolute;left:1.4500000000000002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Pepperoni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Stuffed Cheesy Bread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w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/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Marinara </w:t>
                  </w:r>
                </w:p>
              </w:txbxContent>
            </v:textbox>
          </v:shape>
        </w:pict>
      </w:r>
      <w:r>
        <w:pict>
          <v:shape id="TB1003" type="#hgpTextboxType" style="position:absolute;left:2.8340000000000005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Pepperoni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Stuffed Cheesy Bread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w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/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Marinara </w:t>
                  </w:r>
                </w:p>
              </w:txbxContent>
            </v:textbox>
          </v:shape>
        </w:pict>
      </w:r>
      <w:r>
        <w:pict>
          <v:shape id="TB1004" type="#hgpTextboxType" style="position:absolute;left:4.218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Pepperoni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Stuffed Cheesy Bread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w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/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Marinara </w:t>
                  </w:r>
                </w:p>
              </w:txbxContent>
            </v:textbox>
          </v:shape>
        </w:pict>
      </w:r>
      <w:r>
        <w:pict>
          <v:shape id="TB1005" type="#hgpTextboxType" style="position:absolute;left:5.602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Pepperoni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Stuffed Cheesy Bread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w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/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Marinara </w:t>
                  </w:r>
                </w:p>
              </w:txbxContent>
            </v:textbox>
          </v:shape>
        </w:pict>
      </w:r>
      <w:r>
        <w:pict>
          <v:shape id="TB1006" type="#hgpTextboxType" style="position:absolute;left:6.986000000000001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Pepperoni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Stuffed Cheesy Bread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w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/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Marinara </w:t>
                  </w:r>
                </w:p>
              </w:txbxContent>
            </v:textbox>
          </v:shape>
        </w:pict>
      </w:r>
      <w:r>
        <w:pict>
          <v:shape id="TB1007" type="#hgpTextboxType" style="position:absolute;left:0.35in;top:3.89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ON THE GO</w:t>
                  </w:r>
                </w:p>
              </w:txbxContent>
            </v:textbox>
          </v:shape>
        </w:pict>
      </w:r>
      <w:r>
        <w:pict>
          <v:shape id="TB1008" type="#hgpTextboxType" style="position:absolute;left:1.4500000000000002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Cobb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OMM Toast Points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m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1009" type="#hgpTextboxType" style="position:absolute;left:2.8340000000000005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Cobb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OMM Toast Points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m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1010" type="#hgpTextboxType" style="position:absolute;left:4.218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Cobb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OMM Toast Points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m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1011" type="#hgpTextboxType" style="position:absolute;left:5.602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Cobb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OMM Toast Points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m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1012" type="#hgpTextboxType" style="position:absolute;left:6.986000000000001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Cobb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OMM Toast Points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m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1013" type="#hgpTextboxType" style="position:absolute;left:0.35in;top:5.01375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EXTRA</w:t>
                  </w:r>
                </w:p>
              </w:txbxContent>
            </v:textbox>
          </v:shape>
        </w:pict>
      </w:r>
      <w:r>
        <w:pict>
          <v:shape id="TB1014" type="#hgpTextboxType" style="position:absolute;left:1.4500000000000002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1015" type="#hgpTextboxType" style="position:absolute;left:2.8340000000000005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016" type="#hgpTextboxType" style="position:absolute;left:4.218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Roast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ed Broccoli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1017" type="#hgpTextboxType" style="position:absolute;left:5.602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Local Mashed Potatoes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1018" type="#hgpTextboxType" style="position:absolute;left:6.986000000000001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Stewed Black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Cucumber Salad</w:t>
                  </w:r>
                </w:p>
              </w:txbxContent>
            </v:textbox>
          </v:shape>
        </w:pict>
      </w:r>
      <w:r>
        <w:pict>
          <v:shape id="TB1019" type="#hgpTextboxType" style="position:absolute;left:0.35in;top:6.135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AVAILABLE DAILY</w:t>
                  </w:r>
                </w:p>
              </w:txbxContent>
            </v:textbox>
          </v:shape>
        </w:pict>
      </w:r>
      <w:r>
        <w:pict>
          <v:shape id="TB1020" type="#hgpTextboxType" style="position:absolute;left:1.4500000000000002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021" type="#hgpTextboxType" style="position:absolute;left:2.8340000000000005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022" type="#hgpTextboxType" style="position:absolute;left:4.218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023" type="#hgpTextboxType" style="position:absolute;left:5.602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024" type="#hgpTextboxType" style="position:absolute;left:6.986000000000001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3" name="Picture 3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1025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026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MIDDLE SCHOOL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Springfield Middle Schools September 7-11</w:t>
                  </w:r>
                </w:p>
              </w:txbxContent>
            </v:textbox>
          </v:shape>
        </w:pict>
      </w:r>
      <w:r>
        <w:pict>
          <v:shape id="TB1027" type="#hgpTextboxType" style="position:absolute;left:1.4500000000000002in;top:1.3in;width:1.103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0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1028" type="#hgpTextboxType" style="position:absolute;left:2.6033333333333335in;top:1.3in;width:1.103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0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1029" type="#hgpTextboxType" style="position:absolute;left:3.7566666666666673in;top:1.3in;width:1.103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0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1030" type="#hgpTextboxType" style="position:absolute;left:4.910000000000001in;top:1.3in;width:1.103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0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1031" type="#hgpTextboxType" style="position:absolute;left:6.063333333333334in;top:1.3in;width:1.103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0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1032" type="#hgpTextboxType" style="position:absolute;left:7.216666666666668in;top:1.3in;width:1.103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0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1033" type="#hgpTextboxType" style="position:absolute;left:0.35in;top:1.6500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CREATE</w:t>
                  </w:r>
                </w:p>
              </w:txbxContent>
            </v:textbox>
          </v:shape>
        </w:pict>
      </w:r>
      <w:r>
        <w:pict>
          <v:shape id="TB1034" type="#hgpTextboxType" style="position:absolute;left:1.4500000000000002in;top:1.650000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NO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SCHOOL</w:t>
                  </w:r>
                </w:p>
              </w:txbxContent>
            </v:textbox>
          </v:shape>
        </w:pict>
      </w:r>
      <w:r>
        <w:pict>
          <v:shape id="TB1035" type="#hgpTextboxType" style="position:absolute;left:2.6033333333333335in;top:1.650000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Philly Cheese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Steak Hoagie Sandwich </w:t>
                  </w:r>
                </w:p>
              </w:txbxContent>
            </v:textbox>
          </v:shape>
        </w:pict>
      </w:r>
      <w:r>
        <w:pict>
          <v:shape id="TB1036" type="#hgpTextboxType" style="position:absolute;left:3.7566666666666673in;top:1.650000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French Toast Sticks with CNC Chicken Breakfast Sausage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&amp; Syrup</w:t>
                  </w:r>
                </w:p>
              </w:txbxContent>
            </v:textbox>
          </v:shape>
        </w:pict>
      </w:r>
      <w:r>
        <w:pict>
          <v:shape id="TB1037" type="#hgpTextboxType" style="position:absolute;left:4.910000000000001in;top:1.650000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French Toast Sticks with CNC Chicken Breakfast Sausage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&amp; Syrup</w:t>
                  </w:r>
                </w:p>
              </w:txbxContent>
            </v:textbox>
          </v:shape>
        </w:pict>
      </w:r>
      <w:r>
        <w:pict>
          <v:shape id="TB1038" type="#hgpTextboxType" style="position:absolute;left:6.063333333333334in;top:1.650000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lant-based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Taco Salad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Seasoned Rice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&amp; Pico de Gallo</w:t>
                  </w:r>
                </w:p>
              </w:txbxContent>
            </v:textbox>
          </v:shape>
        </w:pict>
      </w:r>
      <w:r>
        <w:pict>
          <v:shape id="TB1039" type="#hgpTextboxType" style="position:absolute;left:7.216666666666668in;top:1.650000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Asopao de Pollo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Chicken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Stew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with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Seasoned Rice</w:t>
                  </w:r>
                </w:p>
              </w:txbxContent>
            </v:textbox>
          </v:shape>
        </w:pict>
      </w:r>
      <w:r>
        <w:pict>
          <v:shape id="TB1040" type="#hgpTextboxType" style="position:absolute;left:0.35in;top:2.771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GRILLED</w:t>
                  </w:r>
                </w:p>
              </w:txbxContent>
            </v:textbox>
          </v:shape>
        </w:pict>
      </w:r>
      <w:r>
        <w:pict>
          <v:shape id="TB1041" type="#hgpTextboxType" style="position:absolute;left:1.4500000000000002in;top:2.77125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042" type="#hgpTextboxType" style="position:absolute;left:2.6033333333333335in;top:2.77125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Jalapeno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Halal Cheeseburger</w:t>
                  </w:r>
                </w:p>
              </w:txbxContent>
            </v:textbox>
          </v:shape>
        </w:pict>
      </w:r>
      <w:r>
        <w:pict>
          <v:shape id="TB1043" type="#hgpTextboxType" style="position:absolute;left:3.7566666666666673in;top:2.77125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Falafel Parm Sandwich</w:t>
                  </w:r>
                </w:p>
              </w:txbxContent>
            </v:textbox>
          </v:shape>
        </w:pict>
      </w:r>
      <w:r>
        <w:pict>
          <v:shape id="TB1044" type="#hgpTextboxType" style="position:absolute;left:4.910000000000001in;top:2.77125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Crispy Chicken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Sandwich</w:t>
                  </w:r>
                </w:p>
              </w:txbxContent>
            </v:textbox>
          </v:shape>
        </w:pict>
      </w:r>
      <w:r>
        <w:pict>
          <v:shape id="TB1045" type="#hgpTextboxType" style="position:absolute;left:6.063333333333334in;top:2.77125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Crispy Chicken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Sandwich</w:t>
                  </w:r>
                </w:p>
              </w:txbxContent>
            </v:textbox>
          </v:shape>
        </w:pict>
      </w:r>
      <w:r>
        <w:pict>
          <v:shape id="TB1046" type="#hgpTextboxType" style="position:absolute;left:7.216666666666668in;top:2.77125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OMM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Pizzas</w:t>
                  </w:r>
                </w:p>
              </w:txbxContent>
            </v:textbox>
          </v:shape>
        </w:pict>
      </w:r>
      <w:r>
        <w:pict>
          <v:shape id="TB1047" type="#hgpTextboxType" style="position:absolute;left:0.35in;top:3.89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GRILLED</w:t>
                  </w:r>
                </w:p>
              </w:txbxContent>
            </v:textbox>
          </v:shape>
        </w:pict>
      </w:r>
      <w:r>
        <w:pict>
          <v:shape id="TB1048" type="#hgpTextboxType" style="position:absolute;left:1.4500000000000002in;top:3.8925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 Sides – Sliced Tomato, Green Leaf Lettuce, Sliced Onion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,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H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omegrown Burger Sauce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Vegetarian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: Black Bean Burger Offered Daily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Halal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: Halal Cheeseburger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Offered Daily</w:t>
                  </w:r>
                </w:p>
              </w:txbxContent>
            </v:textbox>
          </v:shape>
        </w:pict>
      </w:r>
      <w:r>
        <w:pict>
          <v:shape id="TB1049" type="#hgpTextboxType" style="position:absolute;left:2.6033333333333335in;top:3.8925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 Sides – Sliced Tomato, Green Leaf Lettuce, Sliced Onion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,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H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omegrown Burger Sauce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Vegetarian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: Black Bean Burger Offered Daily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Halal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: Halal Cheeseburger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Offered Daily</w:t>
                  </w:r>
                </w:p>
              </w:txbxContent>
            </v:textbox>
          </v:shape>
        </w:pict>
      </w:r>
      <w:r>
        <w:pict>
          <v:shape id="TB1050" type="#hgpTextboxType" style="position:absolute;left:3.7566666666666673in;top:3.8925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 Sides – Sliced Tomato, Green Leaf Lettuce, Sliced Onion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,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H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omegrown Burger Sauce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Vegetarian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: Black Bean Burger Offered Daily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Halal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: Halal Cheeseburger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Offered Daily</w:t>
                  </w:r>
                </w:p>
              </w:txbxContent>
            </v:textbox>
          </v:shape>
        </w:pict>
      </w:r>
      <w:r>
        <w:pict>
          <v:shape id="TB1051" type="#hgpTextboxType" style="position:absolute;left:4.910000000000001in;top:3.8925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 Sides – Sliced Tomato, Green Leaf Lettuce, Sliced Onion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,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H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omegrown Burger Sauce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Vegetarian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: Black Bean Burger Offered Daily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Halal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: Halal Cheeseburger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Offered Daily</w:t>
                  </w:r>
                </w:p>
              </w:txbxContent>
            </v:textbox>
          </v:shape>
        </w:pict>
      </w:r>
      <w:r>
        <w:pict>
          <v:shape id="TB1052" type="#hgpTextboxType" style="position:absolute;left:6.063333333333334in;top:3.8925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 Sides – Sliced Tomato, Green Leaf Lettuce, Sliced Onion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,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H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omegrown Burger Sauce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Vegetarian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: Black Bean Burger Offered Daily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Halal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: Halal Cheeseburger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Offered Daily</w:t>
                  </w:r>
                </w:p>
              </w:txbxContent>
            </v:textbox>
          </v:shape>
        </w:pict>
      </w:r>
      <w:r>
        <w:pict>
          <v:shape id="TB1053" type="#hgpTextboxType" style="position:absolute;left:7.216666666666668in;top:3.8925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 Sides – Sliced Tomato, Green Leaf Lettuce, Sliced Onion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,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H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omegrown Burger Sauce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Vegetarian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: Black Bean Burger Offered Daily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Halal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: Halal Cheeseburger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Offered Daily</w:t>
                  </w:r>
                </w:p>
              </w:txbxContent>
            </v:textbox>
          </v:shape>
        </w:pict>
      </w:r>
      <w:r>
        <w:pict>
          <v:shape id="TB1054" type="#hgpTextboxType" style="position:absolute;left:0.35in;top:5.01375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ON THE GO</w:t>
                  </w:r>
                </w:p>
              </w:txbxContent>
            </v:textbox>
          </v:shape>
        </w:pict>
      </w:r>
      <w:r>
        <w:pict>
          <v:shape id="TB1055" type="#hgpTextboxType" style="position:absolute;left:1.4500000000000002in;top:5.01375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Vegan Mediterranean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1056" type="#hgpTextboxType" style="position:absolute;left:2.6033333333333335in;top:5.01375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Vegan Mediterranean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1057" type="#hgpTextboxType" style="position:absolute;left:3.7566666666666673in;top:5.01375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Vegan Mediterranean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1058" type="#hgpTextboxType" style="position:absolute;left:4.910000000000001in;top:5.01375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Vegan Mediterranean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1059" type="#hgpTextboxType" style="position:absolute;left:6.063333333333334in;top:5.01375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Vegan Mediterranean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1060" type="#hgpTextboxType" style="position:absolute;left:7.216666666666668in;top:5.01375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Vegan Mediterranean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1061" type="#hgpTextboxType" style="position:absolute;left:0.35in;top:6.135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EXTRA</w:t>
                  </w:r>
                </w:p>
              </w:txbxContent>
            </v:textbox>
          </v:shape>
        </w:pict>
      </w:r>
      <w:r>
        <w:pict>
          <v:shape id="TB1062" type="#hgpTextboxType" style="position:absolute;left:1.4500000000000002in;top:6.13500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063" type="#hgpTextboxType" style="position:absolute;left:2.6033333333333335in;top:6.13500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French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1064" type="#hgpTextboxType" style="position:absolute;left:3.7566666666666673in;top:6.13500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Mashed Butternut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1065" type="#hgpTextboxType" style="position:absolute;left:4.910000000000001in;top:6.13500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Mashed Butternut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1066" type="#hgpTextboxType" style="position:absolute;left:6.063333333333334in;top:6.13500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Stewed Black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1067" type="#hgpTextboxType" style="position:absolute;left:7.216666666666668in;top:6.13500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Chilled Corn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Broccoli Florets</w:t>
                  </w:r>
                </w:p>
              </w:txbxContent>
            </v:textbox>
          </v:shape>
        </w:pict>
      </w:r>
      <w:r>
        <w:pict>
          <v:shape id="TB1068" type="#hgpTextboxType" style="position:absolute;left:0.35in;top:7.256250000000000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AVAILABLE DAILY</w:t>
                  </w:r>
                </w:p>
              </w:txbxContent>
            </v:textbox>
          </v:shape>
        </w:pict>
      </w:r>
      <w:r>
        <w:pict>
          <v:shape id="TB1069" type="#hgpTextboxType" style="position:absolute;left:1.4500000000000002in;top:7.2562500000000005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070" type="#hgpTextboxType" style="position:absolute;left:2.6033333333333335in;top:7.2562500000000005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071" type="#hgpTextboxType" style="position:absolute;left:3.7566666666666673in;top:7.2562500000000005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072" type="#hgpTextboxType" style="position:absolute;left:4.910000000000001in;top:7.2562500000000005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073" type="#hgpTextboxType" style="position:absolute;left:6.063333333333334in;top:7.2562500000000005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074" type="#hgpTextboxType" style="position:absolute;left:7.216666666666668in;top:7.2562500000000005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4" name="Picture 4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1075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076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MIDDLE SCHOOL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Springfield Middle Schools September 14-18</w:t>
                  </w:r>
                </w:p>
              </w:txbxContent>
            </v:textbox>
          </v:shape>
        </w:pict>
      </w:r>
      <w:r>
        <w:pict>
          <v:shape id="TB1077" type="#hgpTextboxType" style="position:absolute;left:1.4500000000000002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1078" type="#hgpTextboxType" style="position:absolute;left:2.8340000000000005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1079" type="#hgpTextboxType" style="position:absolute;left:4.218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1080" type="#hgpTextboxType" style="position:absolute;left:5.602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1081" type="#hgpTextboxType" style="position:absolute;left:6.986000000000001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1082" type="#hgpTextboxType" style="position:absolute;left:0.35in;top:1.6500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CREATE</w:t>
                  </w:r>
                </w:p>
              </w:txbxContent>
            </v:textbox>
          </v:shape>
        </w:pict>
      </w:r>
      <w:r>
        <w:pict>
          <v:shape id="TB1083" type="#hgpTextboxType" style="position:absolute;left:1.4500000000000002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Nugget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CNC BBQ Sauce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, Roll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084" type="#hgpTextboxType" style="position:absolute;left:2.8340000000000005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Sweet Battered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Mini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Turkey Corn Dogs</w:t>
                  </w:r>
                </w:p>
              </w:txbxContent>
            </v:textbox>
          </v:shape>
        </w:pict>
      </w:r>
      <w:r>
        <w:pict>
          <v:shape id="TB1085" type="#hgpTextboxType" style="position:absolute;left:4.218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Pasta &amp; Meatballs with Marinara &amp; Parmesan Cheese</w:t>
                  </w:r>
                </w:p>
              </w:txbxContent>
            </v:textbox>
          </v:shape>
        </w:pict>
      </w:r>
      <w:r>
        <w:pict>
          <v:shape id="TB1086" type="#hgpTextboxType" style="position:absolute;left:5.602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Huli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Huli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Chicken with Rice Pilaf</w:t>
                  </w:r>
                </w:p>
              </w:txbxContent>
            </v:textbox>
          </v:shape>
        </w:pict>
      </w:r>
      <w:r>
        <w:pict>
          <v:shape id="TB1087" type="#hgpTextboxType" style="position:absolute;left:6.986000000000001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Loaded Baked Potato with 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Plant-based Nacho Crumbles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,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Cheese Sauce &amp; 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Garlic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Roll</w:t>
                  </w:r>
                </w:p>
              </w:txbxContent>
            </v:textbox>
          </v:shape>
        </w:pict>
      </w:r>
      <w:r>
        <w:pict>
          <v:shape id="TB1088" type="#hgpTextboxType" style="position:absolute;left:0.35in;top:2.771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PIZZA</w:t>
                  </w:r>
                </w:p>
              </w:txbxContent>
            </v:textbox>
          </v:shape>
        </w:pict>
      </w:r>
      <w:r>
        <w:pict>
          <v:shape id="TB1089" type="#hgpTextboxType" style="position:absolute;left:1.4500000000000002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OMM 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OMM Pepperoni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Pepperoni Calzone w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/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Marinara</w:t>
                  </w:r>
                </w:p>
              </w:txbxContent>
            </v:textbox>
          </v:shape>
        </w:pict>
      </w:r>
      <w:r>
        <w:pict>
          <v:shape id="TB1090" type="#hgpTextboxType" style="position:absolute;left:2.8340000000000005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OMM 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OMM Pepperoni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Pepperoni Calzone w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/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Marinara</w:t>
                  </w:r>
                </w:p>
              </w:txbxContent>
            </v:textbox>
          </v:shape>
        </w:pict>
      </w:r>
      <w:r>
        <w:pict>
          <v:shape id="TB1091" type="#hgpTextboxType" style="position:absolute;left:4.218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OMM 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OMM Pepperoni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Pepperoni Calzone w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/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Marinara</w:t>
                  </w:r>
                </w:p>
              </w:txbxContent>
            </v:textbox>
          </v:shape>
        </w:pict>
      </w:r>
      <w:r>
        <w:pict>
          <v:shape id="TB1092" type="#hgpTextboxType" style="position:absolute;left:5.602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OMM 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OMM Pepperoni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Pepperoni Calzone w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/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Marinara</w:t>
                  </w:r>
                </w:p>
              </w:txbxContent>
            </v:textbox>
          </v:shape>
        </w:pict>
      </w:r>
      <w:r>
        <w:pict>
          <v:shape id="TB1093" type="#hgpTextboxType" style="position:absolute;left:6.986000000000001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OMM 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OMM Pepperoni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Pepperoni Calzone w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/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Marinara</w:t>
                  </w:r>
                </w:p>
              </w:txbxContent>
            </v:textbox>
          </v:shape>
        </w:pict>
      </w:r>
      <w:r>
        <w:pict>
          <v:shape id="TB1094" type="#hgpTextboxType" style="position:absolute;left:0.35in;top:3.89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ON THE GO</w:t>
                  </w:r>
                </w:p>
              </w:txbxContent>
            </v:textbox>
          </v:shape>
        </w:pict>
      </w:r>
      <w:r>
        <w:pict>
          <v:shape id="TB1095" type="#hgpTextboxType" style="position:absolute;left:1.4500000000000002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Kale &amp; Apple Salad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OMM Toast Points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Ham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1096" type="#hgpTextboxType" style="position:absolute;left:2.8340000000000005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Kale &amp; Apple Salad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OMM Toast Points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Ham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1097" type="#hgpTextboxType" style="position:absolute;left:4.218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Kale &amp; Apple Salad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OMM Toast Points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Ham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1098" type="#hgpTextboxType" style="position:absolute;left:5.602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Kale &amp; Apple Salad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OMM Toast Points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Ham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1099" type="#hgpTextboxType" style="position:absolute;left:6.986000000000001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Kale &amp; Apple Salad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OMM Toast Points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Ham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1100" type="#hgpTextboxType" style="position:absolute;left:0.35in;top:5.01375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EXTRA</w:t>
                  </w:r>
                </w:p>
              </w:txbxContent>
            </v:textbox>
          </v:shape>
        </w:pict>
      </w:r>
      <w:r>
        <w:pict>
          <v:shape id="TB1101" type="#hgpTextboxType" style="position:absolute;left:1.4500000000000002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French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1102" type="#hgpTextboxType" style="position:absolute;left:2.8340000000000005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Veggie Baked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1103" type="#hgpTextboxType" style="position:absolute;left:4.218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Roasted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1104" type="#hgpTextboxType" style="position:absolute;left:5.602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Seasoned Green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105" type="#hgpTextboxType" style="position:absolute;left:6.986000000000001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Roasted Local Root Vegetables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Black Bean Salad</w:t>
                  </w:r>
                </w:p>
              </w:txbxContent>
            </v:textbox>
          </v:shape>
        </w:pict>
      </w:r>
      <w:r>
        <w:pict>
          <v:shape id="TB1106" type="#hgpTextboxType" style="position:absolute;left:0.35in;top:6.135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AVAILABLE DAILY</w:t>
                  </w:r>
                </w:p>
              </w:txbxContent>
            </v:textbox>
          </v:shape>
        </w:pict>
      </w:r>
      <w:r>
        <w:pict>
          <v:shape id="TB1107" type="#hgpTextboxType" style="position:absolute;left:1.4500000000000002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108" type="#hgpTextboxType" style="position:absolute;left:2.8340000000000005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109" type="#hgpTextboxType" style="position:absolute;left:4.218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110" type="#hgpTextboxType" style="position:absolute;left:5.602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111" type="#hgpTextboxType" style="position:absolute;left:6.986000000000001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5" name="Picture 5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1112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113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MIDDLE SCHOOL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Springfield Middle School September 21-25</w:t>
                  </w:r>
                </w:p>
              </w:txbxContent>
            </v:textbox>
          </v:shape>
        </w:pict>
      </w:r>
      <w:r>
        <w:pict>
          <v:shape id="TB1114" type="#hgpTextboxType" style="position:absolute;left:1.4500000000000002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1115" type="#hgpTextboxType" style="position:absolute;left:2.8340000000000005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1116" type="#hgpTextboxType" style="position:absolute;left:4.218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1117" type="#hgpTextboxType" style="position:absolute;left:5.602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1118" type="#hgpTextboxType" style="position:absolute;left:6.986000000000001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1119" type="#hgpTextboxType" style="position:absolute;left:0.35in;top:1.6500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CREATE</w:t>
                  </w:r>
                </w:p>
              </w:txbxContent>
            </v:textbox>
          </v:shape>
        </w:pict>
      </w:r>
      <w:r>
        <w:pict>
          <v:shape id="TB1120" type="#hgpTextboxType" style="position:absolute;left:1.4500000000000002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Steak &amp; Cheese Calzone with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Ranch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Dipping Sauce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121" type="#hgpTextboxType" style="position:absolute;left:2.8340000000000005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General Tso’s Chicken with Veggie Fried Rice</w:t>
                  </w:r>
                </w:p>
              </w:txbxContent>
            </v:textbox>
          </v:shape>
        </w:pict>
      </w:r>
      <w:r>
        <w:pict>
          <v:shape id="TB1122" type="#hgpTextboxType" style="position:absolute;left:4.218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Mac n Cheese </w:t>
                  </w:r>
                </w:p>
              </w:txbxContent>
            </v:textbox>
          </v:shape>
        </w:pict>
      </w:r>
      <w:r>
        <w:pict>
          <v:shape id="TB1123" type="#hgpTextboxType" style="position:absolute;left:5.602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 Drumstick &amp; Waffles,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Apple Topping and Spicy Syrup</w:t>
                  </w:r>
                </w:p>
              </w:txbxContent>
            </v:textbox>
          </v:shape>
        </w:pict>
      </w:r>
      <w:r>
        <w:pict>
          <v:shape id="TB1124" type="#hgpTextboxType" style="position:absolute;left:6.986000000000001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Nacho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PB Nacho Crumbles, Cheese Sauce, Roasted Corn,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Sour Cream, Salsa,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Tortilla Chips</w:t>
                  </w:r>
                </w:p>
              </w:txbxContent>
            </v:textbox>
          </v:shape>
        </w:pict>
      </w:r>
      <w:r>
        <w:pict>
          <v:shape id="TB1125" type="#hgpTextboxType" style="position:absolute;left:0.35in;top:2.771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GRILLED</w:t>
                  </w:r>
                </w:p>
              </w:txbxContent>
            </v:textbox>
          </v:shape>
        </w:pict>
      </w:r>
      <w:r>
        <w:pict>
          <v:shape id="TB1126" type="#hgpTextboxType" style="position:absolute;left:1.4500000000000002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Crispy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Chicken Sandwich</w:t>
                  </w:r>
                </w:p>
              </w:txbxContent>
            </v:textbox>
          </v:shape>
        </w:pict>
      </w:r>
      <w:r>
        <w:pict>
          <v:shape id="TB1127" type="#hgpTextboxType" style="position:absolute;left:2.8340000000000005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Falafel Parm Sandwich</w:t>
                  </w:r>
                </w:p>
              </w:txbxContent>
            </v:textbox>
          </v:shape>
        </w:pict>
      </w:r>
      <w:r>
        <w:pict>
          <v:shape id="TB1128" type="#hgpTextboxType" style="position:absolute;left:4.218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Spicy Chicken Patty</w:t>
                  </w:r>
                </w:p>
              </w:txbxContent>
            </v:textbox>
          </v:shape>
        </w:pict>
      </w:r>
      <w:r>
        <w:pict>
          <v:shape id="TB1129" type="#hgpTextboxType" style="position:absolute;left:5.602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Jalapeno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Halal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Cheeseburger</w:t>
                  </w:r>
                </w:p>
              </w:txbxContent>
            </v:textbox>
          </v:shape>
        </w:pict>
      </w:r>
      <w:r>
        <w:pict>
          <v:shape id="TB1130" type="#hgpTextboxType" style="position:absolute;left:6.986000000000001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OMM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Pizza</w:t>
                  </w:r>
                </w:p>
              </w:txbxContent>
            </v:textbox>
          </v:shape>
        </w:pict>
      </w:r>
      <w:r>
        <w:pict>
          <v:shape id="TB1131" type="#hgpTextboxType" style="position:absolute;left:0.35in;top:3.89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GRILLED</w:t>
                  </w:r>
                </w:p>
              </w:txbxContent>
            </v:textbox>
          </v:shape>
        </w:pict>
      </w:r>
      <w:r>
        <w:pict>
          <v:shape id="TB1132" type="#hgpTextboxType" style="position:absolute;left:1.4500000000000002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 Sides – Sliced Tomato, Green Leaf Lettuce, Sliced Onion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, Homegrown Burger Sauce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Vegetarian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: Black Bean Burger Offered Daily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Halal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: Halal Cheeseburger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Offered Daily</w:t>
                  </w:r>
                </w:p>
              </w:txbxContent>
            </v:textbox>
          </v:shape>
        </w:pict>
      </w:r>
      <w:r>
        <w:pict>
          <v:shape id="TB1133" type="#hgpTextboxType" style="position:absolute;left:2.8340000000000005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 Sides – Sliced Tomato, Green Leaf Lettuce, Sliced Onion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, Homegrown Burger Sauce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Vegetarian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: Black Bean Burger Offered Daily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Halal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: Halal Cheeseburger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Offered Daily</w:t>
                  </w:r>
                </w:p>
              </w:txbxContent>
            </v:textbox>
          </v:shape>
        </w:pict>
      </w:r>
      <w:r>
        <w:pict>
          <v:shape id="TB1134" type="#hgpTextboxType" style="position:absolute;left:4.218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 Sides – Sliced Tomato, Green Leaf Lettuce, Sliced Onion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, Homegrown Burger Sauce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Vegetarian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: Black Bean Burger Offered Daily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Halal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: Halal Cheeseburger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Offered Daily</w:t>
                  </w:r>
                </w:p>
              </w:txbxContent>
            </v:textbox>
          </v:shape>
        </w:pict>
      </w:r>
      <w:r>
        <w:pict>
          <v:shape id="TB1135" type="#hgpTextboxType" style="position:absolute;left:5.602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 Sides – Sliced Tomato, Green Leaf Lettuce, Sliced Onion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, Homegrown Burger Sauce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Vegetarian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: Black Bean Burger Offered Daily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Halal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: Halal Cheeseburger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Offered Daily</w:t>
                  </w:r>
                </w:p>
              </w:txbxContent>
            </v:textbox>
          </v:shape>
        </w:pict>
      </w:r>
      <w:r>
        <w:pict>
          <v:shape id="TB1136" type="#hgpTextboxType" style="position:absolute;left:6.986000000000001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 Sides – Sliced Tomato, Green Leaf Lettuce, Sliced Onion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, Homegrown Burger Sauce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Vegetarian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: Black Bean Burger Offered Daily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Halal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: Halal Cheeseburger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Offered Daily</w:t>
                  </w:r>
                </w:p>
              </w:txbxContent>
            </v:textbox>
          </v:shape>
        </w:pict>
      </w:r>
      <w:r>
        <w:pict>
          <v:shape id="TB1137" type="#hgpTextboxType" style="position:absolute;left:0.35in;top:5.01375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ON THE GO</w:t>
                  </w:r>
                </w:p>
              </w:txbxContent>
            </v:textbox>
          </v:shape>
        </w:pict>
      </w:r>
      <w:r>
        <w:pict>
          <v:shape id="TB1138" type="#hgpTextboxType" style="position:absolute;left:1.4500000000000002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1139" type="#hgpTextboxType" style="position:absolute;left:2.8340000000000005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1140" type="#hgpTextboxType" style="position:absolute;left:4.218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1141" type="#hgpTextboxType" style="position:absolute;left:5.602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1142" type="#hgpTextboxType" style="position:absolute;left:6.986000000000001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1143" type="#hgpTextboxType" style="position:absolute;left:0.35in;top:6.135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EXTRA</w:t>
                  </w:r>
                </w:p>
              </w:txbxContent>
            </v:textbox>
          </v:shape>
        </w:pict>
      </w:r>
      <w:r>
        <w:pict>
          <v:shape id="TB1144" type="#hgpTextboxType" style="position:absolute;left:1.4500000000000002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French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1145" type="#hgpTextboxType" style="position:absolute;left:2.8340000000000005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Seasoned Green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1146" type="#hgpTextboxType" style="position:absolute;left:4.218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Roasted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1147" type="#hgpTextboxType" style="position:absolute;left:5.602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Mashed Sweet Potatoes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1148" type="#hgpTextboxType" style="position:absolute;left:6.986000000000001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Side Caesar Salad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Black Bean Salad</w:t>
                  </w:r>
                </w:p>
              </w:txbxContent>
            </v:textbox>
          </v:shape>
        </w:pict>
      </w:r>
      <w:r>
        <w:pict>
          <v:shape id="TB1149" type="#hgpTextboxType" style="position:absolute;left:0.35in;top:7.256250000000000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AVAILABLE DAILY</w:t>
                  </w:r>
                </w:p>
              </w:txbxContent>
            </v:textbox>
          </v:shape>
        </w:pict>
      </w:r>
      <w:r>
        <w:pict>
          <v:shape id="TB1150" type="#hgpTextboxType" style="position:absolute;left:1.4500000000000002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151" type="#hgpTextboxType" style="position:absolute;left:2.8340000000000005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152" type="#hgpTextboxType" style="position:absolute;left:4.218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153" type="#hgpTextboxType" style="position:absolute;left:5.602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154" type="#hgpTextboxType" style="position:absolute;left:6.986000000000001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6" name="Picture 6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1155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156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MIDDLE SCHOOL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Springfield Middle Schools September 28- October 2</w:t>
                  </w:r>
                </w:p>
              </w:txbxContent>
            </v:textbox>
          </v:shape>
        </w:pict>
      </w:r>
      <w:r>
        <w:pict>
          <v:shape id="TB1157" type="#hgpTextboxType" style="position:absolute;left:1.4500000000000002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1158" type="#hgpTextboxType" style="position:absolute;left:2.8340000000000005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1159" type="#hgpTextboxType" style="position:absolute;left:4.218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1160" type="#hgpTextboxType" style="position:absolute;left:5.602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1161" type="#hgpTextboxType" style="position:absolute;left:6.986000000000001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1162" type="#hgpTextboxType" style="position:absolute;left:0.35in;top:1.6500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CREATE</w:t>
                  </w:r>
                </w:p>
              </w:txbxContent>
            </v:textbox>
          </v:shape>
        </w:pict>
      </w:r>
      <w:r>
        <w:pict>
          <v:shape id="TB1163" type="#hgpTextboxType" style="position:absolute;left:1.4500000000000002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Italian Me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atball Sub</w:t>
                  </w:r>
                </w:p>
              </w:txbxContent>
            </v:textbox>
          </v:shape>
        </w:pict>
      </w:r>
      <w:r>
        <w:pict>
          <v:shape id="TB1164" type="#hgpTextboxType" style="position:absolute;left:2.8340000000000005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Hawaiian Pineapple Chicken Bowl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with Brown Rice, Corn &amp; Pineapple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Salsa</w:t>
                  </w:r>
                </w:p>
              </w:txbxContent>
            </v:textbox>
          </v:shape>
        </w:pict>
      </w:r>
      <w:r>
        <w:pict>
          <v:shape id="TB1165" type="#hgpTextboxType" style="position:absolute;left:4.218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Baked Ziti w/Plant-based Bolognese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&amp; Garlic Dinner Roll</w:t>
                  </w:r>
                </w:p>
              </w:txbxContent>
            </v:textbox>
          </v:shape>
        </w:pict>
      </w:r>
      <w:r>
        <w:pict>
          <v:shape id="TB1166" type="#hgpTextboxType" style="position:absolute;left:5.602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Cheddar Chicken Bowl w/Tenders</w:t>
                  </w:r>
                </w:p>
              </w:txbxContent>
            </v:textbox>
          </v:shape>
        </w:pict>
      </w:r>
      <w:r>
        <w:pict>
          <v:shape id="TB1167" type="#hgpTextboxType" style="position:absolute;left:6.986000000000001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Chipotle Rice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Chipotle Chicken, Seasoned Rice, Pico de Gallo, Cheddar Cheese, Roasted Corn, Sour Cream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168" type="#hgpTextboxType" style="position:absolute;left:0.35in;top:2.771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PIZZA</w:t>
                  </w:r>
                </w:p>
              </w:txbxContent>
            </v:textbox>
          </v:shape>
        </w:pict>
      </w:r>
      <w:r>
        <w:pict>
          <v:shape id="TB1169" type="#hgpTextboxType" style="position:absolute;left:1.4500000000000002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Pepperoni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Stuffed Cheesy Bread w/Marinara </w:t>
                  </w:r>
                </w:p>
              </w:txbxContent>
            </v:textbox>
          </v:shape>
        </w:pict>
      </w:r>
      <w:r>
        <w:pict>
          <v:shape id="TB1170" type="#hgpTextboxType" style="position:absolute;left:2.8340000000000005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Pepperoni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Stuffed Cheesy Bread w/Marinara </w:t>
                  </w:r>
                </w:p>
              </w:txbxContent>
            </v:textbox>
          </v:shape>
        </w:pict>
      </w:r>
      <w:r>
        <w:pict>
          <v:shape id="TB1171" type="#hgpTextboxType" style="position:absolute;left:4.218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Pepperoni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Stuffed Cheesy Bread w/Marinara </w:t>
                  </w:r>
                </w:p>
              </w:txbxContent>
            </v:textbox>
          </v:shape>
        </w:pict>
      </w:r>
      <w:r>
        <w:pict>
          <v:shape id="TB1172" type="#hgpTextboxType" style="position:absolute;left:5.602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Pepperoni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Stuffed Cheesy Bread w/Marinara </w:t>
                  </w:r>
                </w:p>
              </w:txbxContent>
            </v:textbox>
          </v:shape>
        </w:pict>
      </w:r>
      <w:r>
        <w:pict>
          <v:shape id="TB1173" type="#hgpTextboxType" style="position:absolute;left:6.986000000000001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Pepperoni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Stuffed Cheesy Bread w/Marinara </w:t>
                  </w:r>
                </w:p>
              </w:txbxContent>
            </v:textbox>
          </v:shape>
        </w:pict>
      </w:r>
      <w:r>
        <w:pict>
          <v:shape id="TB1174" type="#hgpTextboxType" style="position:absolute;left:0.35in;top:3.89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ON THE GO</w:t>
                  </w:r>
                </w:p>
              </w:txbxContent>
            </v:textbox>
          </v:shape>
        </w:pict>
      </w:r>
      <w:r>
        <w:pict>
          <v:shape id="TB1175" type="#hgpTextboxType" style="position:absolute;left:1.4500000000000002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Cobb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OMM Toast Points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1176" type="#hgpTextboxType" style="position:absolute;left:2.8340000000000005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Cobb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OMM Toast Points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1177" type="#hgpTextboxType" style="position:absolute;left:4.218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Cobb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OMM Toast Points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1178" type="#hgpTextboxType" style="position:absolute;left:5.602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Cobb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OMM Toast Points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1179" type="#hgpTextboxType" style="position:absolute;left:6.986000000000001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Cobb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OMM Toast Points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</w:txbxContent>
            </v:textbox>
          </v:shape>
        </w:pict>
      </w:r>
      <w:r>
        <w:pict>
          <v:shape id="TB1180" type="#hgpTextboxType" style="position:absolute;left:0.35in;top:5.01375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EXTRA</w:t>
                  </w:r>
                </w:p>
              </w:txbxContent>
            </v:textbox>
          </v:shape>
        </w:pict>
      </w:r>
      <w:r>
        <w:pict>
          <v:shape id="TB1181" type="#hgpTextboxType" style="position:absolute;left:1.4500000000000002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Peppers &amp; Onions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Cucumber Salad</w:t>
                  </w:r>
                </w:p>
              </w:txbxContent>
            </v:textbox>
          </v:shape>
        </w:pict>
      </w:r>
      <w:r>
        <w:pict>
          <v:shape id="TB1182" type="#hgpTextboxType" style="position:absolute;left:2.8340000000000005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1183" type="#hgpTextboxType" style="position:absolute;left:4.218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Roast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ed Broccoli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1184" type="#hgpTextboxType" style="position:absolute;left:5.602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Local Mashed Potatoes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1185" type="#hgpTextboxType" style="position:absolute;left:6.986000000000001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Stewed Black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Cucumber Salad</w:t>
                  </w:r>
                </w:p>
              </w:txbxContent>
            </v:textbox>
          </v:shape>
        </w:pict>
      </w:r>
      <w:r>
        <w:pict>
          <v:shape id="TB1186" type="#hgpTextboxType" style="position:absolute;left:0.35in;top:6.135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AVAILABLE DAILY</w:t>
                  </w:r>
                </w:p>
              </w:txbxContent>
            </v:textbox>
          </v:shape>
        </w:pict>
      </w:r>
      <w:r>
        <w:pict>
          <v:shape id="TB1187" type="#hgpTextboxType" style="position:absolute;left:1.4500000000000002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188" type="#hgpTextboxType" style="position:absolute;left:2.8340000000000005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189" type="#hgpTextboxType" style="position:absolute;left:4.218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190" type="#hgpTextboxType" style="position:absolute;left:5.602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191" type="#hgpTextboxType" style="position:absolute;left:6.986000000000001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Available Daily: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</w:p>
    <w:sectPr w:rsidR="00FC693F" w:rsidRPr="0006063C" w:rsidSect="000346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