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529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530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MIDDLE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Modified Middle Schools August 24-28</w:t>
                  </w:r>
                </w:p>
              </w:txbxContent>
            </v:textbox>
          </v:shape>
        </w:pict>
      </w:r>
      <w:r>
        <w:pict>
          <v:shape id="TB531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532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533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534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535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536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537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Steak &amp; Cheese Calzone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Ranch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Dipping Sauce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538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with Veggie Fried Rice</w:t>
                  </w:r>
                </w:p>
              </w:txbxContent>
            </v:textbox>
          </v:shape>
        </w:pict>
      </w:r>
      <w:r>
        <w:pict>
          <v:shape id="TB539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n Cheese </w:t>
                  </w:r>
                </w:p>
              </w:txbxContent>
            </v:textbox>
          </v:shape>
        </w:pict>
      </w:r>
      <w:r>
        <w:pict>
          <v:shape id="TB540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Drumstick &amp; Waffles,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Topping and Spicy Syrup</w:t>
                  </w:r>
                </w:p>
              </w:txbxContent>
            </v:textbox>
          </v:shape>
        </w:pict>
      </w:r>
      <w:r>
        <w:pict>
          <v:shape id="TB541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PB Nacho Crumbles, Cheese Sauce,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Sour Cream, Salsa,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Tortilla Chips</w:t>
                  </w:r>
                </w:p>
              </w:txbxContent>
            </v:textbox>
          </v:shape>
        </w:pict>
      </w:r>
      <w:r>
        <w:pict>
          <v:shape id="TB542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PIZZA/ GRILL</w:t>
                  </w:r>
                </w:p>
              </w:txbxContent>
            </v:textbox>
          </v:shape>
        </w:pict>
      </w:r>
      <w:r>
        <w:pict>
          <v:shape id="TB543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544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Falafel Parm Sandwich</w:t>
                  </w:r>
                </w:p>
              </w:txbxContent>
            </v:textbox>
          </v:shape>
        </w:pict>
      </w:r>
      <w:r>
        <w:pict>
          <v:shape id="TB545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546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Calzone w/Marinara</w:t>
                  </w:r>
                </w:p>
              </w:txbxContent>
            </v:textbox>
          </v:shape>
        </w:pict>
      </w:r>
      <w:r>
        <w:pict>
          <v:shape id="TB547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Spicy Chicken Patty</w:t>
                  </w:r>
                </w:p>
              </w:txbxContent>
            </v:textbox>
          </v:shape>
        </w:pict>
      </w:r>
      <w:r>
        <w:pict>
          <v:shape id="TB548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549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550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551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552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553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554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555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556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557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558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559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Side Caesar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560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561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562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563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564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565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566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567" type="#hgpTextboxType" style="position:absolute;left:1.45000000000000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568" type="#hgpTextboxType" style="position:absolute;left:2.8340000000000005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569" type="#hgpTextboxType" style="position:absolute;left:4.218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570" type="#hgpTextboxType" style="position:absolute;left:5.6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571" type="#hgpTextboxType" style="position:absolute;left:6.986000000000001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572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573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MIDDLE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Modified Middle School August 31- September 4</w:t>
                  </w:r>
                </w:p>
              </w:txbxContent>
            </v:textbox>
          </v:shape>
        </w:pict>
      </w:r>
      <w:r>
        <w:pict>
          <v:shape id="TB574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575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576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577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578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579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580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Hawaiian Pineapple Chicken Bowl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with Brown Rice, Corn &amp; Pineapple Salsa, Black Beans</w:t>
                  </w:r>
                </w:p>
              </w:txbxContent>
            </v:textbox>
          </v:shape>
        </w:pict>
      </w:r>
      <w:r>
        <w:pict>
          <v:shape id="TB581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NO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SCHOOL</w:t>
                  </w:r>
                </w:p>
              </w:txbxContent>
            </v:textbox>
          </v:shape>
        </w:pict>
      </w:r>
      <w:r>
        <w:pict>
          <v:shape id="TB582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Baked Ziti w/Plant-based Bolognese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&amp; Garlic Dinner Roll</w:t>
                  </w:r>
                </w:p>
              </w:txbxContent>
            </v:textbox>
          </v:shape>
        </w:pict>
      </w:r>
      <w:r>
        <w:pict>
          <v:shape id="TB583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Cheddar Chicken Bowl w/Tenders</w:t>
                  </w:r>
                </w:p>
              </w:txbxContent>
            </v:textbox>
          </v:shape>
        </w:pict>
      </w:r>
      <w:r>
        <w:pict>
          <v:shape id="TB584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Pico de Gallo, Cheddar Cheese, Roasted Corn, Sour Cream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585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GRILL/ PIZZA</w:t>
                  </w:r>
                </w:p>
              </w:txbxContent>
            </v:textbox>
          </v:shape>
        </w:pict>
      </w:r>
      <w:r>
        <w:pict>
          <v:shape id="TB586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Stuffed Cheesy Bread w/Marinara</w:t>
                  </w:r>
                </w:p>
              </w:txbxContent>
            </v:textbox>
          </v:shape>
        </w:pict>
      </w:r>
      <w:r>
        <w:pict>
          <v:shape id="TB587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588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Crispy Chicken Sandwich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589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Stuffed Cheesy Bread w/Marinara</w:t>
                  </w:r>
                </w:p>
              </w:txbxContent>
            </v:textbox>
          </v:shape>
        </w:pict>
      </w:r>
      <w:r>
        <w:pict>
          <v:shape id="TB590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Halal Cheeseburger</w:t>
                  </w:r>
                </w:p>
              </w:txbxContent>
            </v:textbox>
          </v:shape>
        </w:pict>
      </w:r>
      <w:r>
        <w:pict>
          <v:shape id="TB591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592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Box w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593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Box w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594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Box w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595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Box w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596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Box w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597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598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599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600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ed 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601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Mashed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602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Stewed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603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604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605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606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  </w:t>
                  </w:r>
                </w:p>
              </w:txbxContent>
            </v:textbox>
          </v:shape>
        </w:pict>
      </w:r>
      <w:r>
        <w:pict>
          <v:shape id="TB607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608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609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610" type="#hgpTextboxType" style="position:absolute;left:1.45000000000000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611" type="#hgpTextboxType" style="position:absolute;left:2.8340000000000005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612" type="#hgpTextboxType" style="position:absolute;left:4.218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613" type="#hgpTextboxType" style="position:absolute;left:5.6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614" type="#hgpTextboxType" style="position:absolute;left:6.986000000000001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3" name="Picture 3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615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616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MIDDLE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Modified Middle Schools September 7-11</w:t>
                  </w:r>
                </w:p>
              </w:txbxContent>
            </v:textbox>
          </v:shape>
        </w:pict>
      </w:r>
      <w:r>
        <w:pict>
          <v:shape id="TB617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618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619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620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621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622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623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NO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SCHOOL</w:t>
                  </w:r>
                </w:p>
              </w:txbxContent>
            </v:textbox>
          </v:shape>
        </w:pict>
      </w:r>
      <w:r>
        <w:pict>
          <v:shape id="TB624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Philly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Steak Hoagie Sandwich </w:t>
                  </w:r>
                </w:p>
              </w:txbxContent>
            </v:textbox>
          </v:shape>
        </w:pict>
      </w:r>
      <w:r>
        <w:pict>
          <v:shape id="TB625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French Toast Sticks with CNC Chicken Breakfast Sausage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Syrup</w:t>
                  </w:r>
                </w:p>
              </w:txbxContent>
            </v:textbox>
          </v:shape>
        </w:pict>
      </w:r>
      <w:r>
        <w:pict>
          <v:shape id="TB626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lant-based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Taco Salad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Rice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&amp; Pico de Gallo</w:t>
                  </w:r>
                </w:p>
              </w:txbxContent>
            </v:textbox>
          </v:shape>
        </w:pict>
      </w:r>
      <w:r>
        <w:pict>
          <v:shape id="TB627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Asopao de Pollo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Stew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with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Seasoned Rice</w:t>
                  </w:r>
                </w:p>
              </w:txbxContent>
            </v:textbox>
          </v:shape>
        </w:pict>
      </w:r>
      <w:r>
        <w:pict>
          <v:shape id="TB628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GRILL/ PIZZA</w:t>
                  </w:r>
                </w:p>
              </w:txbxContent>
            </v:textbox>
          </v:shape>
        </w:pict>
      </w:r>
      <w:r>
        <w:pict>
          <v:shape id="TB629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630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Calzone w/Marinara</w:t>
                  </w:r>
                </w:p>
              </w:txbxContent>
            </v:textbox>
          </v:shape>
        </w:pict>
      </w:r>
      <w:r>
        <w:pict>
          <v:shape id="TB631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Falafel Parm Sandwich</w:t>
                  </w:r>
                </w:p>
              </w:txbxContent>
            </v:textbox>
          </v:shape>
        </w:pict>
      </w:r>
      <w:r>
        <w:pict>
          <v:shape id="TB632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Spicy Chicken Patty</w:t>
                  </w:r>
                </w:p>
              </w:txbxContent>
            </v:textbox>
          </v:shape>
        </w:pict>
      </w:r>
      <w:r>
        <w:pict>
          <v:shape id="TB633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</w:txbxContent>
            </v:textbox>
          </v:shape>
        </w:pict>
      </w:r>
      <w:r>
        <w:pict>
          <v:shape id="TB634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635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636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637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638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639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640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641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642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643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Butternut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644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Stewed Black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645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646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647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648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649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650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651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652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653" type="#hgpTextboxType" style="position:absolute;left:1.45000000000000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654" type="#hgpTextboxType" style="position:absolute;left:2.8340000000000005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655" type="#hgpTextboxType" style="position:absolute;left:4.218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656" type="#hgpTextboxType" style="position:absolute;left:5.6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657" type="#hgpTextboxType" style="position:absolute;left:6.986000000000001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4" name="Picture 4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658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659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MIDDLE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Modified Middle Schools September 14-18</w:t>
                  </w:r>
                </w:p>
              </w:txbxContent>
            </v:textbox>
          </v:shape>
        </w:pict>
      </w:r>
      <w:r>
        <w:pict>
          <v:shape id="TB660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661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662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663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664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665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666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Nugget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CNC BBQ Sauce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, Roll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667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Sweet Battered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Mini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Turkey Corn Dogs</w:t>
                  </w:r>
                </w:p>
              </w:txbxContent>
            </v:textbox>
          </v:shape>
        </w:pict>
      </w:r>
      <w:r>
        <w:pict>
          <v:shape id="TB668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Pasta &amp; Meatballs with Marinara &amp; Parmesan Cheese</w:t>
                  </w:r>
                </w:p>
              </w:txbxContent>
            </v:textbox>
          </v:shape>
        </w:pict>
      </w:r>
      <w:r>
        <w:pict>
          <v:shape id="TB669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Huli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Huli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Chicken with Rice Pilaf</w:t>
                  </w:r>
                </w:p>
              </w:txbxContent>
            </v:textbox>
          </v:shape>
        </w:pict>
      </w:r>
      <w:r>
        <w:pict>
          <v:shape id="TB670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Loaded Baked Potato with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Plant-based Nacho Crumbles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,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Sauce &amp;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Garlic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Roll</w:t>
                  </w:r>
                </w:p>
              </w:txbxContent>
            </v:textbox>
          </v:shape>
        </w:pict>
      </w:r>
      <w:r>
        <w:pict>
          <v:shape id="TB671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GRILL/ PIZZA</w:t>
                  </w:r>
                </w:p>
              </w:txbxContent>
            </v:textbox>
          </v:shape>
        </w:pict>
      </w:r>
      <w:r>
        <w:pict>
          <v:shape id="TB672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673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peroni Calzone w/Marinara</w:t>
                  </w:r>
                </w:p>
              </w:txbxContent>
            </v:textbox>
          </v:shape>
        </w:pict>
      </w:r>
      <w:r>
        <w:pict>
          <v:shape id="TB674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Crispy Chicken Sandwich</w:t>
                  </w:r>
                </w:p>
              </w:txbxContent>
            </v:textbox>
          </v:shape>
        </w:pict>
      </w:r>
      <w:r>
        <w:pict>
          <v:shape id="TB675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Halal Cheeseburger</w:t>
                  </w:r>
                </w:p>
              </w:txbxContent>
            </v:textbox>
          </v:shape>
        </w:pict>
      </w:r>
      <w:r>
        <w:pict>
          <v:shape id="TB676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Calzone w/Marinara</w:t>
                  </w:r>
                </w:p>
              </w:txbxContent>
            </v:textbox>
          </v:shape>
        </w:pict>
      </w:r>
      <w:r>
        <w:pict>
          <v:shape id="TB677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678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679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680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681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682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683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684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685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 Baked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686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687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688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Local Root Vegetables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689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690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691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692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693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694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695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696" type="#hgpTextboxType" style="position:absolute;left:1.45000000000000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697" type="#hgpTextboxType" style="position:absolute;left:2.8340000000000005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698" type="#hgpTextboxType" style="position:absolute;left:4.218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699" type="#hgpTextboxType" style="position:absolute;left:5.6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700" type="#hgpTextboxType" style="position:absolute;left:6.986000000000001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5" name="Picture 5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701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702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MIDDLE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Modified Middle Schools September 21-25</w:t>
                  </w:r>
                </w:p>
              </w:txbxContent>
            </v:textbox>
          </v:shape>
        </w:pict>
      </w:r>
      <w:r>
        <w:pict>
          <v:shape id="TB703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704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705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706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707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708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709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Steak &amp; Cheese Calzone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Ranch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Dipping Sauce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710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with Veggie Fried Rice</w:t>
                  </w:r>
                </w:p>
              </w:txbxContent>
            </v:textbox>
          </v:shape>
        </w:pict>
      </w:r>
      <w:r>
        <w:pict>
          <v:shape id="TB711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n Cheese </w:t>
                  </w:r>
                </w:p>
              </w:txbxContent>
            </v:textbox>
          </v:shape>
        </w:pict>
      </w:r>
      <w:r>
        <w:pict>
          <v:shape id="TB712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Drumstick &amp; Waffles,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Topping and Spicy Syrup</w:t>
                  </w:r>
                </w:p>
              </w:txbxContent>
            </v:textbox>
          </v:shape>
        </w:pict>
      </w:r>
      <w:r>
        <w:pict>
          <v:shape id="TB713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PB Nacho Crumbles, Cheese Sauce,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Sour Cream, Salsa,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Tortilla Chips</w:t>
                  </w:r>
                </w:p>
              </w:txbxContent>
            </v:textbox>
          </v:shape>
        </w:pict>
      </w:r>
      <w:r>
        <w:pict>
          <v:shape id="TB714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PIZZA/ GRILL</w:t>
                  </w:r>
                </w:p>
              </w:txbxContent>
            </v:textbox>
          </v:shape>
        </w:pict>
      </w:r>
      <w:r>
        <w:pict>
          <v:shape id="TB715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716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Falafel Parm Sandwich</w:t>
                  </w:r>
                </w:p>
              </w:txbxContent>
            </v:textbox>
          </v:shape>
        </w:pict>
      </w:r>
      <w:r>
        <w:pict>
          <v:shape id="TB717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718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Halal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Cheeseburger</w:t>
                  </w:r>
                </w:p>
              </w:txbxContent>
            </v:textbox>
          </v:shape>
        </w:pict>
      </w:r>
      <w:r>
        <w:pict>
          <v:shape id="TB719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720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721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722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723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724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725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726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727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728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729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730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731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Side Caesar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732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733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734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735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736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737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738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739" type="#hgpTextboxType" style="position:absolute;left:1.45000000000000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740" type="#hgpTextboxType" style="position:absolute;left:2.8340000000000005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741" type="#hgpTextboxType" style="position:absolute;left:4.218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742" type="#hgpTextboxType" style="position:absolute;left:5.6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743" type="#hgpTextboxType" style="position:absolute;left:6.986000000000001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6" name="Picture 6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744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745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MIDDLE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Modified Middle Schools September 28- October 2</w:t>
                  </w:r>
                </w:p>
              </w:txbxContent>
            </v:textbox>
          </v:shape>
        </w:pict>
      </w:r>
      <w:r>
        <w:pict>
          <v:shape id="TB746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747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748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749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750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751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752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Italian Me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atball Sub</w:t>
                  </w:r>
                </w:p>
              </w:txbxContent>
            </v:textbox>
          </v:shape>
        </w:pict>
      </w:r>
      <w:r>
        <w:pict>
          <v:shape id="TB753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Hawaiian Pineapple Chicken Bowl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with Brown Rice, Corn &amp; Pineapple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Salsa</w:t>
                  </w:r>
                </w:p>
              </w:txbxContent>
            </v:textbox>
          </v:shape>
        </w:pict>
      </w:r>
      <w:r>
        <w:pict>
          <v:shape id="TB754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Baked Ziti w/Plant-based Bolognese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&amp; Garlic Dinner Roll</w:t>
                  </w:r>
                </w:p>
              </w:txbxContent>
            </v:textbox>
          </v:shape>
        </w:pict>
      </w:r>
      <w:r>
        <w:pict>
          <v:shape id="TB755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Cheddar Chicken Bowl w/Tenders</w:t>
                  </w:r>
                </w:p>
              </w:txbxContent>
            </v:textbox>
          </v:shape>
        </w:pict>
      </w:r>
      <w:r>
        <w:pict>
          <v:shape id="TB756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Pico de Gallo, Cheddar Cheese, Roasted Corn, Sour Cream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757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GRILL/ PIZZA</w:t>
                  </w:r>
                </w:p>
              </w:txbxContent>
            </v:textbox>
          </v:shape>
        </w:pict>
      </w:r>
      <w:r>
        <w:pict>
          <v:shape id="TB758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759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Stuffed Cheesy Bread w/Marinara</w:t>
                  </w:r>
                </w:p>
              </w:txbxContent>
            </v:textbox>
          </v:shape>
        </w:pict>
      </w:r>
      <w:r>
        <w:pict>
          <v:shape id="TB760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Crispy Chicken Sandwich</w:t>
                  </w:r>
                </w:p>
              </w:txbxContent>
            </v:textbox>
          </v:shape>
        </w:pict>
      </w:r>
      <w:r>
        <w:pict>
          <v:shape id="TB761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Stuffed Cheesy Bread w/Marinara</w:t>
                  </w:r>
                </w:p>
              </w:txbxContent>
            </v:textbox>
          </v:shape>
        </w:pict>
      </w:r>
      <w:r>
        <w:pict>
          <v:shape id="TB762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Halal Cheeseburger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763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764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765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766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767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768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769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770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Peppers &amp; Onions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771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772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ed 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773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Mashed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774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775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776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777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778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  </w:t>
                  </w:r>
                </w:p>
              </w:txbxContent>
            </v:textbox>
          </v:shape>
        </w:pict>
      </w:r>
      <w:r>
        <w:pict>
          <v:shape id="TB779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780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781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782" type="#hgpTextboxType" style="position:absolute;left:1.45000000000000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783" type="#hgpTextboxType" style="position:absolute;left:2.8340000000000005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784" type="#hgpTextboxType" style="position:absolute;left:4.218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785" type="#hgpTextboxType" style="position:absolute;left:5.6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786" type="#hgpTextboxType" style="position:absolute;left:6.986000000000001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