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01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02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HIGH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High School · August 24-28</w:t>
                  </w:r>
                </w:p>
              </w:txbxContent>
            </v:textbox>
          </v:shape>
        </w:pict>
      </w:r>
      <w:r>
        <w:pict>
          <v:shape id="TB103" type="#hgpTextboxType" style="position:absolute;left:1.4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04" type="#hgpTextboxType" style="position:absolute;left:2.834000000000000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05" type="#hgpTextboxType" style="position:absolute;left:4.218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06" type="#hgpTextboxType" style="position:absolute;left:5.602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07" type="#hgpTextboxType" style="position:absolute;left:6.986000000000001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08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09" type="#hgpTextboxType" style="position:absolute;left:1.4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Steak &amp; Cheese Calzone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Ranch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Dipping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Sauce</w:t>
                  </w:r>
                </w:p>
              </w:txbxContent>
            </v:textbox>
          </v:shape>
        </w:pict>
      </w:r>
      <w:r>
        <w:pict>
          <v:shape id="TB110" type="#hgpTextboxType" style="position:absolute;left:2.834000000000000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Veggie Fried Rice</w:t>
                  </w:r>
                </w:p>
              </w:txbxContent>
            </v:textbox>
          </v:shape>
        </w:pict>
      </w:r>
      <w:r>
        <w:pict>
          <v:shape id="TB111" type="#hgpTextboxType" style="position:absolute;left:4.218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n 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12" type="#hgpTextboxType" style="position:absolute;left:5.602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Drum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stick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 and Spicy Syrup</w:t>
                  </w:r>
                </w:p>
              </w:txbxContent>
            </v:textbox>
          </v:shape>
        </w:pict>
      </w:r>
      <w:r>
        <w:pict>
          <v:shape id="TB113" type="#hgpTextboxType" style="position:absolute;left:6.986000000000001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Loaded Baked Potato with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Plant-based Nacho Crumbles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, Cheese Sauce &amp;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Garlic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Roll</w:t>
                  </w:r>
                </w:p>
              </w:txbxContent>
            </v:textbox>
          </v:shape>
        </w:pict>
      </w:r>
      <w:r>
        <w:pict>
          <v:shape id="TB114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BAR</w:t>
                  </w:r>
                </w:p>
              </w:txbxContent>
            </v:textbox>
          </v:shape>
        </w:pict>
      </w:r>
      <w:r>
        <w:pict>
          <v:shape id="TB115" type="#hgpTextboxType" style="position:absolute;left:1.4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Plant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-b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ased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Halal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Crumbles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or Refried Beans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Sauce, Sour Cream, Salsa &amp; Tortilla Chips</w:t>
                  </w:r>
                </w:p>
              </w:txbxContent>
            </v:textbox>
          </v:shape>
        </w:pict>
      </w:r>
      <w:r>
        <w:pict>
          <v:shape id="TB116" type="#hgpTextboxType" style="position:absolute;left:2.834000000000000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Plant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-b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ased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Halal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Crumbles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or Refried Beans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Sauce, Sour Cream, Salsa &amp; Tortilla Chips</w:t>
                  </w:r>
                </w:p>
              </w:txbxContent>
            </v:textbox>
          </v:shape>
        </w:pict>
      </w:r>
      <w:r>
        <w:pict>
          <v:shape id="TB117" type="#hgpTextboxType" style="position:absolute;left:4.218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Plant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-b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ased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Halal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Crumbles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or Refried Beans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Sauce, Sour Cream, Salsa &amp; Tortilla Chips</w:t>
                  </w:r>
                </w:p>
              </w:txbxContent>
            </v:textbox>
          </v:shape>
        </w:pict>
      </w:r>
      <w:r>
        <w:pict>
          <v:shape id="TB118" type="#hgpTextboxType" style="position:absolute;left:5.602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Plant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-b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ased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Halal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Crumbles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or Refried Beans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Sauce, Sour Cream, Salsa &amp; Tortilla Chips</w:t>
                  </w:r>
                </w:p>
              </w:txbxContent>
            </v:textbox>
          </v:shape>
        </w:pict>
      </w:r>
      <w:r>
        <w:pict>
          <v:shape id="TB119" type="#hgpTextboxType" style="position:absolute;left:6.986000000000001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Plant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-b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ased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Halal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Crumbles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or Refried Beans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Sauce, Sour Cream, Salsa &amp; Tortilla Chips</w:t>
                  </w:r>
                </w:p>
              </w:txbxContent>
            </v:textbox>
          </v:shape>
        </w:pict>
      </w:r>
      <w:r>
        <w:pict>
          <v:shape id="TB120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121" type="#hgpTextboxType" style="position:absolute;left:1.4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Broccoli Alfredo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122" type="#hgpTextboxType" style="position:absolute;left:2.834000000000000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Broccoli Alfredo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123" type="#hgpTextboxType" style="position:absolute;left:4.218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Broccoli Alfredo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124" type="#hgpTextboxType" style="position:absolute;left:5.602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Broccoli Alfredo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125" type="#hgpTextboxType" style="position:absolute;left:6.986000000000001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Broccoli Alfredo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Pizza</w:t>
                  </w:r>
                </w:p>
              </w:txbxContent>
            </v:textbox>
          </v:shape>
        </w:pict>
      </w:r>
      <w:r>
        <w:pict>
          <v:shape id="TB126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127" type="#hgpTextboxType" style="position:absolute;left:1.4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Crispy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Crispy Chicken Parm Sandwich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28" type="#hgpTextboxType" style="position:absolute;left:2.834000000000000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Cheeseburger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Jalapeno Cheeseburger</w:t>
                  </w:r>
                </w:p>
              </w:txbxContent>
            </v:textbox>
          </v:shape>
        </w:pict>
      </w:r>
      <w:r>
        <w:pict>
          <v:shape id="TB129" type="#hgpTextboxType" style="position:absolute;left:4.218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Spicy Chicken Patty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Spicy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Patty w/Cheese</w:t>
                  </w:r>
                </w:p>
              </w:txbxContent>
            </v:textbox>
          </v:shape>
        </w:pict>
      </w:r>
      <w:r>
        <w:pict>
          <v:shape id="TB130" type="#hgpTextboxType" style="position:absolute;left:5.602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Hot Dog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BBQ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Bacon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Hot Dog</w:t>
                  </w:r>
                </w:p>
              </w:txbxContent>
            </v:textbox>
          </v:shape>
        </w:pict>
      </w:r>
      <w:r>
        <w:pict>
          <v:shape id="TB131" type="#hgpTextboxType" style="position:absolute;left:6.986000000000001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Fish Fillet Sandwich with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OR Tartar Sauce</w:t>
                  </w:r>
                </w:p>
              </w:txbxContent>
            </v:textbox>
          </v:shape>
        </w:pict>
      </w:r>
      <w:r>
        <w:pict>
          <v:shape id="TB132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133" type="#hgpTextboxType" style="position:absolute;left:1.4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134" type="#hgpTextboxType" style="position:absolute;left:2.834000000000000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135" type="#hgpTextboxType" style="position:absolute;left:4.218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136" type="#hgpTextboxType" style="position:absolute;left:5.602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137" type="#hgpTextboxType" style="position:absolute;left:6.986000000000001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2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138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139" type="#hgpTextboxType" style="position:absolute;left:1.4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Bacon Ranch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</w:txbxContent>
            </v:textbox>
          </v:shape>
        </w:pict>
      </w:r>
      <w:r>
        <w:pict>
          <v:shape id="TB140" type="#hgpTextboxType" style="position:absolute;left:2.834000000000000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Bacon Ranch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</w:txbxContent>
            </v:textbox>
          </v:shape>
        </w:pict>
      </w:r>
      <w:r>
        <w:pict>
          <v:shape id="TB141" type="#hgpTextboxType" style="position:absolute;left:4.218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Bacon Ranch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</w:txbxContent>
            </v:textbox>
          </v:shape>
        </w:pict>
      </w:r>
      <w:r>
        <w:pict>
          <v:shape id="TB142" type="#hgpTextboxType" style="position:absolute;left:5.602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Bacon Ranch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</w:txbxContent>
            </v:textbox>
          </v:shape>
        </w:pict>
      </w:r>
      <w:r>
        <w:pict>
          <v:shape id="TB143" type="#hgpTextboxType" style="position:absolute;left:6.986000000000001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Bacon Ranch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</w:txbxContent>
            </v:textbox>
          </v:shape>
        </w:pict>
      </w:r>
      <w:r>
        <w:pict>
          <v:shape id="TB144" type="#hgpTextboxType" style="position:absolute;left:0.35in;top:8.3775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45" type="#hgpTextboxType" style="position:absolute;left:1.4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46" type="#hgpTextboxType" style="position:absolute;left:2.834000000000000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47" type="#hgpTextboxType" style="position:absolute;left:4.218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48" type="#hgpTextboxType" style="position:absolute;left:5.602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49" type="#hgpTextboxType" style="position:absolute;left:6.986000000000001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50" type="#hgpTextboxType" style="position:absolute;left:0.35in;top:9.498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51" type="#hgpTextboxType" style="position:absolute;left:1.4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2" type="#hgpTextboxType" style="position:absolute;left:2.834000000000000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3" type="#hgpTextboxType" style="position:absolute;left:4.218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4" type="#hgpTextboxType" style="position:absolute;left:5.602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55" type="#hgpTextboxType" style="position:absolute;left:6.986000000000001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56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7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HIGH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High School · August 31-September 4</w:t>
                  </w:r>
                </w:p>
              </w:txbxContent>
            </v:textbox>
          </v:shape>
        </w:pict>
      </w:r>
      <w:r>
        <w:pict>
          <v:shape id="TB158" type="#hgpTextboxType" style="position:absolute;left:1.4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59" type="#hgpTextboxType" style="position:absolute;left:2.834000000000000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60" type="#hgpTextboxType" style="position:absolute;left:4.218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61" type="#hgpTextboxType" style="position:absolute;left:5.602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62" type="#hgpTextboxType" style="position:absolute;left:6.986000000000001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63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64" type="#hgpTextboxType" style="position:absolute;left:1.4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Hawaiian Pineapple Chicken Bowl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with Brown Rice, Corn &amp; Pineapple Salsa</w:t>
                  </w:r>
                </w:p>
              </w:txbxContent>
            </v:textbox>
          </v:shape>
        </w:pict>
      </w:r>
      <w:r>
        <w:pict>
          <v:shape id="TB165" type="#hgpTextboxType" style="position:absolute;left:2.834000000000000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SCHOOL</w:t>
                  </w:r>
                </w:p>
              </w:txbxContent>
            </v:textbox>
          </v:shape>
        </w:pict>
      </w:r>
      <w:r>
        <w:pict>
          <v:shape id="TB166" type="#hgpTextboxType" style="position:absolute;left:4.218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w/Plant-based Bolognese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&amp; Garlic Dinner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Roll</w:t>
                  </w:r>
                </w:p>
              </w:txbxContent>
            </v:textbox>
          </v:shape>
        </w:pict>
      </w:r>
      <w:r>
        <w:pict>
          <v:shape id="TB167" type="#hgpTextboxType" style="position:absolute;left:5.602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Chicken Bowl w/Tenders</w:t>
                  </w:r>
                </w:p>
              </w:txbxContent>
            </v:textbox>
          </v:shape>
        </w:pict>
      </w:r>
      <w:r>
        <w:pict>
          <v:shape id="TB168" type="#hgpTextboxType" style="position:absolute;left:6.986000000000001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Picadillo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W/Cilantro Lime Rice</w:t>
                  </w:r>
                </w:p>
              </w:txbxContent>
            </v:textbox>
          </v:shape>
        </w:pict>
      </w:r>
      <w:r>
        <w:pict>
          <v:shape id="TB169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BAR</w:t>
                  </w:r>
                </w:p>
              </w:txbxContent>
            </v:textbox>
          </v:shape>
        </w:pict>
      </w:r>
      <w:r>
        <w:pict>
          <v:shape id="TB170" type="#hgpTextboxType" style="position:absolute;left:1.4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Stewed Black Beans,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Salsa, Sour Cream</w:t>
                  </w:r>
                </w:p>
              </w:txbxContent>
            </v:textbox>
          </v:shape>
        </w:pict>
      </w:r>
      <w:r>
        <w:pict>
          <v:shape id="TB171" type="#hgpTextboxType" style="position:absolute;left:2.834000000000000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Stewed Black Beans,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Salsa, Sour Cream</w:t>
                  </w:r>
                </w:p>
              </w:txbxContent>
            </v:textbox>
          </v:shape>
        </w:pict>
      </w:r>
      <w:r>
        <w:pict>
          <v:shape id="TB172" type="#hgpTextboxType" style="position:absolute;left:4.218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Stewed Black Beans,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Salsa, Sour Cream</w:t>
                  </w:r>
                </w:p>
              </w:txbxContent>
            </v:textbox>
          </v:shape>
        </w:pict>
      </w:r>
      <w:r>
        <w:pict>
          <v:shape id="TB173" type="#hgpTextboxType" style="position:absolute;left:5.602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Stewed Black Beans,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Salsa, Sour Cream</w:t>
                  </w:r>
                </w:p>
              </w:txbxContent>
            </v:textbox>
          </v:shape>
        </w:pict>
      </w:r>
      <w:r>
        <w:pict>
          <v:shape id="TB174" type="#hgpTextboxType" style="position:absolute;left:6.986000000000001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Stewed Black Beans,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Salsa, Sour Cream</w:t>
                  </w:r>
                </w:p>
              </w:txbxContent>
            </v:textbox>
          </v:shape>
        </w:pict>
      </w:r>
      <w:r>
        <w:pict>
          <v:shape id="TB175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176" type="#hgpTextboxType" style="position:absolute;left:1.4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Margherita Pizza</w:t>
                  </w:r>
                </w:p>
              </w:txbxContent>
            </v:textbox>
          </v:shape>
        </w:pict>
      </w:r>
      <w:r>
        <w:pict>
          <v:shape id="TB177" type="#hgpTextboxType" style="position:absolute;left:2.834000000000000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Margherita Pizza</w:t>
                  </w:r>
                </w:p>
              </w:txbxContent>
            </v:textbox>
          </v:shape>
        </w:pict>
      </w:r>
      <w:r>
        <w:pict>
          <v:shape id="TB178" type="#hgpTextboxType" style="position:absolute;left:4.218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Margherita Pizza</w:t>
                  </w:r>
                </w:p>
              </w:txbxContent>
            </v:textbox>
          </v:shape>
        </w:pict>
      </w:r>
      <w:r>
        <w:pict>
          <v:shape id="TB179" type="#hgpTextboxType" style="position:absolute;left:5.602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Margherita Pizza</w:t>
                  </w:r>
                </w:p>
              </w:txbxContent>
            </v:textbox>
          </v:shape>
        </w:pict>
      </w:r>
      <w:r>
        <w:pict>
          <v:shape id="TB180" type="#hgpTextboxType" style="position:absolute;left:6.986000000000001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Margherita Pizza</w:t>
                  </w:r>
                </w:p>
              </w:txbxContent>
            </v:textbox>
          </v:shape>
        </w:pict>
      </w:r>
      <w:r>
        <w:pict>
          <v:shape id="TB181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182" type="#hgpTextboxType" style="position:absolute;left:1.4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Cheeseburger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Fiesta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Cheeseburger</w:t>
                  </w:r>
                </w:p>
              </w:txbxContent>
            </v:textbox>
          </v:shape>
        </w:pict>
      </w:r>
      <w:r>
        <w:pict>
          <v:shape id="TB183" type="#hgpTextboxType" style="position:absolute;left:2.834000000000000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4" type="#hgpTextboxType" style="position:absolute;left:4.218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Crispy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BBQ Cheddar Crispy Chicken Sandwich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5" type="#hgpTextboxType" style="position:absolute;left:5.602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Hot Dog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Philly Cheese Dog</w:t>
                  </w:r>
                </w:p>
              </w:txbxContent>
            </v:textbox>
          </v:shape>
        </w:pict>
      </w:r>
      <w:r>
        <w:pict>
          <v:shape id="TB186" type="#hgpTextboxType" style="position:absolute;left:6.986000000000001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Fish Fillet Sandwich with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OR Tartar Sauce</w:t>
                  </w:r>
                </w:p>
              </w:txbxContent>
            </v:textbox>
          </v:shape>
        </w:pict>
      </w:r>
      <w:r>
        <w:pict>
          <v:shape id="TB187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188" type="#hgpTextboxType" style="position:absolute;left:1.4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Fries.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189" type="#hgpTextboxType" style="position:absolute;left:2.834000000000000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Fries.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190" type="#hgpTextboxType" style="position:absolute;left:4.218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Fries.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191" type="#hgpTextboxType" style="position:absolute;left:5.602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Fries.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192" type="#hgpTextboxType" style="position:absolute;left:6.986000000000001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Fries.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193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194" type="#hgpTextboxType" style="position:absolute;left:1.4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Santa Fe Turkey &amp; Cheddar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Cobb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Salad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Cheese on Kaiser</w:t>
                  </w:r>
                </w:p>
              </w:txbxContent>
            </v:textbox>
          </v:shape>
        </w:pict>
      </w:r>
      <w:r>
        <w:pict>
          <v:shape id="TB195" type="#hgpTextboxType" style="position:absolute;left:2.834000000000000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Santa Fe Turkey &amp; Cheddar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Cobb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Salad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Cheese on Kaiser</w:t>
                  </w:r>
                </w:p>
              </w:txbxContent>
            </v:textbox>
          </v:shape>
        </w:pict>
      </w:r>
      <w:r>
        <w:pict>
          <v:shape id="TB196" type="#hgpTextboxType" style="position:absolute;left:4.218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Santa Fe Turkey &amp; Cheddar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Cobb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Salad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Cheese on Kaiser</w:t>
                  </w:r>
                </w:p>
              </w:txbxContent>
            </v:textbox>
          </v:shape>
        </w:pict>
      </w:r>
      <w:r>
        <w:pict>
          <v:shape id="TB197" type="#hgpTextboxType" style="position:absolute;left:5.602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Santa Fe Turkey &amp; Cheddar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Cobb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Salad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Cheese on Kaiser</w:t>
                  </w:r>
                </w:p>
              </w:txbxContent>
            </v:textbox>
          </v:shape>
        </w:pict>
      </w:r>
      <w:r>
        <w:pict>
          <v:shape id="TB198" type="#hgpTextboxType" style="position:absolute;left:6.986000000000001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Santa Fe Turkey &amp; Cheddar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Cobb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Salad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Cheese on Kaiser</w:t>
                  </w:r>
                </w:p>
              </w:txbxContent>
            </v:textbox>
          </v:shape>
        </w:pict>
      </w:r>
      <w:r>
        <w:pict>
          <v:shape id="TB199" type="#hgpTextboxType" style="position:absolute;left:0.35in;top:8.3775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200" type="#hgpTextboxType" style="position:absolute;left:1.4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201" type="#hgpTextboxType" style="position:absolute;left:2.834000000000000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02" type="#hgpTextboxType" style="position:absolute;left:4.218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ed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203" type="#hgpTextboxType" style="position:absolute;left:5.602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204" type="#hgpTextboxType" style="position:absolute;left:6.986000000000001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205" type="#hgpTextboxType" style="position:absolute;left:0.35in;top:9.498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206" type="#hgpTextboxType" style="position:absolute;left:1.4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207" type="#hgpTextboxType" style="position:absolute;left:2.834000000000000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208" type="#hgpTextboxType" style="position:absolute;left:4.218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209" type="#hgpTextboxType" style="position:absolute;left:5.602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210" type="#hgpTextboxType" style="position:absolute;left:6.986000000000001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3" name="Picture 3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211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12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HIGH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High School · September 7-11</w:t>
                  </w:r>
                </w:p>
              </w:txbxContent>
            </v:textbox>
          </v:shape>
        </w:pict>
      </w:r>
      <w:r>
        <w:pict>
          <v:shape id="TB213" type="#hgpTextboxType" style="position:absolute;left:1.4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214" type="#hgpTextboxType" style="position:absolute;left:2.834000000000000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215" type="#hgpTextboxType" style="position:absolute;left:4.218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216" type="#hgpTextboxType" style="position:absolute;left:5.602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217" type="#hgpTextboxType" style="position:absolute;left:6.986000000000001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218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219" type="#hgpTextboxType" style="position:absolute;left:1.4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SCHOOL</w:t>
                  </w:r>
                </w:p>
              </w:txbxContent>
            </v:textbox>
          </v:shape>
        </w:pict>
      </w:r>
      <w:r>
        <w:pict>
          <v:shape id="TB220" type="#hgpTextboxType" style="position:absolute;left:2.834000000000000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Philly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Steak Hoagie Sandwich </w:t>
                  </w:r>
                </w:p>
              </w:txbxContent>
            </v:textbox>
          </v:shape>
        </w:pict>
      </w:r>
      <w:r>
        <w:pict>
          <v:shape id="TB221" type="#hgpTextboxType" style="position:absolute;left:4.218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French Toast Sticks with CNC Chicken Breakfast Sausage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Syrup</w:t>
                  </w:r>
                </w:p>
              </w:txbxContent>
            </v:textbox>
          </v:shape>
        </w:pict>
      </w:r>
      <w:r>
        <w:pict>
          <v:shape id="TB222" type="#hgpTextboxType" style="position:absolute;left:5.602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lant-based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Taco Salad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Rice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Pico de Gallo</w:t>
                  </w:r>
                </w:p>
              </w:txbxContent>
            </v:textbox>
          </v:shape>
        </w:pict>
      </w:r>
      <w:r>
        <w:pict>
          <v:shape id="TB223" type="#hgpTextboxType" style="position:absolute;left:6.986000000000001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Asopao de Pollo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Stew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Seasoned Rice</w:t>
                  </w:r>
                </w:p>
              </w:txbxContent>
            </v:textbox>
          </v:shape>
        </w:pict>
      </w:r>
      <w:r>
        <w:pict>
          <v:shape id="TB224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BAR</w:t>
                  </w:r>
                </w:p>
              </w:txbxContent>
            </v:textbox>
          </v:shape>
        </w:pict>
      </w:r>
      <w:r>
        <w:pict>
          <v:shape id="TB225" type="#hgpTextboxType" style="position:absolute;left:1.4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Buffalo Chicken or Refried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Sauce, Sour Cream, Salsa &amp; Tortilla Chips</w:t>
                  </w:r>
                </w:p>
              </w:txbxContent>
            </v:textbox>
          </v:shape>
        </w:pict>
      </w:r>
      <w:r>
        <w:pict>
          <v:shape id="TB226" type="#hgpTextboxType" style="position:absolute;left:2.834000000000000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Buffalo Chicken or Refried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Sauce, Sour Cream, Salsa &amp; Tortilla Chips</w:t>
                  </w:r>
                </w:p>
              </w:txbxContent>
            </v:textbox>
          </v:shape>
        </w:pict>
      </w:r>
      <w:r>
        <w:pict>
          <v:shape id="TB227" type="#hgpTextboxType" style="position:absolute;left:4.218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Buffalo Chicken or Refried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Sauce, Sour Cream, Salsa &amp; Tortilla Chips</w:t>
                  </w:r>
                </w:p>
              </w:txbxContent>
            </v:textbox>
          </v:shape>
        </w:pict>
      </w:r>
      <w:r>
        <w:pict>
          <v:shape id="TB228" type="#hgpTextboxType" style="position:absolute;left:5.602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Buffalo Chicken or Refried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Sauce, Sour Cream, Salsa &amp; Tortilla Chips</w:t>
                  </w:r>
                </w:p>
              </w:txbxContent>
            </v:textbox>
          </v:shape>
        </w:pict>
      </w:r>
      <w:r>
        <w:pict>
          <v:shape id="TB229" type="#hgpTextboxType" style="position:absolute;left:6.986000000000001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Buffalo Chicken or Refried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Sauce, Sour Cream, Salsa &amp; Tortilla Chips</w:t>
                  </w:r>
                </w:p>
              </w:txbxContent>
            </v:textbox>
          </v:shape>
        </w:pict>
      </w:r>
      <w:r>
        <w:pict>
          <v:shape id="TB230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231" type="#hgpTextboxType" style="position:absolute;left:1.4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Roasted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Vegetable Pizza</w:t>
                  </w:r>
                </w:p>
              </w:txbxContent>
            </v:textbox>
          </v:shape>
        </w:pict>
      </w:r>
      <w:r>
        <w:pict>
          <v:shape id="TB232" type="#hgpTextboxType" style="position:absolute;left:2.834000000000000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Roasted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Vegetable Pizza</w:t>
                  </w:r>
                </w:p>
              </w:txbxContent>
            </v:textbox>
          </v:shape>
        </w:pict>
      </w:r>
      <w:r>
        <w:pict>
          <v:shape id="TB233" type="#hgpTextboxType" style="position:absolute;left:4.218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Roasted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Vegetable Pizza</w:t>
                  </w:r>
                </w:p>
              </w:txbxContent>
            </v:textbox>
          </v:shape>
        </w:pict>
      </w:r>
      <w:r>
        <w:pict>
          <v:shape id="TB234" type="#hgpTextboxType" style="position:absolute;left:5.602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Roasted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Vegetable Pizza</w:t>
                  </w:r>
                </w:p>
              </w:txbxContent>
            </v:textbox>
          </v:shape>
        </w:pict>
      </w:r>
      <w:r>
        <w:pict>
          <v:shape id="TB235" type="#hgpTextboxType" style="position:absolute;left:6.986000000000001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Roasted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Vegetable Pizza</w:t>
                  </w:r>
                </w:p>
              </w:txbxContent>
            </v:textbox>
          </v:shape>
        </w:pict>
      </w:r>
      <w:r>
        <w:pict>
          <v:shape id="TB236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237" type="#hgpTextboxType" style="position:absolute;left:1.4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38" type="#hgpTextboxType" style="position:absolute;left:2.834000000000000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Cheeseburger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Jalapeno Cheeseburger</w:t>
                  </w:r>
                </w:p>
              </w:txbxContent>
            </v:textbox>
          </v:shape>
        </w:pict>
      </w:r>
      <w:r>
        <w:pict>
          <v:shape id="TB239" type="#hgpTextboxType" style="position:absolute;left:4.218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Spicy Chicken Patty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Spicy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Patty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w/Cheese</w:t>
                  </w:r>
                </w:p>
              </w:txbxContent>
            </v:textbox>
          </v:shape>
        </w:pict>
      </w:r>
      <w:r>
        <w:pict>
          <v:shape id="TB240" type="#hgpTextboxType" style="position:absolute;left:5.602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Hot Dog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BBQ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Bacon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Hot Dog</w:t>
                  </w:r>
                </w:p>
              </w:txbxContent>
            </v:textbox>
          </v:shape>
        </w:pict>
      </w:r>
      <w:r>
        <w:pict>
          <v:shape id="TB241" type="#hgpTextboxType" style="position:absolute;left:6.986000000000001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Fish Filet Sandwich with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OR Tartar Sauce</w:t>
                  </w:r>
                </w:p>
              </w:txbxContent>
            </v:textbox>
          </v:shape>
        </w:pict>
      </w:r>
      <w:r>
        <w:pict>
          <v:shape id="TB242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243" type="#hgpTextboxType" style="position:absolute;left:1.4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Onion, Pickles,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244" type="#hgpTextboxType" style="position:absolute;left:2.834000000000000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Onion, Pickles,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245" type="#hgpTextboxType" style="position:absolute;left:4.218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Onion, Pickles,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246" type="#hgpTextboxType" style="position:absolute;left:5.602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Onion, Pickles,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247" type="#hgpTextboxType" style="position:absolute;left:6.986000000000001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Sides – Sliced Tomato, Green Leaf Lettuce, Sliced Onion, Pickles,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248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249" type="#hgpTextboxType" style="position:absolute;left:1.4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Honey Chicken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&amp; Spinach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Mediterranean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Salad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</w:txbxContent>
            </v:textbox>
          </v:shape>
        </w:pict>
      </w:r>
      <w:r>
        <w:pict>
          <v:shape id="TB250" type="#hgpTextboxType" style="position:absolute;left:2.834000000000000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Honey Chicken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&amp; Spinach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Mediterranean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Salad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</w:txbxContent>
            </v:textbox>
          </v:shape>
        </w:pict>
      </w:r>
      <w:r>
        <w:pict>
          <v:shape id="TB251" type="#hgpTextboxType" style="position:absolute;left:4.218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Honey Chicken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&amp; Spinach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Mediterranean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Salad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</w:txbxContent>
            </v:textbox>
          </v:shape>
        </w:pict>
      </w:r>
      <w:r>
        <w:pict>
          <v:shape id="TB252" type="#hgpTextboxType" style="position:absolute;left:5.602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Honey Chicken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&amp; Spinach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Mediterranean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Salad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</w:txbxContent>
            </v:textbox>
          </v:shape>
        </w:pict>
      </w:r>
      <w:r>
        <w:pict>
          <v:shape id="TB253" type="#hgpTextboxType" style="position:absolute;left:6.986000000000001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Honey Chicken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&amp; Spinach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Vegan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Mediterranean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Salad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</w:txbxContent>
            </v:textbox>
          </v:shape>
        </w:pict>
      </w:r>
      <w:r>
        <w:pict>
          <v:shape id="TB254" type="#hgpTextboxType" style="position:absolute;left:0.35in;top:8.3775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255" type="#hgpTextboxType" style="position:absolute;left:1.4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56" type="#hgpTextboxType" style="position:absolute;left:2.834000000000000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257" type="#hgpTextboxType" style="position:absolute;left:4.218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Butternut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258" type="#hgpTextboxType" style="position:absolute;left:5.602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Stewed Black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259" type="#hgpTextboxType" style="position:absolute;left:6.986000000000001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260" type="#hgpTextboxType" style="position:absolute;left:0.35in;top:9.498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261" type="#hgpTextboxType" style="position:absolute;left:1.4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262" type="#hgpTextboxType" style="position:absolute;left:2.834000000000000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263" type="#hgpTextboxType" style="position:absolute;left:4.218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264" type="#hgpTextboxType" style="position:absolute;left:5.602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265" type="#hgpTextboxType" style="position:absolute;left:6.986000000000001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4" name="Picture 4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266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67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HIGH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High School · September 14-18</w:t>
                  </w:r>
                </w:p>
              </w:txbxContent>
            </v:textbox>
          </v:shape>
        </w:pict>
      </w:r>
      <w:r>
        <w:pict>
          <v:shape id="TB268" type="#hgpTextboxType" style="position:absolute;left:1.4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269" type="#hgpTextboxType" style="position:absolute;left:2.834000000000000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270" type="#hgpTextboxType" style="position:absolute;left:4.218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271" type="#hgpTextboxType" style="position:absolute;left:5.602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272" type="#hgpTextboxType" style="position:absolute;left:6.986000000000001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273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274" type="#hgpTextboxType" style="position:absolute;left:1.4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Nugget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CNC BBQ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, Roll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75" type="#hgpTextboxType" style="position:absolute;left:2.834000000000000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Sweet Battered Turkey Corn Dogs</w:t>
                  </w:r>
                </w:p>
              </w:txbxContent>
            </v:textbox>
          </v:shape>
        </w:pict>
      </w:r>
      <w:r>
        <w:pict>
          <v:shape id="TB276" type="#hgpTextboxType" style="position:absolute;left:4.218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Pasta &amp; Meatballs with Marinara &amp; Parmesan Cheese</w:t>
                  </w:r>
                </w:p>
              </w:txbxContent>
            </v:textbox>
          </v:shape>
        </w:pict>
      </w:r>
      <w:r>
        <w:pict>
          <v:shape id="TB277" type="#hgpTextboxType" style="position:absolute;left:5.602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Huli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Huli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Chicken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Rice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Pilaf</w:t>
                  </w:r>
                </w:p>
              </w:txbxContent>
            </v:textbox>
          </v:shape>
        </w:pict>
      </w:r>
      <w:r>
        <w:pict>
          <v:shape id="TB278" type="#hgpTextboxType" style="position:absolute;left:6.986000000000001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Bean 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Tostada with Pico de Gallo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, 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Elotes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Style Corn with Chilis</w:t>
                  </w:r>
                </w:p>
              </w:txbxContent>
            </v:textbox>
          </v:shape>
        </w:pict>
      </w:r>
      <w:r>
        <w:pict>
          <v:shape id="TB279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BAR</w:t>
                  </w:r>
                </w:p>
              </w:txbxContent>
            </v:textbox>
          </v:shape>
        </w:pict>
      </w:r>
      <w:r>
        <w:pict>
          <v:shape id="TB280" type="#hgpTextboxType" style="position:absolute;left:1.4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Chicken, Seasoned Rice, Stewed Black Beans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Salsa,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Sour Cream</w:t>
                  </w:r>
                </w:p>
              </w:txbxContent>
            </v:textbox>
          </v:shape>
        </w:pict>
      </w:r>
      <w:r>
        <w:pict>
          <v:shape id="TB281" type="#hgpTextboxType" style="position:absolute;left:2.834000000000000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Chicken, Seasoned Rice, Stewed Black Beans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Salsa,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Sour Cream</w:t>
                  </w:r>
                </w:p>
              </w:txbxContent>
            </v:textbox>
          </v:shape>
        </w:pict>
      </w:r>
      <w:r>
        <w:pict>
          <v:shape id="TB282" type="#hgpTextboxType" style="position:absolute;left:4.218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Chicken, Seasoned Rice, Stewed Black Beans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Salsa,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Sour Cream</w:t>
                  </w:r>
                </w:p>
              </w:txbxContent>
            </v:textbox>
          </v:shape>
        </w:pict>
      </w:r>
      <w:r>
        <w:pict>
          <v:shape id="TB283" type="#hgpTextboxType" style="position:absolute;left:5.602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Chicken, Seasoned Rice, Stewed Black Beans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Salsa,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Sour Cream</w:t>
                  </w:r>
                </w:p>
              </w:txbxContent>
            </v:textbox>
          </v:shape>
        </w:pict>
      </w:r>
      <w:r>
        <w:pict>
          <v:shape id="TB284" type="#hgpTextboxType" style="position:absolute;left:6.986000000000001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Chicken, Seasoned Rice, Stewed Black Beans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Salsa,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Sour Cream</w:t>
                  </w:r>
                </w:p>
              </w:txbxContent>
            </v:textbox>
          </v:shape>
        </w:pict>
      </w:r>
      <w:r>
        <w:pict>
          <v:shape id="TB285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286" type="#hgpTextboxType" style="position:absolute;left:1.4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BBQ Chicken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87" type="#hgpTextboxType" style="position:absolute;left:2.834000000000000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BBQ Chicken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88" type="#hgpTextboxType" style="position:absolute;left:4.218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BBQ Chicken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89" type="#hgpTextboxType" style="position:absolute;left:5.602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BBQ Chicken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90" type="#hgpTextboxType" style="position:absolute;left:6.986000000000001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BBQ Chicken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91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292" type="#hgpTextboxType" style="position:absolute;left:1.4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Spicy Chicken Patty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Spicy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Patty w/Cheese</w:t>
                  </w:r>
                </w:p>
              </w:txbxContent>
            </v:textbox>
          </v:shape>
        </w:pict>
      </w:r>
      <w:r>
        <w:pict>
          <v:shape id="TB293" type="#hgpTextboxType" style="position:absolute;left:2.834000000000000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Cheeseburger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Fiesta Cheeseburger</w:t>
                  </w:r>
                </w:p>
              </w:txbxContent>
            </v:textbox>
          </v:shape>
        </w:pict>
      </w:r>
      <w:r>
        <w:pict>
          <v:shape id="TB294" type="#hgpTextboxType" style="position:absolute;left:4.218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Crispy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BBQ Cheddar Crispy Chicken Sandwich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95" type="#hgpTextboxType" style="position:absolute;left:5.602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Hot Dog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Philly Cheese Dog</w:t>
                  </w:r>
                </w:p>
              </w:txbxContent>
            </v:textbox>
          </v:shape>
        </w:pict>
      </w:r>
      <w:r>
        <w:pict>
          <v:shape id="TB296" type="#hgpTextboxType" style="position:absolute;left:6.986000000000001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Fish Fillet Sandwich with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OR Tartar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Sauce</w:t>
                  </w:r>
                </w:p>
              </w:txbxContent>
            </v:textbox>
          </v:shape>
        </w:pict>
      </w:r>
      <w:r>
        <w:pict>
          <v:shape id="TB297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298" type="#hgpTextboxType" style="position:absolute;left:1.4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  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299" type="#hgpTextboxType" style="position:absolute;left:2.834000000000000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  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300" type="#hgpTextboxType" style="position:absolute;left:4.218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  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301" type="#hgpTextboxType" style="position:absolute;left:5.602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  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302" type="#hgpTextboxType" style="position:absolute;left:6.986000000000001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   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303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304" type="#hgpTextboxType" style="position:absolute;left:1.4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BBQ Chicken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</w:txbxContent>
            </v:textbox>
          </v:shape>
        </w:pict>
      </w:r>
      <w:r>
        <w:pict>
          <v:shape id="TB305" type="#hgpTextboxType" style="position:absolute;left:2.834000000000000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BBQ Chicken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</w:txbxContent>
            </v:textbox>
          </v:shape>
        </w:pict>
      </w:r>
      <w:r>
        <w:pict>
          <v:shape id="TB306" type="#hgpTextboxType" style="position:absolute;left:4.218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BBQ Chicken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</w:txbxContent>
            </v:textbox>
          </v:shape>
        </w:pict>
      </w:r>
      <w:r>
        <w:pict>
          <v:shape id="TB307" type="#hgpTextboxType" style="position:absolute;left:5.602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BBQ Chicken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</w:txbxContent>
            </v:textbox>
          </v:shape>
        </w:pict>
      </w:r>
      <w:r>
        <w:pict>
          <v:shape id="TB308" type="#hgpTextboxType" style="position:absolute;left:6.986000000000001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BBQ Chicken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Kale &amp; Apple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Ham &amp; Cheese on Kaiser</w:t>
                  </w:r>
                </w:p>
              </w:txbxContent>
            </v:textbox>
          </v:shape>
        </w:pict>
      </w:r>
      <w:r>
        <w:pict>
          <v:shape id="TB309" type="#hgpTextboxType" style="position:absolute;left:0.35in;top:8.3775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310" type="#hgpTextboxType" style="position:absolute;left:1.4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311" type="#hgpTextboxType" style="position:absolute;left:2.834000000000000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Veggie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312" type="#hgpTextboxType" style="position:absolute;left:4.218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313" type="#hgpTextboxType" style="position:absolute;left:5.602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314" type="#hgpTextboxType" style="position:absolute;left:6.986000000000001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Local Root Vegetables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315" type="#hgpTextboxType" style="position:absolute;left:0.35in;top:9.498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316" type="#hgpTextboxType" style="position:absolute;left:1.4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317" type="#hgpTextboxType" style="position:absolute;left:2.834000000000000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318" type="#hgpTextboxType" style="position:absolute;left:4.218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319" type="#hgpTextboxType" style="position:absolute;left:5.602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320" type="#hgpTextboxType" style="position:absolute;left:6.986000000000001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5" name="Picture 5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321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322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HIGH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High School · September 21-25</w:t>
                  </w:r>
                </w:p>
              </w:txbxContent>
            </v:textbox>
          </v:shape>
        </w:pict>
      </w:r>
      <w:r>
        <w:pict>
          <v:shape id="TB323" type="#hgpTextboxType" style="position:absolute;left:1.4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324" type="#hgpTextboxType" style="position:absolute;left:2.834000000000000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325" type="#hgpTextboxType" style="position:absolute;left:4.218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326" type="#hgpTextboxType" style="position:absolute;left:5.602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327" type="#hgpTextboxType" style="position:absolute;left:6.986000000000001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328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329" type="#hgpTextboxType" style="position:absolute;left:1.4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Steak &amp; Cheese Calzone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Ranch Dipping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Sauce</w:t>
                  </w:r>
                </w:p>
              </w:txbxContent>
            </v:textbox>
          </v:shape>
        </w:pict>
      </w:r>
      <w:r>
        <w:pict>
          <v:shape id="TB330" type="#hgpTextboxType" style="position:absolute;left:2.834000000000000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 Veggie Fried Rice</w:t>
                  </w:r>
                </w:p>
              </w:txbxContent>
            </v:textbox>
          </v:shape>
        </w:pict>
      </w:r>
      <w:r>
        <w:pict>
          <v:shape id="TB331" type="#hgpTextboxType" style="position:absolute;left:4.218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n Cheese </w:t>
                  </w:r>
                </w:p>
              </w:txbxContent>
            </v:textbox>
          </v:shape>
        </w:pict>
      </w:r>
      <w:r>
        <w:pict>
          <v:shape id="TB332" type="#hgpTextboxType" style="position:absolute;left:5.602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Drumstick &amp; 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 and Spicy Syrup</w:t>
                  </w:r>
                </w:p>
              </w:txbxContent>
            </v:textbox>
          </v:shape>
        </w:pict>
      </w:r>
      <w:r>
        <w:pict>
          <v:shape id="TB333" type="#hgpTextboxType" style="position:absolute;left:6.986000000000001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Loaded Baked Potato with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Plant-based Nacho Crumbles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,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Sauce &amp; Dinner Roll</w:t>
                  </w:r>
                </w:p>
              </w:txbxContent>
            </v:textbox>
          </v:shape>
        </w:pict>
      </w:r>
      <w:r>
        <w:pict>
          <v:shape id="TB334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BAR</w:t>
                  </w:r>
                </w:p>
              </w:txbxContent>
            </v:textbox>
          </v:shape>
        </w:pict>
      </w:r>
      <w:r>
        <w:pict>
          <v:shape id="TB335" type="#hgpTextboxType" style="position:absolute;left:1.4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Plant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-b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ased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Halal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Nacho Crumbles or Refried Beans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Cheese Sauce, Sour Cream, Salsa &amp; Tortilla Chips</w:t>
                  </w:r>
                </w:p>
              </w:txbxContent>
            </v:textbox>
          </v:shape>
        </w:pict>
      </w:r>
      <w:r>
        <w:pict>
          <v:shape id="TB336" type="#hgpTextboxType" style="position:absolute;left:2.834000000000000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Plant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-b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ased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Halal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Nacho Crumbles or Refried Beans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Cheese Sauce, Sour Cream, Salsa &amp; Tortilla Chips</w:t>
                  </w:r>
                </w:p>
              </w:txbxContent>
            </v:textbox>
          </v:shape>
        </w:pict>
      </w:r>
      <w:r>
        <w:pict>
          <v:shape id="TB337" type="#hgpTextboxType" style="position:absolute;left:4.218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Plant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-b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ased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Halal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Nacho Crumbles or Refried Beans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Cheese Sauce, Sour Cream, Salsa &amp; Tortilla Chips</w:t>
                  </w:r>
                </w:p>
              </w:txbxContent>
            </v:textbox>
          </v:shape>
        </w:pict>
      </w:r>
      <w:r>
        <w:pict>
          <v:shape id="TB338" type="#hgpTextboxType" style="position:absolute;left:5.602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Plant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-b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ased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Halal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Nacho Crumbles or Refried Beans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Cheese Sauce, Sour Cream, Salsa &amp; Tortilla Chips</w:t>
                  </w:r>
                </w:p>
              </w:txbxContent>
            </v:textbox>
          </v:shape>
        </w:pict>
      </w:r>
      <w:r>
        <w:pict>
          <v:shape id="TB339" type="#hgpTextboxType" style="position:absolute;left:6.986000000000001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Choice Of: Plant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-b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ased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Halal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Nacho Crumbles or Refried Beans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Served with Cheese Sauce, Sour Cream, Salsa &amp; Tortilla Chips</w:t>
                  </w:r>
                </w:p>
              </w:txbxContent>
            </v:textbox>
          </v:shape>
        </w:pict>
      </w:r>
      <w:r>
        <w:pict>
          <v:shape id="TB340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341" type="#hgpTextboxType" style="position:absolute;left:1.4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Chicken &amp; Broccoli Alfredo Pizza</w:t>
                  </w:r>
                </w:p>
              </w:txbxContent>
            </v:textbox>
          </v:shape>
        </w:pict>
      </w:r>
      <w:r>
        <w:pict>
          <v:shape id="TB342" type="#hgpTextboxType" style="position:absolute;left:2.834000000000000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Chicken &amp; Broccoli Alfredo Pizza</w:t>
                  </w:r>
                </w:p>
              </w:txbxContent>
            </v:textbox>
          </v:shape>
        </w:pict>
      </w:r>
      <w:r>
        <w:pict>
          <v:shape id="TB343" type="#hgpTextboxType" style="position:absolute;left:4.218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Chicken &amp; Broccoli Alfredo Pizza</w:t>
                  </w:r>
                </w:p>
              </w:txbxContent>
            </v:textbox>
          </v:shape>
        </w:pict>
      </w:r>
      <w:r>
        <w:pict>
          <v:shape id="TB344" type="#hgpTextboxType" style="position:absolute;left:5.602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Chicken &amp; Broccoli Alfredo Pizza</w:t>
                  </w:r>
                </w:p>
              </w:txbxContent>
            </v:textbox>
          </v:shape>
        </w:pict>
      </w:r>
      <w:r>
        <w:pict>
          <v:shape id="TB345" type="#hgpTextboxType" style="position:absolute;left:6.986000000000001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Chicken &amp; Broccoli Alfredo Pizza</w:t>
                  </w:r>
                </w:p>
              </w:txbxContent>
            </v:textbox>
          </v:shape>
        </w:pict>
      </w:r>
      <w:r>
        <w:pict>
          <v:shape id="TB346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347" type="#hgpTextboxType" style="position:absolute;left:1.4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Crispy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Crispy Chicken Parm Sandwich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348" type="#hgpTextboxType" style="position:absolute;left:2.834000000000000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Cheeseburger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Jalapeno Cheeseburger</w:t>
                  </w:r>
                </w:p>
              </w:txbxContent>
            </v:textbox>
          </v:shape>
        </w:pict>
      </w:r>
      <w:r>
        <w:pict>
          <v:shape id="TB349" type="#hgpTextboxType" style="position:absolute;left:4.218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Spicy Chicken Patty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Spicy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Patty w/Cheese</w:t>
                  </w:r>
                </w:p>
              </w:txbxContent>
            </v:textbox>
          </v:shape>
        </w:pict>
      </w:r>
      <w:r>
        <w:pict>
          <v:shape id="TB350" type="#hgpTextboxType" style="position:absolute;left:5.602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Hot Dog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BBQ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Bacon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Hot Dog</w:t>
                  </w:r>
                </w:p>
              </w:txbxContent>
            </v:textbox>
          </v:shape>
        </w:pict>
      </w:r>
      <w:r>
        <w:pict>
          <v:shape id="TB351" type="#hgpTextboxType" style="position:absolute;left:6.986000000000001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Fish Fillet Sandwich with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OR Tartar Sauce</w:t>
                  </w:r>
                </w:p>
              </w:txbxContent>
            </v:textbox>
          </v:shape>
        </w:pict>
      </w:r>
      <w:r>
        <w:pict>
          <v:shape id="TB352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353" type="#hgpTextboxType" style="position:absolute;left:1.4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354" type="#hgpTextboxType" style="position:absolute;left:2.834000000000000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355" type="#hgpTextboxType" style="position:absolute;left:4.218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356" type="#hgpTextboxType" style="position:absolute;left:5.602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357" type="#hgpTextboxType" style="position:absolute;left:6.986000000000001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   Black Bean Burger w/Fresh Veggies and Burger Sauce Offered Daily</w:t>
                  </w:r>
                </w:p>
              </w:txbxContent>
            </v:textbox>
          </v:shape>
        </w:pict>
      </w:r>
      <w:r>
        <w:pict>
          <v:shape id="TB358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359" type="#hgpTextboxType" style="position:absolute;left:1.4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Bacon Ranch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</w:txbxContent>
            </v:textbox>
          </v:shape>
        </w:pict>
      </w:r>
      <w:r>
        <w:pict>
          <v:shape id="TB360" type="#hgpTextboxType" style="position:absolute;left:2.834000000000000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Bacon Ranch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</w:txbxContent>
            </v:textbox>
          </v:shape>
        </w:pict>
      </w:r>
      <w:r>
        <w:pict>
          <v:shape id="TB361" type="#hgpTextboxType" style="position:absolute;left:4.218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Bacon Ranch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</w:txbxContent>
            </v:textbox>
          </v:shape>
        </w:pict>
      </w:r>
      <w:r>
        <w:pict>
          <v:shape id="TB362" type="#hgpTextboxType" style="position:absolute;left:5.602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Bacon Ranch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</w:txbxContent>
            </v:textbox>
          </v:shape>
        </w:pict>
      </w:r>
      <w:r>
        <w:pict>
          <v:shape id="TB363" type="#hgpTextboxType" style="position:absolute;left:6.986000000000001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Bacon Ranch 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Garden Salad with Roll</w:t>
                  </w:r>
                </w:p>
              </w:txbxContent>
            </v:textbox>
          </v:shape>
        </w:pict>
      </w:r>
      <w:r>
        <w:pict>
          <v:shape id="TB364" type="#hgpTextboxType" style="position:absolute;left:0.35in;top:8.3775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365" type="#hgpTextboxType" style="position:absolute;left:1.4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366" type="#hgpTextboxType" style="position:absolute;left:2.834000000000000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367" type="#hgpTextboxType" style="position:absolute;left:4.218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368" type="#hgpTextboxType" style="position:absolute;left:5.602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369" type="#hgpTextboxType" style="position:absolute;left:6.986000000000001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Side Caesar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370" type="#hgpTextboxType" style="position:absolute;left:0.35in;top:9.498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371" type="#hgpTextboxType" style="position:absolute;left:1.4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372" type="#hgpTextboxType" style="position:absolute;left:2.834000000000000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373" type="#hgpTextboxType" style="position:absolute;left:4.218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374" type="#hgpTextboxType" style="position:absolute;left:5.602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375" type="#hgpTextboxType" style="position:absolute;left:6.986000000000001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6" name="Picture 6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376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377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HIGH SCHOOL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High School · September 28- October 2</w:t>
                  </w:r>
                </w:p>
              </w:txbxContent>
            </v:textbox>
          </v:shape>
        </w:pict>
      </w:r>
      <w:r>
        <w:pict>
          <v:shape id="TB378" type="#hgpTextboxType" style="position:absolute;left:1.4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379" type="#hgpTextboxType" style="position:absolute;left:2.834000000000000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380" type="#hgpTextboxType" style="position:absolute;left:4.218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381" type="#hgpTextboxType" style="position:absolute;left:5.602000000000001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382" type="#hgpTextboxType" style="position:absolute;left:6.9860000000000015in;top:1.3in;width:1.3340000000000003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383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384" type="#hgpTextboxType" style="position:absolute;left:1.4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Italian Me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atball Sub w/Parmesan cheese</w:t>
                  </w:r>
                </w:p>
              </w:txbxContent>
            </v:textbox>
          </v:shape>
        </w:pict>
      </w:r>
      <w:r>
        <w:pict>
          <v:shape id="TB385" type="#hgpTextboxType" style="position:absolute;left:2.834000000000000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Hawaiian Pineapple Chicken Bowl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with Brown Rice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, 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Corn &amp; Pineapple Salsa</w:t>
                  </w:r>
                </w:p>
              </w:txbxContent>
            </v:textbox>
          </v:shape>
        </w:pict>
      </w:r>
      <w:r>
        <w:pict>
          <v:shape id="TB386" type="#hgpTextboxType" style="position:absolute;left:4.218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Baked Ziti w/Plant-based Bolognese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&amp; Garlic Dinner Roll</w:t>
                  </w:r>
                </w:p>
              </w:txbxContent>
            </v:textbox>
          </v:shape>
        </w:pict>
      </w:r>
      <w:r>
        <w:pict>
          <v:shape id="TB387" type="#hgpTextboxType" style="position:absolute;left:5.602000000000001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Chicken Bowl w/Tenders</w:t>
                  </w:r>
                </w:p>
              </w:txbxContent>
            </v:textbox>
          </v:shape>
        </w:pict>
      </w:r>
      <w:r>
        <w:pict>
          <v:shape id="TB388" type="#hgpTextboxType" style="position:absolute;left:6.9860000000000015in;top:1.6500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Picadillo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W/Cilantro Lime Rice</w:t>
                  </w:r>
                </w:p>
              </w:txbxContent>
            </v:textbox>
          </v:shape>
        </w:pict>
      </w:r>
      <w:r>
        <w:pict>
          <v:shape id="TB389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BAR</w:t>
                  </w:r>
                </w:p>
              </w:txbxContent>
            </v:textbox>
          </v:shape>
        </w:pict>
      </w:r>
      <w:r>
        <w:pict>
          <v:shape id="TB390" type="#hgpTextboxType" style="position:absolute;left:1.4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Stewed Black Beans,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Salsa, Sour Cream</w:t>
                  </w:r>
                </w:p>
              </w:txbxContent>
            </v:textbox>
          </v:shape>
        </w:pict>
      </w:r>
      <w:r>
        <w:pict>
          <v:shape id="TB391" type="#hgpTextboxType" style="position:absolute;left:2.834000000000000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Stewed Black Beans,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Salsa, Sour Cream</w:t>
                  </w:r>
                </w:p>
              </w:txbxContent>
            </v:textbox>
          </v:shape>
        </w:pict>
      </w:r>
      <w:r>
        <w:pict>
          <v:shape id="TB392" type="#hgpTextboxType" style="position:absolute;left:4.218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Stewed Black Beans,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Salsa, Sour Cream</w:t>
                  </w:r>
                </w:p>
              </w:txbxContent>
            </v:textbox>
          </v:shape>
        </w:pict>
      </w:r>
      <w:r>
        <w:pict>
          <v:shape id="TB393" type="#hgpTextboxType" style="position:absolute;left:5.602000000000001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Stewed Black Beans,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Salsa, Sour Cream</w:t>
                  </w:r>
                </w:p>
              </w:txbxContent>
            </v:textbox>
          </v:shape>
        </w:pict>
      </w:r>
      <w:r>
        <w:pict>
          <v:shape id="TB394" type="#hgpTextboxType" style="position:absolute;left:6.9860000000000015in;top:2.771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Rice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Chipotle Chicken, Seasoned Rice, Stewed Black Beans,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Cheddar Cheese, Roasted Corn, Salsa, Sour Cream</w:t>
                  </w:r>
                </w:p>
              </w:txbxContent>
            </v:textbox>
          </v:shape>
        </w:pict>
      </w:r>
      <w:r>
        <w:pict>
          <v:shape id="TB395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396" type="#hgpTextboxType" style="position:absolute;left:1.4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Margherita Pizza</w:t>
                  </w:r>
                </w:p>
              </w:txbxContent>
            </v:textbox>
          </v:shape>
        </w:pict>
      </w:r>
      <w:r>
        <w:pict>
          <v:shape id="TB397" type="#hgpTextboxType" style="position:absolute;left:2.834000000000000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Margherita Pizza</w:t>
                  </w:r>
                </w:p>
              </w:txbxContent>
            </v:textbox>
          </v:shape>
        </w:pict>
      </w:r>
      <w:r>
        <w:pict>
          <v:shape id="TB398" type="#hgpTextboxType" style="position:absolute;left:4.218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Margherita Pizza</w:t>
                  </w:r>
                </w:p>
              </w:txbxContent>
            </v:textbox>
          </v:shape>
        </w:pict>
      </w:r>
      <w:r>
        <w:pict>
          <v:shape id="TB399" type="#hgpTextboxType" style="position:absolute;left:5.602000000000001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Margherita Pizza</w:t>
                  </w:r>
                </w:p>
              </w:txbxContent>
            </v:textbox>
          </v:shape>
        </w:pict>
      </w:r>
      <w:r>
        <w:pict>
          <v:shape id="TB400" type="#hgpTextboxType" style="position:absolute;left:6.9860000000000015in;top:3.892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Margherita Pizza</w:t>
                  </w:r>
                </w:p>
              </w:txbxContent>
            </v:textbox>
          </v:shape>
        </w:pict>
      </w:r>
      <w:r>
        <w:pict>
          <v:shape id="TB401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402" type="#hgpTextboxType" style="position:absolute;left:1.4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Spicy Chicken Patty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Spicy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Patty w/Cheese</w:t>
                  </w:r>
                </w:p>
              </w:txbxContent>
            </v:textbox>
          </v:shape>
        </w:pict>
      </w:r>
      <w:r>
        <w:pict>
          <v:shape id="TB403" type="#hgpTextboxType" style="position:absolute;left:2.834000000000000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Cheeseburger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Fiesta Cheeseburger</w:t>
                  </w:r>
                </w:p>
              </w:txbxContent>
            </v:textbox>
          </v:shape>
        </w:pict>
      </w:r>
      <w:r>
        <w:pict>
          <v:shape id="TB404" type="#hgpTextboxType" style="position:absolute;left:4.218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Crispy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BBQ Cheddar Crispy Chicken Sandwich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405" type="#hgpTextboxType" style="position:absolute;left:5.602000000000001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Hot Dog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Philly Cheese Dog</w:t>
                  </w:r>
                </w:p>
              </w:txbxContent>
            </v:textbox>
          </v:shape>
        </w:pict>
      </w:r>
      <w:r>
        <w:pict>
          <v:shape id="TB406" type="#hgpTextboxType" style="position:absolute;left:6.9860000000000015in;top:5.013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Fish Fillet Sandwich with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OR Tartar Sauce</w:t>
                  </w:r>
                </w:p>
              </w:txbxContent>
            </v:textbox>
          </v:shape>
        </w:pict>
      </w:r>
      <w:r>
        <w:pict>
          <v:shape id="TB407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GRILLED</w:t>
                  </w:r>
                </w:p>
              </w:txbxContent>
            </v:textbox>
          </v:shape>
        </w:pict>
      </w:r>
      <w:r>
        <w:pict>
          <v:shape id="TB408" type="#hgpTextboxType" style="position:absolute;left:1.4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Fries.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409" type="#hgpTextboxType" style="position:absolute;left:2.834000000000000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Fries.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410" type="#hgpTextboxType" style="position:absolute;left:4.218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Fries.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411" type="#hgpTextboxType" style="position:absolute;left:5.602000000000001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Fries.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412" type="#hgpTextboxType" style="position:absolute;left:6.9860000000000015in;top:6.1350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Sides – Sliced Tomato, Green Leaf Lettuce, Sliced Onion, Pickles, Burger Sauce, 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Fries.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Vegetarian:</w:t>
                  </w:r>
                  <w:r>
                    <w:rPr>
                      <w:rFonts w:ascii="Arial" w:hAnsi="Arial"/>
                      <w:sz w:val="12"/>
                      <w:color w:val="111111"/>
                    </w:rPr>
                    <w:t xml:space="preserve"> Falafel with OMM Pita and Cucumber Sauce Offered Daily</w:t>
                  </w:r>
                </w:p>
              </w:txbxContent>
            </v:textbox>
          </v:shape>
        </w:pict>
      </w:r>
      <w:r>
        <w:pict>
          <v:shape id="TB413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414" type="#hgpTextboxType" style="position:absolute;left:1.4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Santa Fe Turkey &amp; Cheddar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Cheese on Kaiser</w:t>
                  </w:r>
                </w:p>
              </w:txbxContent>
            </v:textbox>
          </v:shape>
        </w:pict>
      </w:r>
      <w:r>
        <w:pict>
          <v:shape id="TB415" type="#hgpTextboxType" style="position:absolute;left:2.834000000000000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Santa Fe Turkey &amp; Cheddar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Cheese on Kaiser</w:t>
                  </w:r>
                </w:p>
              </w:txbxContent>
            </v:textbox>
          </v:shape>
        </w:pict>
      </w:r>
      <w:r>
        <w:pict>
          <v:shape id="TB416" type="#hgpTextboxType" style="position:absolute;left:4.218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Santa Fe Turkey &amp; Cheddar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Cheese on Kaiser</w:t>
                  </w:r>
                </w:p>
              </w:txbxContent>
            </v:textbox>
          </v:shape>
        </w:pict>
      </w:r>
      <w:r>
        <w:pict>
          <v:shape id="TB417" type="#hgpTextboxType" style="position:absolute;left:5.602000000000001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Santa Fe Turkey &amp; Cheddar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Cheese on Kaiser</w:t>
                  </w:r>
                </w:p>
              </w:txbxContent>
            </v:textbox>
          </v:shape>
        </w:pict>
      </w:r>
      <w:r>
        <w:pict>
          <v:shape id="TB418" type="#hgpTextboxType" style="position:absolute;left:6.9860000000000015in;top:7.2562500000000005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Santa Fe Turkey &amp; Cheddar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Wrap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Cobb Salad w/Dinner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Hummus Bento Box with OMM Toast Points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Cheese on Kaiser</w:t>
                  </w:r>
                </w:p>
              </w:txbxContent>
            </v:textbox>
          </v:shape>
        </w:pict>
      </w:r>
      <w:r>
        <w:pict>
          <v:shape id="TB419" type="#hgpTextboxType" style="position:absolute;left:0.35in;top:8.3775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420" type="#hgpTextboxType" style="position:absolute;left:1.4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Peppers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&amp; Onions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421" type="#hgpTextboxType" style="position:absolute;left:2.834000000000000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422" type="#hgpTextboxType" style="position:absolute;left:4.218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ed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423" type="#hgpTextboxType" style="position:absolute;left:5.602000000000001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Local Mashed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424" type="#hgpTextboxType" style="position:absolute;left:6.9860000000000015in;top:8.37750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425" type="#hgpTextboxType" style="position:absolute;left:0.35in;top:9.498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426" type="#hgpTextboxType" style="position:absolute;left:1.4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427" type="#hgpTextboxType" style="position:absolute;left:2.834000000000000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428" type="#hgpTextboxType" style="position:absolute;left:4.218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429" type="#hgpTextboxType" style="position:absolute;left:5.602000000000001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430" type="#hgpTextboxType" style="position:absolute;left:6.9860000000000015in;top:9.498750000000001in;width:1.3340000000000003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&amp; Jelly Sandwich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Assorted Fresh Fruit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and/or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Chilled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