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0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GLICKMAN SCHOOL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03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04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05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06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07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08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09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with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0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1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2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3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Pocket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4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5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6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17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8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19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Nutri-Grain Bar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0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1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22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3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4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5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OATrageous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Mango Overnight Oats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6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7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Wild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8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Nutri-Grain Bar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29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0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1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Raspberry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2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3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4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5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6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7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Spiced Apple Pocket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38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39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40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GLICKMAN SCHOOL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41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42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43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44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45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46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47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8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49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0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1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Nutri-Grain Bar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52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