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/>
      </w:pPr>
      <w:r>
        <w:drawing>
          <wp:anchor behindDoc="1" distT="0" distB="0" distL="0" distR="0" simplePos="0" locked="0" layoutInCell="1" allowOverlap="1" relativeHeight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72400" cy="10058400"/>
            <wp:wrapNone/>
            <wp:docPr id="1" name="Picture 1"/>
            <wp:cNvGraphicFramePr xmlns:a="http://schemas.openxmlformats.org/drawingml/2006/main">
              <a:graphicFrameLocks noChangeAspect="1"/>
            </wp:cNvGraphicFramePr>
            <a:graphic xmlns:a="http://schemas.openxmlformats.org/drawingml/2006/main" xmlns:pic="http://schemas.openxmlformats.org/drawingml/2006/picture">
              <a:graphicData uri="http://schemas.openxmlformats.org/drawingml/2006/picture">
                <pic:pic>
                  <pic:nvPicPr>
                    <pic:cNvPr id="0" name="shell_full_rgb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10058400"/>
                    </a:xfrm>
                    <a:prstGeom prst="rect"/>
                  </pic:spPr>
                </pic:pic>
              </a:graphicData>
            </a:graphic>
          </wp:anchor>
        </w:drawing>
      </w:r>
      <w:r>
        <w:pict>
          <v:shapetype id="hgpTextboxType" coordsize="21600,21600" o:spt="202" path="m,l,21600r21600,l21600,xe">
            <v:stroke joinstyle="miter"/>
            <v:path gradientshapeok="t" o:connecttype="rect"/>
          </v:shapetype>
        </w:pict>
      </w:r>
      <w:r>
        <w:pict>
          <v:shape id="TB197" type="#hgpTextboxType" style="position:absolute;left:1.893in;top:0.121in;width:5.399in;height:0.774in;z-index:20;mso-position-horizontal:absolute;mso-position-horizontal-relative:page;mso-position-vertical:absolute;mso-position-vertical-relative:page" filled="f" stroked="f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center"/>
                  </w:pPr>
                  <w:r>
                    <w:rPr>
                      <w:rFonts w:ascii="Arial" w:hAnsi="Arial"/>
                      <w:b/>
                      <w:sz w:val="42"/>
                      <w:color w:val="6ABD4A"/>
                    </w:rPr>
                    <w:t xml:space="preserve">GF SECONDARY BREAKFAST</w:t>
                  </w:r>
                </w:p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rial" w:hAnsi="Arial"/>
                      <w:b/>
                      <w:sz w:val="25"/>
                      <w:color w:val="5A5A52"/>
                    </w:rPr>
                    <w:t xml:space="preserve">August-September 2026</w:t>
                  </w:r>
                </w:p>
              </w:txbxContent>
            </v:textbox>
          </v:shape>
        </w:pict>
      </w:r>
      <w:r>
        <w:pict>
          <v:shape id="TB198" type="#hgpTextboxType" style="position:absolute;left:0.352in;top:1.575in;width:1.5415in;height:1.7167in;z-index:20;mso-position-horizontal:absolute;mso-position-horizontal-relative:page;mso-position-vertical:absolute;mso-position-vertical-relative:page" filled="f" stroked="f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right"/>
                  </w:pPr>
                  <w:r>
                    <w:rPr>
                      <w:rFonts w:ascii="Arial" w:hAnsi="Arial"/>
                      <w:b/>
                      <w:sz w:val="15"/>
                      <w:color w:val="E4780C"/>
                    </w:rPr>
                    <w:t xml:space="preserve">8/24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Assorted GF Cereal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Fresh Whole Fruit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100% Juice 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1% or Fat Free Milk</w:t>
                  </w:r>
                </w:p>
              </w:txbxContent>
            </v:textbox>
          </v:shape>
        </w:pict>
      </w:r>
      <w:r>
        <w:pict>
          <v:shape id="TB199" type="#hgpTextboxType" style="position:absolute;left:1.947in;top:1.575in;width:1.5415in;height:1.7167in;z-index:20;mso-position-horizontal:absolute;mso-position-horizontal-relative:page;mso-position-vertical:absolute;mso-position-vertical-relative:page" filled="f" stroked="f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right"/>
                  </w:pPr>
                  <w:r>
                    <w:rPr>
                      <w:rFonts w:ascii="Arial" w:hAnsi="Arial"/>
                      <w:b/>
                      <w:sz w:val="15"/>
                      <w:color w:val="E4780C"/>
                    </w:rPr>
                    <w:t xml:space="preserve">8/25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GF Blueberry Muffin</w:t>
                  </w:r>
                </w:p>
                <w:p>
                  <w:pPr>
                    <w:spacing w:before="0" w:after="20" w:line="240" w:lineRule="auto"/>
                    <w:jc w:val="center"/>
                  </w:pPr>
                  <w:r>
                    <w:rPr>
                      <w:rFonts w:ascii="Arial" w:hAnsi="Arial"/>
                      <w:b/>
                      <w:i/>
                      <w:sz w:val="17"/>
                      <w:color w:val="E4780C"/>
                    </w:rPr>
                    <w:t xml:space="preserve">OR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Assorted GF Cereal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Fresh Whole Fruit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100% Juice 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1% or Fat Free Milk</w:t>
                  </w:r>
                </w:p>
              </w:txbxContent>
            </v:textbox>
          </v:shape>
        </w:pict>
      </w:r>
      <w:r>
        <w:pict>
          <v:shape id="TB200" type="#hgpTextboxType" style="position:absolute;left:3.541in;top:1.575in;width:1.5415in;height:1.7167in;z-index:20;mso-position-horizontal:absolute;mso-position-horizontal-relative:page;mso-position-vertical:absolute;mso-position-vertical-relative:page" filled="f" stroked="f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right"/>
                  </w:pPr>
                  <w:r>
                    <w:rPr>
                      <w:rFonts w:ascii="Arial" w:hAnsi="Arial"/>
                      <w:b/>
                      <w:sz w:val="15"/>
                      <w:color w:val="E4780C"/>
                    </w:rPr>
                    <w:t xml:space="preserve">8/26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7"/>
                      <w:color w:val="183054"/>
                    </w:rPr>
                    <w:t xml:space="preserve">Peach Parfait w/Sweet Babu’s Granola</w:t>
                  </w:r>
                </w:p>
                <w:p>
                  <w:pPr>
                    <w:spacing w:before="0" w:after="20" w:line="240" w:lineRule="auto"/>
                    <w:jc w:val="center"/>
                  </w:pPr>
                  <w:r>
                    <w:rPr>
                      <w:rFonts w:ascii="Arial" w:hAnsi="Arial"/>
                      <w:b/>
                      <w:i/>
                      <w:sz w:val="17"/>
                      <w:color w:val="E4780C"/>
                    </w:rPr>
                    <w:t xml:space="preserve">OR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Assorted GF Cereal</w:t>
                  </w: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Fresh Whole Fruit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100% Juice 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1% or Fat Free Milk</w:t>
                  </w:r>
                </w:p>
              </w:txbxContent>
            </v:textbox>
          </v:shape>
        </w:pict>
      </w:r>
      <w:r>
        <w:pict>
          <v:shape id="TB201" type="#hgpTextboxType" style="position:absolute;left:5.142in;top:1.575in;width:1.5415in;height:1.7167in;z-index:20;mso-position-horizontal:absolute;mso-position-horizontal-relative:page;mso-position-vertical:absolute;mso-position-vertical-relative:page" filled="f" stroked="f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right"/>
                  </w:pPr>
                  <w:r>
                    <w:rPr>
                      <w:rFonts w:ascii="Arial" w:hAnsi="Arial"/>
                      <w:b/>
                      <w:sz w:val="15"/>
                      <w:color w:val="E4780C"/>
                    </w:rPr>
                    <w:t xml:space="preserve">8/27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GF English Muffin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with Jelly or Butter</w:t>
                  </w:r>
                </w:p>
                <w:p>
                  <w:pPr>
                    <w:spacing w:before="0" w:after="20" w:line="240" w:lineRule="auto"/>
                    <w:jc w:val="center"/>
                  </w:pPr>
                  <w:r>
                    <w:rPr>
                      <w:rFonts w:ascii="Arial" w:hAnsi="Arial"/>
                      <w:b/>
                      <w:i/>
                      <w:sz w:val="17"/>
                      <w:color w:val="E4780C"/>
                    </w:rPr>
                    <w:t xml:space="preserve">OR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Assorted GF Cereal</w:t>
                  </w: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Fresh Whole Fruit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100% Juice 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1% or Fat Free Milk</w:t>
                  </w:r>
                </w:p>
              </w:txbxContent>
            </v:textbox>
          </v:shape>
        </w:pict>
      </w:r>
      <w:r>
        <w:pict>
          <v:shape id="TB202" type="#hgpTextboxType" style="position:absolute;left:6.74in;top:1.575in;width:1.5415in;height:1.7167in;z-index:20;mso-position-horizontal:absolute;mso-position-horizontal-relative:page;mso-position-vertical:absolute;mso-position-vertical-relative:page" filled="f" stroked="f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right"/>
                  </w:pPr>
                  <w:r>
                    <w:rPr>
                      <w:rFonts w:ascii="Arial" w:hAnsi="Arial"/>
                      <w:b/>
                      <w:sz w:val="15"/>
                      <w:color w:val="E4780C"/>
                    </w:rPr>
                    <w:t xml:space="preserve">8/28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Rice cakes with </w:t>
                  </w: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Sunbutter</w:t>
                  </w: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 and Jelly </w:t>
                  </w:r>
                </w:p>
                <w:p>
                  <w:pPr>
                    <w:spacing w:before="0" w:after="20" w:line="240" w:lineRule="auto"/>
                    <w:jc w:val="center"/>
                  </w:pPr>
                  <w:r>
                    <w:rPr>
                      <w:rFonts w:ascii="Arial" w:hAnsi="Arial"/>
                      <w:b/>
                      <w:i/>
                      <w:sz w:val="17"/>
                      <w:color w:val="E4780C"/>
                    </w:rPr>
                    <w:t xml:space="preserve">OR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Assorted GF Cereal</w:t>
                  </w: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Fresh Whole Fruit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100% Juice 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1% or Fat Free Milk</w:t>
                  </w:r>
                </w:p>
              </w:txbxContent>
            </v:textbox>
          </v:shape>
        </w:pict>
      </w:r>
      <w:r>
        <w:pict>
          <v:shape id="TB203" type="#hgpTextboxType" style="position:absolute;left:0.352in;top:3.375in;width:1.5415in;height:1.7167in;z-index:20;mso-position-horizontal:absolute;mso-position-horizontal-relative:page;mso-position-vertical:absolute;mso-position-vertical-relative:page" filled="f" stroked="f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right"/>
                  </w:pPr>
                  <w:r>
                    <w:rPr>
                      <w:rFonts w:ascii="Arial" w:hAnsi="Arial"/>
                      <w:b/>
                      <w:sz w:val="15"/>
                      <w:color w:val="E4780C"/>
                    </w:rPr>
                    <w:t xml:space="preserve">8/31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GF Blueberry Muffin</w:t>
                  </w:r>
                </w:p>
                <w:p>
                  <w:pPr>
                    <w:spacing w:before="0" w:after="20" w:line="240" w:lineRule="auto"/>
                    <w:jc w:val="center"/>
                  </w:pPr>
                  <w:r>
                    <w:rPr>
                      <w:rFonts w:ascii="Arial" w:hAnsi="Arial"/>
                      <w:b/>
                      <w:i/>
                      <w:sz w:val="17"/>
                      <w:color w:val="E4780C"/>
                    </w:rPr>
                    <w:t xml:space="preserve">OR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Assorted GF Cereal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Fresh Whole Fruit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100% Juice 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1% or Fat Free Milk</w:t>
                  </w:r>
                </w:p>
              </w:txbxContent>
            </v:textbox>
          </v:shape>
        </w:pict>
      </w:r>
      <w:r>
        <w:pict>
          <v:shape id="TB204" type="#hgpTextboxType" style="position:absolute;left:1.947in;top:3.375in;width:1.5415in;height:1.7167in;z-index:20;mso-position-horizontal:absolute;mso-position-horizontal-relative:page;mso-position-vertical:absolute;mso-position-vertical-relative:page" filled="f" stroked="f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right"/>
                  </w:pPr>
                  <w:r>
                    <w:rPr>
                      <w:rFonts w:ascii="Arial" w:hAnsi="Arial"/>
                      <w:b/>
                      <w:sz w:val="15"/>
                      <w:color w:val="E4780C"/>
                    </w:rPr>
                    <w:t xml:space="preserve">9/1</w:t>
                  </w:r>
                </w:p>
                <w:p>
                  <w:pPr>
                    <w:spacing w:before="0" w:after="20" w:line="240" w:lineRule="auto"/>
                    <w:jc w:val="center"/>
                  </w:pPr>
                  <w:r>
                    <w:rPr>
                      <w:rFonts w:ascii="Arial" w:hAnsi="Arial"/>
                      <w:b/>
                      <w:sz w:val="21"/>
                      <w:color w:val="999999"/>
                    </w:rPr>
                    <w:t xml:space="preserve">No School</w:t>
                  </w:r>
                </w:p>
              </w:txbxContent>
            </v:textbox>
          </v:shape>
        </w:pict>
      </w:r>
      <w:r>
        <w:pict>
          <v:shape id="TB205" type="#hgpTextboxType" style="position:absolute;left:3.541in;top:3.375in;width:1.5415in;height:1.7167in;z-index:20;mso-position-horizontal:absolute;mso-position-horizontal-relative:page;mso-position-vertical:absolute;mso-position-vertical-relative:page" filled="f" stroked="f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right"/>
                  </w:pPr>
                  <w:r>
                    <w:rPr>
                      <w:rFonts w:ascii="Arial" w:hAnsi="Arial"/>
                      <w:b/>
                      <w:sz w:val="15"/>
                      <w:color w:val="E4780C"/>
                    </w:rPr>
                    <w:t xml:space="preserve">9/2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7"/>
                      <w:color w:val="183054"/>
                    </w:rPr>
                    <w:t xml:space="preserve">Apple Cinnamon Parfait w/Sweet Babu’s Granola</w:t>
                  </w:r>
                </w:p>
                <w:p>
                  <w:pPr>
                    <w:spacing w:before="0" w:after="20" w:line="240" w:lineRule="auto"/>
                    <w:jc w:val="center"/>
                  </w:pPr>
                  <w:r>
                    <w:rPr>
                      <w:rFonts w:ascii="Arial" w:hAnsi="Arial"/>
                      <w:b/>
                      <w:i/>
                      <w:sz w:val="17"/>
                      <w:color w:val="E4780C"/>
                    </w:rPr>
                    <w:t xml:space="preserve">OR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Assorted GF Cereal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Fresh Whole Fruit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100% Juice 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1% or Fat Free Milk</w:t>
                  </w:r>
                </w:p>
              </w:txbxContent>
            </v:textbox>
          </v:shape>
        </w:pict>
      </w:r>
      <w:r>
        <w:pict>
          <v:shape id="TB206" type="#hgpTextboxType" style="position:absolute;left:5.142in;top:3.375in;width:1.5415in;height:1.7167in;z-index:20;mso-position-horizontal:absolute;mso-position-horizontal-relative:page;mso-position-vertical:absolute;mso-position-vertical-relative:page" filled="f" stroked="f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right"/>
                  </w:pPr>
                  <w:r>
                    <w:rPr>
                      <w:rFonts w:ascii="Arial" w:hAnsi="Arial"/>
                      <w:b/>
                      <w:sz w:val="15"/>
                      <w:color w:val="E4780C"/>
                    </w:rPr>
                    <w:t xml:space="preserve">9/3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Assorted GF Cereal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Fresh Whole Fruit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100% Juice 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1% or Fat Free Milk</w:t>
                  </w:r>
                </w:p>
              </w:txbxContent>
            </v:textbox>
          </v:shape>
        </w:pict>
      </w:r>
      <w:r>
        <w:pict>
          <v:shape id="TB207" type="#hgpTextboxType" style="position:absolute;left:6.74in;top:3.375in;width:1.5415in;height:1.7167in;z-index:20;mso-position-horizontal:absolute;mso-position-horizontal-relative:page;mso-position-vertical:absolute;mso-position-vertical-relative:page" filled="f" stroked="f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right"/>
                  </w:pPr>
                  <w:r>
                    <w:rPr>
                      <w:rFonts w:ascii="Arial" w:hAnsi="Arial"/>
                      <w:b/>
                      <w:sz w:val="15"/>
                      <w:color w:val="E4780C"/>
                    </w:rPr>
                    <w:t xml:space="preserve">9/4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GF English Muffin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with Jelly or Butter</w:t>
                  </w:r>
                </w:p>
                <w:p>
                  <w:pPr>
                    <w:spacing w:before="0" w:after="20" w:line="240" w:lineRule="auto"/>
                    <w:jc w:val="center"/>
                  </w:pPr>
                  <w:r>
                    <w:rPr>
                      <w:rFonts w:ascii="Arial" w:hAnsi="Arial"/>
                      <w:b/>
                      <w:i/>
                      <w:sz w:val="17"/>
                      <w:color w:val="E4780C"/>
                    </w:rPr>
                    <w:t xml:space="preserve">OR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Assorted GF Cereal</w:t>
                  </w: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Fresh Whole Fruit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100% Juice 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1% or Fat Free Milk</w:t>
                  </w:r>
                </w:p>
              </w:txbxContent>
            </v:textbox>
          </v:shape>
        </w:pict>
      </w:r>
      <w:r>
        <w:pict>
          <v:shape id="TB208" type="#hgpTextboxType" style="position:absolute;left:0.352in;top:5.175in;width:1.5415in;height:1.7167in;z-index:20;mso-position-horizontal:absolute;mso-position-horizontal-relative:page;mso-position-vertical:absolute;mso-position-vertical-relative:page" filled="f" stroked="f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right"/>
                  </w:pPr>
                  <w:r>
                    <w:rPr>
                      <w:rFonts w:ascii="Arial" w:hAnsi="Arial"/>
                      <w:b/>
                      <w:sz w:val="15"/>
                      <w:color w:val="E4780C"/>
                    </w:rPr>
                    <w:t xml:space="preserve">9/7</w:t>
                  </w:r>
                </w:p>
                <w:p>
                  <w:pPr>
                    <w:spacing w:before="0" w:after="20" w:line="240" w:lineRule="auto"/>
                    <w:jc w:val="center"/>
                  </w:pPr>
                  <w:r>
                    <w:rPr>
                      <w:rFonts w:ascii="Arial" w:hAnsi="Arial"/>
                      <w:b/>
                      <w:sz w:val="21"/>
                      <w:color w:val="999999"/>
                    </w:rPr>
                    <w:t xml:space="preserve">No School</w:t>
                  </w:r>
                </w:p>
              </w:txbxContent>
            </v:textbox>
          </v:shape>
        </w:pict>
      </w:r>
      <w:r>
        <w:pict>
          <v:shape id="TB209" type="#hgpTextboxType" style="position:absolute;left:1.947in;top:5.175in;width:1.5415in;height:1.7167in;z-index:20;mso-position-horizontal:absolute;mso-position-horizontal-relative:page;mso-position-vertical:absolute;mso-position-vertical-relative:page" filled="f" stroked="f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right"/>
                  </w:pPr>
                  <w:r>
                    <w:rPr>
                      <w:rFonts w:ascii="Arial" w:hAnsi="Arial"/>
                      <w:b/>
                      <w:sz w:val="15"/>
                      <w:color w:val="E4780C"/>
                    </w:rPr>
                    <w:t xml:space="preserve">9/8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GF Blueberry Muffin</w:t>
                  </w:r>
                </w:p>
                <w:p>
                  <w:pPr>
                    <w:spacing w:before="0" w:after="20" w:line="240" w:lineRule="auto"/>
                    <w:jc w:val="center"/>
                  </w:pPr>
                  <w:r>
                    <w:rPr>
                      <w:rFonts w:ascii="Arial" w:hAnsi="Arial"/>
                      <w:b/>
                      <w:i/>
                      <w:sz w:val="17"/>
                      <w:color w:val="E4780C"/>
                    </w:rPr>
                    <w:t xml:space="preserve">OR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Assorted GF Cereal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Fresh Whole Fruit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100% Juice 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1% or Fat Free Milk</w:t>
                  </w:r>
                </w:p>
              </w:txbxContent>
            </v:textbox>
          </v:shape>
        </w:pict>
      </w:r>
      <w:r>
        <w:pict>
          <v:shape id="TB210" type="#hgpTextboxType" style="position:absolute;left:3.541in;top:5.175in;width:1.5415in;height:1.7167in;z-index:20;mso-position-horizontal:absolute;mso-position-horizontal-relative:page;mso-position-vertical:absolute;mso-position-vertical-relative:page" filled="f" stroked="f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right"/>
                  </w:pPr>
                  <w:r>
                    <w:rPr>
                      <w:rFonts w:ascii="Arial" w:hAnsi="Arial"/>
                      <w:b/>
                      <w:sz w:val="15"/>
                      <w:color w:val="E4780C"/>
                    </w:rPr>
                    <w:t xml:space="preserve">9/9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Assorted GF Cereal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Fresh Whole Fruit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100% Juice 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1% or Fat Free Milk</w:t>
                  </w:r>
                </w:p>
              </w:txbxContent>
            </v:textbox>
          </v:shape>
        </w:pict>
      </w:r>
      <w:r>
        <w:pict>
          <v:shape id="TB211" type="#hgpTextboxType" style="position:absolute;left:5.142in;top:5.175in;width:1.5415in;height:1.7167in;z-index:20;mso-position-horizontal:absolute;mso-position-horizontal-relative:page;mso-position-vertical:absolute;mso-position-vertical-relative:page" filled="f" stroked="f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right"/>
                  </w:pPr>
                  <w:r>
                    <w:rPr>
                      <w:rFonts w:ascii="Arial" w:hAnsi="Arial"/>
                      <w:b/>
                      <w:sz w:val="15"/>
                      <w:color w:val="E4780C"/>
                    </w:rPr>
                    <w:t xml:space="preserve">9/10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7"/>
                      <w:color w:val="183054"/>
                    </w:rPr>
                    <w:t xml:space="preserve">Pineapple Parfait w/</w:t>
                  </w:r>
                  <w:r>
                    <w:rPr>
                      <w:rFonts w:ascii="Arial" w:hAnsi="Arial"/>
                      <w:b/>
                      <w:sz w:val="17"/>
                      <w:color w:val="18305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sz w:val="17"/>
                      <w:color w:val="183054"/>
                    </w:rPr>
                    <w:t xml:space="preserve">Sweet Babu’s Granola</w:t>
                  </w:r>
                </w:p>
                <w:p>
                  <w:pPr>
                    <w:spacing w:before="0" w:after="20" w:line="240" w:lineRule="auto"/>
                    <w:jc w:val="center"/>
                  </w:pPr>
                  <w:r>
                    <w:rPr>
                      <w:rFonts w:ascii="Arial" w:hAnsi="Arial"/>
                      <w:b/>
                      <w:i/>
                      <w:sz w:val="17"/>
                      <w:color w:val="E4780C"/>
                    </w:rPr>
                    <w:t xml:space="preserve">OR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Assorted GF Cereal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Fresh Whole Fruit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100% Juice 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1% or Fat Free Milk</w:t>
                  </w:r>
                </w:p>
              </w:txbxContent>
            </v:textbox>
          </v:shape>
        </w:pict>
      </w:r>
      <w:r>
        <w:pict>
          <v:shape id="TB212" type="#hgpTextboxType" style="position:absolute;left:6.74in;top:5.175in;width:1.5415in;height:1.7167in;z-index:20;mso-position-horizontal:absolute;mso-position-horizontal-relative:page;mso-position-vertical:absolute;mso-position-vertical-relative:page" filled="f" stroked="f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right"/>
                  </w:pPr>
                  <w:r>
                    <w:rPr>
                      <w:rFonts w:ascii="Arial" w:hAnsi="Arial"/>
                      <w:b/>
                      <w:sz w:val="15"/>
                      <w:color w:val="E4780C"/>
                    </w:rPr>
                    <w:t xml:space="preserve">9/11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Rice cakes with </w:t>
                  </w: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Sunbutter</w:t>
                  </w: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 and Jelly </w:t>
                  </w:r>
                </w:p>
                <w:p>
                  <w:pPr>
                    <w:spacing w:before="0" w:after="20" w:line="240" w:lineRule="auto"/>
                    <w:jc w:val="center"/>
                  </w:pPr>
                  <w:r>
                    <w:rPr>
                      <w:rFonts w:ascii="Arial" w:hAnsi="Arial"/>
                      <w:b/>
                      <w:i/>
                      <w:sz w:val="17"/>
                      <w:color w:val="E4780C"/>
                    </w:rPr>
                    <w:t xml:space="preserve">OR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Assorted GF Cereal</w:t>
                  </w: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Fresh Whole Fruit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100% Juice 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1% or Fat Free Milk</w:t>
                  </w:r>
                </w:p>
              </w:txbxContent>
            </v:textbox>
          </v:shape>
        </w:pict>
      </w:r>
      <w:r>
        <w:pict>
          <v:shape id="TB213" type="#hgpTextboxType" style="position:absolute;left:0.352in;top:6.984in;width:1.5415in;height:1.7167in;z-index:20;mso-position-horizontal:absolute;mso-position-horizontal-relative:page;mso-position-vertical:absolute;mso-position-vertical-relative:page" filled="f" stroked="f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right"/>
                  </w:pPr>
                  <w:r>
                    <w:rPr>
                      <w:rFonts w:ascii="Arial" w:hAnsi="Arial"/>
                      <w:b/>
                      <w:sz w:val="15"/>
                      <w:color w:val="E4780C"/>
                    </w:rPr>
                    <w:t xml:space="preserve">9/14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GF Blueberry Muffin</w:t>
                  </w:r>
                </w:p>
                <w:p>
                  <w:pPr>
                    <w:spacing w:before="0" w:after="20" w:line="240" w:lineRule="auto"/>
                    <w:jc w:val="center"/>
                  </w:pPr>
                  <w:r>
                    <w:rPr>
                      <w:rFonts w:ascii="Arial" w:hAnsi="Arial"/>
                      <w:b/>
                      <w:i/>
                      <w:sz w:val="17"/>
                      <w:color w:val="E4780C"/>
                    </w:rPr>
                    <w:t xml:space="preserve">OR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Assorted GF Cereal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Fresh Whole Fruit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100% Juice 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1% or Fat Free Milk</w:t>
                  </w:r>
                </w:p>
              </w:txbxContent>
            </v:textbox>
          </v:shape>
        </w:pict>
      </w:r>
      <w:r>
        <w:pict>
          <v:shape id="TB214" type="#hgpTextboxType" style="position:absolute;left:1.947in;top:6.984in;width:1.5415in;height:1.7167in;z-index:20;mso-position-horizontal:absolute;mso-position-horizontal-relative:page;mso-position-vertical:absolute;mso-position-vertical-relative:page" filled="f" stroked="f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right"/>
                  </w:pPr>
                  <w:r>
                    <w:rPr>
                      <w:rFonts w:ascii="Arial" w:hAnsi="Arial"/>
                      <w:b/>
                      <w:sz w:val="15"/>
                      <w:color w:val="E4780C"/>
                    </w:rPr>
                    <w:t xml:space="preserve">9/15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Assorted GF Cereal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Fresh Whole Fruit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100% Juice 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1% or Fat Free Milk</w:t>
                  </w:r>
                </w:p>
              </w:txbxContent>
            </v:textbox>
          </v:shape>
        </w:pict>
      </w:r>
      <w:r>
        <w:pict>
          <v:shape id="TB215" type="#hgpTextboxType" style="position:absolute;left:3.541in;top:6.984in;width:1.5415in;height:1.7167in;z-index:20;mso-position-horizontal:absolute;mso-position-horizontal-relative:page;mso-position-vertical:absolute;mso-position-vertical-relative:page" filled="f" stroked="f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right"/>
                  </w:pPr>
                  <w:r>
                    <w:rPr>
                      <w:rFonts w:ascii="Arial" w:hAnsi="Arial"/>
                      <w:b/>
                      <w:sz w:val="15"/>
                      <w:color w:val="E4780C"/>
                    </w:rPr>
                    <w:t xml:space="preserve">9/16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Rice cakes with </w:t>
                  </w: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Sunbutter</w:t>
                  </w: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 and Jelly </w:t>
                  </w:r>
                </w:p>
                <w:p>
                  <w:pPr>
                    <w:spacing w:before="0" w:after="20" w:line="240" w:lineRule="auto"/>
                    <w:jc w:val="center"/>
                  </w:pPr>
                  <w:r>
                    <w:rPr>
                      <w:rFonts w:ascii="Arial" w:hAnsi="Arial"/>
                      <w:b/>
                      <w:i/>
                      <w:sz w:val="17"/>
                      <w:color w:val="E4780C"/>
                    </w:rPr>
                    <w:t xml:space="preserve">OR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Assorted GF Cereal</w:t>
                  </w: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Fresh Whole Fruit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100% Juice 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1% or Fat Free Milk</w:t>
                  </w:r>
                </w:p>
              </w:txbxContent>
            </v:textbox>
          </v:shape>
        </w:pict>
      </w:r>
      <w:r>
        <w:pict>
          <v:shape id="TB216" type="#hgpTextboxType" style="position:absolute;left:5.142in;top:6.984in;width:1.5415in;height:1.7167in;z-index:20;mso-position-horizontal:absolute;mso-position-horizontal-relative:page;mso-position-vertical:absolute;mso-position-vertical-relative:page" filled="f" stroked="f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right"/>
                  </w:pPr>
                  <w:r>
                    <w:rPr>
                      <w:rFonts w:ascii="Arial" w:hAnsi="Arial"/>
                      <w:b/>
                      <w:sz w:val="15"/>
                      <w:color w:val="E4780C"/>
                    </w:rPr>
                    <w:t xml:space="preserve">9/17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7"/>
                      <w:color w:val="183054"/>
                    </w:rPr>
                    <w:t xml:space="preserve">Very Berry Parfait w</w:t>
                  </w:r>
                  <w:r>
                    <w:rPr>
                      <w:rFonts w:ascii="Arial" w:hAnsi="Arial"/>
                      <w:b/>
                      <w:sz w:val="17"/>
                      <w:color w:val="183054"/>
                    </w:rPr>
                    <w:t xml:space="preserve">/</w:t>
                  </w:r>
                  <w:r>
                    <w:rPr>
                      <w:rFonts w:ascii="Arial" w:hAnsi="Arial"/>
                      <w:b/>
                      <w:sz w:val="17"/>
                      <w:color w:val="18305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sz w:val="17"/>
                      <w:color w:val="183054"/>
                    </w:rPr>
                    <w:t xml:space="preserve">Sweet Babu’s Granola</w:t>
                  </w:r>
                </w:p>
                <w:p>
                  <w:pPr>
                    <w:spacing w:before="0" w:after="20" w:line="240" w:lineRule="auto"/>
                    <w:jc w:val="center"/>
                  </w:pPr>
                  <w:r>
                    <w:rPr>
                      <w:rFonts w:ascii="Arial" w:hAnsi="Arial"/>
                      <w:b/>
                      <w:i/>
                      <w:sz w:val="17"/>
                      <w:color w:val="E4780C"/>
                    </w:rPr>
                    <w:t xml:space="preserve">OR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Assorted GF Cereal</w:t>
                  </w: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Fresh Whole Fruit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100% Juice 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1% or Fat Free Milk</w:t>
                  </w:r>
                </w:p>
              </w:txbxContent>
            </v:textbox>
          </v:shape>
        </w:pict>
      </w:r>
      <w:r>
        <w:pict>
          <v:shape id="TB217" type="#hgpTextboxType" style="position:absolute;left:6.74in;top:6.984in;width:1.5415in;height:1.7167in;z-index:20;mso-position-horizontal:absolute;mso-position-horizontal-relative:page;mso-position-vertical:absolute;mso-position-vertical-relative:page" filled="f" stroked="f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right"/>
                  </w:pPr>
                  <w:r>
                    <w:rPr>
                      <w:rFonts w:ascii="Arial" w:hAnsi="Arial"/>
                      <w:b/>
                      <w:sz w:val="15"/>
                      <w:color w:val="E4780C"/>
                    </w:rPr>
                    <w:t xml:space="preserve">9/18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GF English Muffin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with Jelly or Butter</w:t>
                  </w:r>
                </w:p>
                <w:p>
                  <w:pPr>
                    <w:spacing w:before="0" w:after="20" w:line="240" w:lineRule="auto"/>
                    <w:jc w:val="center"/>
                  </w:pPr>
                  <w:r>
                    <w:rPr>
                      <w:rFonts w:ascii="Arial" w:hAnsi="Arial"/>
                      <w:b/>
                      <w:i/>
                      <w:sz w:val="17"/>
                      <w:color w:val="E4780C"/>
                    </w:rPr>
                    <w:t xml:space="preserve">OR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Assorted GF Cereal</w:t>
                  </w: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Fresh Whole Fruit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100% Juice 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1% or Fat Free Milk</w:t>
                  </w:r>
                </w:p>
              </w:txbxContent>
            </v:textbox>
          </v:shape>
        </w:pict>
      </w:r>
      <w:r>
        <w:pict>
          <v:shape id="TB218" type="#hgpTextboxType" style="position:absolute;left:0.352in;top:8.784in;width:1.5415in;height:1.7167in;z-index:20;mso-position-horizontal:absolute;mso-position-horizontal-relative:page;mso-position-vertical:absolute;mso-position-vertical-relative:page" filled="f" stroked="f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right"/>
                  </w:pPr>
                  <w:r>
                    <w:rPr>
                      <w:rFonts w:ascii="Arial" w:hAnsi="Arial"/>
                      <w:b/>
                      <w:sz w:val="15"/>
                      <w:color w:val="E4780C"/>
                    </w:rPr>
                    <w:t xml:space="preserve">9/21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Assorted GF Cereal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Fresh Whole Fruit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100% Juice 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1% or Fat Free Milk</w:t>
                  </w:r>
                </w:p>
              </w:txbxContent>
            </v:textbox>
          </v:shape>
        </w:pict>
      </w:r>
      <w:r>
        <w:pict>
          <v:shape id="TB219" type="#hgpTextboxType" style="position:absolute;left:1.947in;top:8.784in;width:1.5415in;height:1.7167in;z-index:20;mso-position-horizontal:absolute;mso-position-horizontal-relative:page;mso-position-vertical:absolute;mso-position-vertical-relative:page" filled="f" stroked="f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right"/>
                  </w:pPr>
                  <w:r>
                    <w:rPr>
                      <w:rFonts w:ascii="Arial" w:hAnsi="Arial"/>
                      <w:b/>
                      <w:sz w:val="15"/>
                      <w:color w:val="E4780C"/>
                    </w:rPr>
                    <w:t xml:space="preserve">9/22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GF Blueberry Muffin</w:t>
                  </w:r>
                </w:p>
                <w:p>
                  <w:pPr>
                    <w:spacing w:before="0" w:after="20" w:line="240" w:lineRule="auto"/>
                    <w:jc w:val="center"/>
                  </w:pPr>
                  <w:r>
                    <w:rPr>
                      <w:rFonts w:ascii="Arial" w:hAnsi="Arial"/>
                      <w:b/>
                      <w:i/>
                      <w:sz w:val="17"/>
                      <w:color w:val="E4780C"/>
                    </w:rPr>
                    <w:t xml:space="preserve">OR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Assorted GF Cereal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Fresh Whole Fruit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100% Juice 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1% or Fat Free Milk</w:t>
                  </w:r>
                </w:p>
              </w:txbxContent>
            </v:textbox>
          </v:shape>
        </w:pict>
      </w:r>
      <w:r>
        <w:pict>
          <v:shape id="TB220" type="#hgpTextboxType" style="position:absolute;left:3.541in;top:8.784in;width:1.5415in;height:1.7167in;z-index:20;mso-position-horizontal:absolute;mso-position-horizontal-relative:page;mso-position-vertical:absolute;mso-position-vertical-relative:page" filled="f" stroked="f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right"/>
                  </w:pPr>
                  <w:r>
                    <w:rPr>
                      <w:rFonts w:ascii="Arial" w:hAnsi="Arial"/>
                      <w:b/>
                      <w:sz w:val="15"/>
                      <w:color w:val="E4780C"/>
                    </w:rPr>
                    <w:t xml:space="preserve">9/23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7"/>
                      <w:color w:val="183054"/>
                    </w:rPr>
                    <w:t xml:space="preserve">Peach Parfait w/Sweet Babu’s Granola</w:t>
                  </w:r>
                </w:p>
                <w:p>
                  <w:pPr>
                    <w:spacing w:before="0" w:after="20" w:line="240" w:lineRule="auto"/>
                    <w:jc w:val="center"/>
                  </w:pPr>
                  <w:r>
                    <w:rPr>
                      <w:rFonts w:ascii="Arial" w:hAnsi="Arial"/>
                      <w:b/>
                      <w:i/>
                      <w:sz w:val="17"/>
                      <w:color w:val="E4780C"/>
                    </w:rPr>
                    <w:t xml:space="preserve">OR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Assorted GF Cereal</w:t>
                  </w: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Fresh Whole Fruit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100% Juice 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1% or Fat Free Milk</w:t>
                  </w:r>
                </w:p>
              </w:txbxContent>
            </v:textbox>
          </v:shape>
        </w:pict>
      </w:r>
      <w:r>
        <w:pict>
          <v:shape id="TB221" type="#hgpTextboxType" style="position:absolute;left:5.142in;top:8.784in;width:1.5415in;height:1.7167in;z-index:20;mso-position-horizontal:absolute;mso-position-horizontal-relative:page;mso-position-vertical:absolute;mso-position-vertical-relative:page" filled="f" stroked="f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right"/>
                  </w:pPr>
                  <w:r>
                    <w:rPr>
                      <w:rFonts w:ascii="Arial" w:hAnsi="Arial"/>
                      <w:b/>
                      <w:sz w:val="15"/>
                      <w:color w:val="E4780C"/>
                    </w:rPr>
                    <w:t xml:space="preserve">9/24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GF English Muffin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with Jelly or Butter</w:t>
                  </w:r>
                </w:p>
                <w:p>
                  <w:pPr>
                    <w:spacing w:before="0" w:after="20" w:line="240" w:lineRule="auto"/>
                    <w:jc w:val="center"/>
                  </w:pPr>
                  <w:r>
                    <w:rPr>
                      <w:rFonts w:ascii="Arial" w:hAnsi="Arial"/>
                      <w:b/>
                      <w:i/>
                      <w:sz w:val="17"/>
                      <w:color w:val="E4780C"/>
                    </w:rPr>
                    <w:t xml:space="preserve">OR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Assorted GF Cereal</w:t>
                  </w: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Fresh Whole Fruit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100% Juice 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1% or Fat Free Milk</w:t>
                  </w:r>
                </w:p>
              </w:txbxContent>
            </v:textbox>
          </v:shape>
        </w:pict>
      </w:r>
      <w:r>
        <w:pict>
          <v:shape id="TB222" type="#hgpTextboxType" style="position:absolute;left:6.74in;top:8.784in;width:1.5415in;height:1.7167in;z-index:20;mso-position-horizontal:absolute;mso-position-horizontal-relative:page;mso-position-vertical:absolute;mso-position-vertical-relative:page" filled="f" stroked="f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right"/>
                  </w:pPr>
                  <w:r>
                    <w:rPr>
                      <w:rFonts w:ascii="Arial" w:hAnsi="Arial"/>
                      <w:b/>
                      <w:sz w:val="15"/>
                      <w:color w:val="E4780C"/>
                    </w:rPr>
                    <w:t xml:space="preserve">9/25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Rice cakes with </w:t>
                  </w: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Sunbutter</w:t>
                  </w: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 and Jelly </w:t>
                  </w:r>
                </w:p>
                <w:p>
                  <w:pPr>
                    <w:spacing w:before="0" w:after="20" w:line="240" w:lineRule="auto"/>
                    <w:jc w:val="center"/>
                  </w:pPr>
                  <w:r>
                    <w:rPr>
                      <w:rFonts w:ascii="Arial" w:hAnsi="Arial"/>
                      <w:b/>
                      <w:i/>
                      <w:sz w:val="17"/>
                      <w:color w:val="E4780C"/>
                    </w:rPr>
                    <w:t xml:space="preserve">OR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Assorted GF Cereal</w:t>
                  </w: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Fresh Whole Fruit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100% Juice 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1% or Fat Free Milk</w:t>
                  </w:r>
                </w:p>
              </w:txbxContent>
            </v:textbox>
          </v:shape>
        </w:pict>
      </w:r>
    </w:p>
    <w:p>
      <w:pPr>
        <w:sectPr>
          <w:pgSz w:w="12240" w:h="15840"/>
          <w:pgMar w:top="0" w:right="0" w:bottom="0" w:left="0" w:header="720" w:footer="720" w:gutter="0"/>
          <w:cols w:space="720"/>
          <w:docGrid w:linePitch="360"/>
        </w:sectPr>
      </w:pPr>
    </w:p>
    <w:p>
      <w:pPr>
        <w:spacing w:before="0" w:after="0"/>
      </w:pPr>
      <w:r>
        <w:drawing>
          <wp:anchor behindDoc="1" distT="0" distB="0" distL="0" distR="0" simplePos="0" locked="0" layoutInCell="1" allowOverlap="1" relativeHeight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72400" cy="10058400"/>
            <wp:wrapNone/>
            <wp:docPr id="2" name="Picture 2"/>
            <wp:cNvGraphicFramePr xmlns:a="http://schemas.openxmlformats.org/drawingml/2006/main">
              <a:graphicFrameLocks noChangeAspect="1"/>
            </wp:cNvGraphicFramePr>
            <a:graphic xmlns:a="http://schemas.openxmlformats.org/drawingml/2006/main" xmlns:pic="http://schemas.openxmlformats.org/drawingml/2006/picture">
              <a:graphicData uri="http://schemas.openxmlformats.org/drawingml/2006/picture">
                <pic:pic>
                  <pic:nvPicPr>
                    <pic:cNvPr id="0" name="shell_full_rgb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10058400"/>
                    </a:xfrm>
                    <a:prstGeom prst="rect"/>
                  </pic:spPr>
                </pic:pic>
              </a:graphicData>
            </a:graphic>
          </wp:anchor>
        </w:drawing>
      </w:r>
      <w:r>
        <w:pict>
          <v:shape id="TB223" type="#hgpTextboxType" style="position:absolute;left:1.893in;top:0.121in;width:5.399in;height:0.774in;z-index:20;mso-position-horizontal:absolute;mso-position-horizontal-relative:page;mso-position-vertical:absolute;mso-position-vertical-relative:page" filled="f" stroked="f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center"/>
                  </w:pPr>
                  <w:r>
                    <w:rPr>
                      <w:rFonts w:ascii="Arial" w:hAnsi="Arial"/>
                      <w:b/>
                      <w:sz w:val="42"/>
                      <w:color w:val="6ABD4A"/>
                    </w:rPr>
                    <w:t xml:space="preserve">GF SECONDARY BREAKFAST</w:t>
                  </w:r>
                </w:p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rial" w:hAnsi="Arial"/>
                      <w:b/>
                      <w:sz w:val="25"/>
                      <w:color w:val="5A5A52"/>
                    </w:rPr>
                    <w:t xml:space="preserve">September-October 2026</w:t>
                  </w:r>
                </w:p>
              </w:txbxContent>
            </v:textbox>
          </v:shape>
        </w:pict>
      </w:r>
      <w:r>
        <w:pict>
          <v:shape id="TB224" type="#hgpTextboxType" style="position:absolute;left:0.352in;top:1.575in;width:1.5415in;height:1.7167in;z-index:20;mso-position-horizontal:absolute;mso-position-horizontal-relative:page;mso-position-vertical:absolute;mso-position-vertical-relative:page" filled="f" stroked="f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right"/>
                  </w:pPr>
                  <w:r>
                    <w:rPr>
                      <w:rFonts w:ascii="Arial" w:hAnsi="Arial"/>
                      <w:b/>
                      <w:sz w:val="15"/>
                      <w:color w:val="E4780C"/>
                    </w:rPr>
                    <w:t xml:space="preserve">9/28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GF Blueberry Muffin</w:t>
                  </w:r>
                </w:p>
                <w:p>
                  <w:pPr>
                    <w:spacing w:before="0" w:after="20" w:line="240" w:lineRule="auto"/>
                    <w:jc w:val="center"/>
                  </w:pPr>
                  <w:r>
                    <w:rPr>
                      <w:rFonts w:ascii="Arial" w:hAnsi="Arial"/>
                      <w:b/>
                      <w:i/>
                      <w:sz w:val="17"/>
                      <w:color w:val="E4780C"/>
                    </w:rPr>
                    <w:t xml:space="preserve">OR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Assorted GF Cereal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Fresh Whole Fruit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100% Juice 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1% or Fat Free Milk</w:t>
                  </w:r>
                </w:p>
              </w:txbxContent>
            </v:textbox>
          </v:shape>
        </w:pict>
      </w:r>
      <w:r>
        <w:pict>
          <v:shape id="TB225" type="#hgpTextboxType" style="position:absolute;left:1.947in;top:1.575in;width:1.5415in;height:1.7167in;z-index:20;mso-position-horizontal:absolute;mso-position-horizontal-relative:page;mso-position-vertical:absolute;mso-position-vertical-relative:page" filled="f" stroked="f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right"/>
                  </w:pPr>
                  <w:r>
                    <w:rPr>
                      <w:rFonts w:ascii="Arial" w:hAnsi="Arial"/>
                      <w:b/>
                      <w:sz w:val="15"/>
                      <w:color w:val="E4780C"/>
                    </w:rPr>
                    <w:t xml:space="preserve">9/29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Rice cakes with </w:t>
                  </w: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Sunbutter</w:t>
                  </w: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 and Jelly </w:t>
                  </w:r>
                </w:p>
                <w:p>
                  <w:pPr>
                    <w:spacing w:before="0" w:after="20" w:line="240" w:lineRule="auto"/>
                    <w:jc w:val="center"/>
                  </w:pPr>
                  <w:r>
                    <w:rPr>
                      <w:rFonts w:ascii="Arial" w:hAnsi="Arial"/>
                      <w:b/>
                      <w:i/>
                      <w:sz w:val="17"/>
                      <w:color w:val="E4780C"/>
                    </w:rPr>
                    <w:t xml:space="preserve">OR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Assorted GF Cereal</w:t>
                  </w: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Fresh Whole Fruit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100% Juice 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1% or Fat Free Milk</w:t>
                  </w:r>
                </w:p>
              </w:txbxContent>
            </v:textbox>
          </v:shape>
        </w:pict>
      </w:r>
      <w:r>
        <w:pict>
          <v:shape id="TB226" type="#hgpTextboxType" style="position:absolute;left:3.541in;top:1.575in;width:1.5415in;height:1.7167in;z-index:20;mso-position-horizontal:absolute;mso-position-horizontal-relative:page;mso-position-vertical:absolute;mso-position-vertical-relative:page" filled="f" stroked="f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right"/>
                  </w:pPr>
                  <w:r>
                    <w:rPr>
                      <w:rFonts w:ascii="Arial" w:hAnsi="Arial"/>
                      <w:b/>
                      <w:sz w:val="15"/>
                      <w:color w:val="E4780C"/>
                    </w:rPr>
                    <w:t xml:space="preserve">9/30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7"/>
                      <w:color w:val="183054"/>
                    </w:rPr>
                    <w:t xml:space="preserve">Apple Cinnamon Parfait w/Sweet Babu’s Granola</w:t>
                  </w:r>
                </w:p>
                <w:p>
                  <w:pPr>
                    <w:spacing w:before="0" w:after="20" w:line="240" w:lineRule="auto"/>
                    <w:jc w:val="center"/>
                  </w:pPr>
                  <w:r>
                    <w:rPr>
                      <w:rFonts w:ascii="Arial" w:hAnsi="Arial"/>
                      <w:b/>
                      <w:i/>
                      <w:sz w:val="17"/>
                      <w:color w:val="E4780C"/>
                    </w:rPr>
                    <w:t xml:space="preserve">OR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Assorted GF Cereal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Fresh Whole Fruit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100% Juice 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1% or Fat Free Milk</w:t>
                  </w:r>
                </w:p>
              </w:txbxContent>
            </v:textbox>
          </v:shape>
        </w:pict>
      </w:r>
      <w:r>
        <w:pict>
          <v:shape id="TB227" type="#hgpTextboxType" style="position:absolute;left:5.142in;top:1.575in;width:1.5415in;height:1.7167in;z-index:20;mso-position-horizontal:absolute;mso-position-horizontal-relative:page;mso-position-vertical:absolute;mso-position-vertical-relative:page" filled="f" stroked="f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right"/>
                  </w:pPr>
                  <w:r>
                    <w:rPr>
                      <w:rFonts w:ascii="Arial" w:hAnsi="Arial"/>
                      <w:b/>
                      <w:sz w:val="15"/>
                      <w:color w:val="E4780C"/>
                    </w:rPr>
                    <w:t xml:space="preserve">10/1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Assorted GF Cereal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Fresh Whole Fruit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100% Juice 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1% or Fat Free Milk</w:t>
                  </w:r>
                </w:p>
              </w:txbxContent>
            </v:textbox>
          </v:shape>
        </w:pict>
      </w:r>
      <w:r>
        <w:pict>
          <v:shape id="TB228" type="#hgpTextboxType" style="position:absolute;left:6.74in;top:1.575in;width:1.5415in;height:1.7167in;z-index:20;mso-position-horizontal:absolute;mso-position-horizontal-relative:page;mso-position-vertical:absolute;mso-position-vertical-relative:page" filled="f" stroked="f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right"/>
                  </w:pPr>
                  <w:r>
                    <w:rPr>
                      <w:rFonts w:ascii="Arial" w:hAnsi="Arial"/>
                      <w:b/>
                      <w:sz w:val="15"/>
                      <w:color w:val="E4780C"/>
                    </w:rPr>
                    <w:t xml:space="preserve">10/2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GF English Muffin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with Jelly or Butter</w:t>
                  </w:r>
                </w:p>
                <w:p>
                  <w:pPr>
                    <w:spacing w:before="0" w:after="20" w:line="240" w:lineRule="auto"/>
                    <w:jc w:val="center"/>
                  </w:pPr>
                  <w:r>
                    <w:rPr>
                      <w:rFonts w:ascii="Arial" w:hAnsi="Arial"/>
                      <w:b/>
                      <w:i/>
                      <w:sz w:val="17"/>
                      <w:color w:val="E4780C"/>
                    </w:rPr>
                    <w:t xml:space="preserve">OR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Assorted GF Cereal</w:t>
                  </w: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Fresh Whole Fruit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100% Juice 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1% or Fat Free Milk</w:t>
                  </w:r>
                </w:p>
              </w:txbxContent>
            </v:textbox>
          </v:shape>
        </w:pict>
      </w:r>
    </w:p>
    <w:sectPr w:rsidR="00FC693F" w:rsidRPr="0006063C" w:rsidSect="00034616">
      <w:pgSz w:w="12240" w:h="15840"/>
      <w:pgMar w:top="0" w:right="0" w:bottom="0" w:left="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