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A7129" w14:textId="7365D9AA" w:rsidR="0095175E" w:rsidRDefault="003D59CE">
      <w:pPr>
        <w:spacing w:after="0"/>
      </w:pPr>
      <w:r>
        <w:pict w14:anchorId="36762C48">
          <v:shapetype id="hgpTextboxType" o:spid="_x0000_m1058" coordsize="21600,21600" o:spt="202" path="m,l,21600r21600,l21600,xe">
            <v:stroke joinstyle="miter"/>
            <v:path gradientshapeok="t" o:connecttype="rect"/>
          </v:shapetype>
          <v:shape id="TB101" o:spid="_x0000_s1057" type="#hgpTextboxType" style="position:absolute;margin-left:138.8pt;margin-top:19.2pt;width:330.25pt;height:55.75pt;z-index:251643392;mso-position-horizontal-relative:page;mso-position-vertical-relative:page" o:spt="202" o:allowoverlap="t" path="m,l,21600r21600,l21600,xe" filled="f" stroked="f">
            <v:stroke joinstyle="miter"/>
            <v:path gradientshapeok="t" o:connecttype="rect"/>
            <v:textbox style="mso-next-textbox:#TB101" inset="0,0,0,0">
              <w:txbxContent>
                <w:p w14:paraId="0D8C2EC3" w14:textId="77777777" w:rsidR="0095175E" w:rsidRPr="003D59CE" w:rsidRDefault="00000000">
                  <w:pPr>
                    <w:spacing w:after="2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3D59CE">
                    <w:rPr>
                      <w:rFonts w:ascii="Arial" w:hAnsi="Arial"/>
                      <w:b/>
                      <w:color w:val="6ABD4A"/>
                      <w:sz w:val="32"/>
                      <w:szCs w:val="32"/>
                    </w:rPr>
                    <w:t>GLUTEN-FREE ELEMENTARY LUNCH</w:t>
                  </w:r>
                </w:p>
                <w:p w14:paraId="55EAB891" w14:textId="77777777" w:rsidR="0095175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color w:val="5A5A52"/>
                      <w:sz w:val="25"/>
                    </w:rPr>
                    <w:t>August-September 2026</w:t>
                  </w:r>
                </w:p>
              </w:txbxContent>
            </v:textbox>
            <w10:wrap anchorx="page" anchory="page"/>
          </v:shape>
        </w:pict>
      </w:r>
      <w:r w:rsidR="00000000">
        <w:rPr>
          <w:noProof/>
        </w:rPr>
        <w:drawing>
          <wp:anchor distT="0" distB="0" distL="0" distR="0" simplePos="0" relativeHeight="251640320" behindDoc="1" locked="0" layoutInCell="1" allowOverlap="1" wp14:anchorId="21DD6141" wp14:editId="5CEA179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ll_full_rgb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2E34B0FA"/>
      </w:r>
      <w:r w:rsidR="00000000">
        <w:pict w14:anchorId="6E8D883E">
          <v:shape id="TB102" o:spid="_x0000_s1056" type="#hgpTextboxType" style="position:absolute;margin-left:25.35pt;margin-top:113.4pt;width:111pt;height:123.6pt;z-index:25164441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2403A500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8/24</w:t>
                  </w:r>
                </w:p>
                <w:p w14:paraId="3ADDBB6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GF Cheeseburger </w:t>
                  </w:r>
                </w:p>
                <w:p w14:paraId="676B466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On a Bun w/Fresh Lettuce &amp; Tomato</w:t>
                  </w:r>
                </w:p>
                <w:p w14:paraId="1979553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5EC6A00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04F61B3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707ECB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4B4AE76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139D03F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French Fries</w:t>
                  </w:r>
                </w:p>
                <w:p w14:paraId="09ADB32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Black Bean Salad</w:t>
                  </w:r>
                </w:p>
                <w:p w14:paraId="67BEE79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21C842F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1ABD917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46B0944E">
          <v:shape id="TB103" o:spid="_x0000_s1055" type="#hgpTextboxType" style="position:absolute;margin-left:140.2pt;margin-top:113.4pt;width:111pt;height:123.6pt;z-index:251645440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7B846ED8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8/25</w:t>
                  </w:r>
                </w:p>
                <w:p w14:paraId="229D43B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AF Salsa Chicken </w:t>
                  </w:r>
                </w:p>
                <w:p w14:paraId="063C797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w/Rice</w:t>
                  </w:r>
                </w:p>
                <w:p w14:paraId="590C688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4C11DF0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64A5D1E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48736EC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0F6CAD0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57374B0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Steamed Carrots</w:t>
                  </w:r>
                </w:p>
                <w:p w14:paraId="7F46F33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Celery Sticks</w:t>
                  </w:r>
                </w:p>
                <w:p w14:paraId="5FED2F0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2931828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6B6A036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7F364FD2">
          <v:shape id="TB104" o:spid="_x0000_s1054" type="#hgpTextboxType" style="position:absolute;margin-left:254.95pt;margin-top:113.4pt;width:111pt;height:123.6pt;z-index:251646464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63F8C900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8/26</w:t>
                  </w:r>
                </w:p>
                <w:p w14:paraId="5A43EE5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Mac &amp; Cheese</w:t>
                  </w:r>
                </w:p>
                <w:p w14:paraId="7B1BB50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70FBDE0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098267C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6AD3E2A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5DAC1F8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2F43454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Roasted Broccoli</w:t>
                  </w:r>
                </w:p>
                <w:p w14:paraId="42C4B11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Grape Tomatoes</w:t>
                  </w:r>
                </w:p>
                <w:p w14:paraId="0EC9CCF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6EC8056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0A832D3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61A1232C">
          <v:shape id="TB105" o:spid="_x0000_s1053" type="#hgpTextboxType" style="position:absolute;margin-left:370.2pt;margin-top:113.4pt;width:111pt;height:123.6pt;z-index:251647488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11EC0682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8/27</w:t>
                  </w:r>
                </w:p>
                <w:p w14:paraId="26C2773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GF Breaded Chicken Tenders </w:t>
                  </w:r>
                </w:p>
                <w:p w14:paraId="0D64C94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6E8AA77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584892E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73383A6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4F263C4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08E2E07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CNC Mashed Sweet Potatoes</w:t>
                  </w:r>
                </w:p>
                <w:p w14:paraId="02C8D31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Chilled Corn</w:t>
                  </w:r>
                </w:p>
                <w:p w14:paraId="6D57389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46225F1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2FA686F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7DCF40CC">
          <v:shape id="TB106" o:spid="_x0000_s1052" type="#hgpTextboxType" style="position:absolute;margin-left:485.3pt;margin-top:113.4pt;width:111pt;height:123.6pt;z-index:251648512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35EC6689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8/28</w:t>
                  </w:r>
                </w:p>
                <w:p w14:paraId="4926541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Pizza Bagel</w:t>
                  </w:r>
                </w:p>
                <w:p w14:paraId="5E7594C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5FDA8C7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5E4C4F3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308870A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7D55EDC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648F35C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Steamed Broccoli</w:t>
                  </w:r>
                </w:p>
                <w:p w14:paraId="650F929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Carrot Sticks</w:t>
                  </w:r>
                </w:p>
                <w:p w14:paraId="2176E57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694E252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75F42CF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12F5CEF1">
          <v:shape id="TB107" o:spid="_x0000_s1051" type="#hgpTextboxType" style="position:absolute;margin-left:25.35pt;margin-top:243pt;width:111pt;height:123.6pt;z-index:25164953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236F86FB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8/31</w:t>
                  </w:r>
                </w:p>
                <w:p w14:paraId="089A057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Bean &amp; Cheese Nachos</w:t>
                  </w:r>
                </w:p>
                <w:p w14:paraId="17D0FF4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Cobb Salad with GF Roll</w:t>
                  </w:r>
                </w:p>
                <w:p w14:paraId="47DEE89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4D8EBF5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784FC43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27289BF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5BF384E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Steamed Corn</w:t>
                  </w:r>
                </w:p>
                <w:p w14:paraId="283D902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Black Bean Salad</w:t>
                  </w:r>
                </w:p>
                <w:p w14:paraId="5CCF9E3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23F504A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09C0A41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7B10BEB3">
          <v:shape id="TB108" o:spid="_x0000_s1050" type="#hgpTextboxType" style="position:absolute;margin-left:140.2pt;margin-top:243pt;width:111pt;height:123.6pt;z-index:251650560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0B5428D5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</w:t>
                  </w:r>
                </w:p>
                <w:p w14:paraId="36AF297A" w14:textId="77777777" w:rsidR="0095175E" w:rsidRDefault="00000000">
                  <w:pPr>
                    <w:spacing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color w:val="999999"/>
                      <w:sz w:val="21"/>
                    </w:rPr>
                    <w:t>No School</w:t>
                  </w:r>
                </w:p>
              </w:txbxContent>
            </v:textbox>
            <w10:wrap anchorx="page" anchory="page"/>
          </v:shape>
        </w:pict>
      </w:r>
      <w:r w:rsidR="00000000">
        <w:pict w14:anchorId="4C70E059">
          <v:shape id="TB109" o:spid="_x0000_s1049" type="#hgpTextboxType" style="position:absolute;margin-left:254.95pt;margin-top:243pt;width:111pt;height:123.6pt;z-index:251651584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6D0F37FE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</w:t>
                  </w:r>
                </w:p>
                <w:p w14:paraId="7BE40CF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GF Pasta w/Plant- </w:t>
                  </w:r>
                </w:p>
                <w:p w14:paraId="76D2967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based Bolognese</w:t>
                  </w:r>
                </w:p>
                <w:p w14:paraId="07E3C76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Cobb Salad with GF Roll</w:t>
                  </w:r>
                </w:p>
                <w:p w14:paraId="486652E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188630A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6F04F88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2CBFB4B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5185214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Roasted Broccoli</w:t>
                  </w:r>
                </w:p>
                <w:p w14:paraId="7B5B901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Carrot Sticks</w:t>
                  </w:r>
                </w:p>
                <w:p w14:paraId="02B3ABA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41CC214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4F252F7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215B91F9">
          <v:shape id="TB110" o:spid="_x0000_s1048" type="#hgpTextboxType" style="position:absolute;margin-left:370.2pt;margin-top:243pt;width:111pt;height:123.6pt;z-index:251652608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443B0808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9/3</w:t>
                  </w:r>
                </w:p>
                <w:p w14:paraId="27AFF1D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Cheddar Chicken Bowl</w:t>
                  </w:r>
                </w:p>
                <w:p w14:paraId="23DCFA1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Cobb Salad with GF Roll</w:t>
                  </w:r>
                </w:p>
                <w:p w14:paraId="6F73981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409F036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2F5328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243E7C5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0C3542C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CNC Mashed Potatoes</w:t>
                  </w:r>
                </w:p>
                <w:p w14:paraId="724F2A4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Chilled Corn</w:t>
                  </w:r>
                </w:p>
                <w:p w14:paraId="6215ADC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74B95A6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05CD0AF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50FBB68D">
          <v:shape id="TB111" o:spid="_x0000_s1047" type="#hgpTextboxType" style="position:absolute;margin-left:485.3pt;margin-top:243pt;width:111pt;height:123.6pt;z-index:251653632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43340656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9/4</w:t>
                  </w:r>
                </w:p>
                <w:p w14:paraId="3DE3F99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Pizza Bagel</w:t>
                  </w:r>
                </w:p>
                <w:p w14:paraId="6DEBFD3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Cobb Salad with GF Roll</w:t>
                  </w:r>
                </w:p>
                <w:p w14:paraId="115DE02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596D026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4602C34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730B212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0D04FB7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Seasoned Green beans</w:t>
                  </w:r>
                </w:p>
                <w:p w14:paraId="132FD39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Cucumber Salad</w:t>
                  </w:r>
                </w:p>
                <w:p w14:paraId="2CD4BC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78494A5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2EB4C59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639728CB">
          <v:shape id="TB112" o:spid="_x0000_s1046" type="#hgpTextboxType" style="position:absolute;margin-left:25.35pt;margin-top:372.6pt;width:111pt;height:123.6pt;z-index:25165465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32112CC5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9/7</w:t>
                  </w:r>
                </w:p>
                <w:p w14:paraId="57EF4261" w14:textId="77777777" w:rsidR="0095175E" w:rsidRDefault="00000000">
                  <w:pPr>
                    <w:spacing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color w:val="999999"/>
                      <w:sz w:val="21"/>
                    </w:rPr>
                    <w:t>No School</w:t>
                  </w:r>
                </w:p>
              </w:txbxContent>
            </v:textbox>
            <w10:wrap anchorx="page" anchory="page"/>
          </v:shape>
        </w:pict>
      </w:r>
      <w:r w:rsidR="00000000">
        <w:pict w14:anchorId="3904F154">
          <v:shape id="TB113" o:spid="_x0000_s1045" type="#hgpTextboxType" style="position:absolute;margin-left:140.2pt;margin-top:372.6pt;width:111pt;height:123.6pt;z-index:251655680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71F8F20C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9/8</w:t>
                  </w:r>
                </w:p>
                <w:p w14:paraId="766AA0E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Pulled Pork Sandwich w/Cole Slaw</w:t>
                  </w:r>
                </w:p>
                <w:p w14:paraId="73ABC98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Vegan Mediterranean Salad (No Croutons) with GF Roll</w:t>
                  </w:r>
                </w:p>
                <w:p w14:paraId="205E695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60FC758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503612C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457B993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31B09D0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Mashed Butternut</w:t>
                  </w:r>
                </w:p>
                <w:p w14:paraId="5F85FB0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Celery Sticks</w:t>
                  </w:r>
                </w:p>
                <w:p w14:paraId="31FC065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2C8B5C4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795F8CC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0DAAE77B">
          <v:shape id="TB114" o:spid="_x0000_s1044" type="#hgpTextboxType" style="position:absolute;margin-left:254.95pt;margin-top:372.6pt;width:111pt;height:123.6pt;z-index:251656704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34B3189D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9/9</w:t>
                  </w:r>
                </w:p>
                <w:p w14:paraId="55C4106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Breakfast for Lunch: </w:t>
                  </w:r>
                </w:p>
                <w:p w14:paraId="5DB649A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GF Bagel with </w:t>
                  </w:r>
                </w:p>
                <w:p w14:paraId="3534B71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Sunbutter </w:t>
                  </w:r>
                </w:p>
                <w:p w14:paraId="4261511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Vegan Mediterranean Salad (No Croutons) with GF Roll</w:t>
                  </w:r>
                </w:p>
                <w:p w14:paraId="2A6FACE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1947F3F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7866A4A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14C8037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5839FA3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Tater Tots</w:t>
                  </w:r>
                </w:p>
                <w:p w14:paraId="4341183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Carrot Sticks</w:t>
                  </w:r>
                </w:p>
                <w:p w14:paraId="334A3EE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425C371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66B9CA3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707F037E">
          <v:shape id="TB115" o:spid="_x0000_s1043" type="#hgpTextboxType" style="position:absolute;margin-left:370.2pt;margin-top:372.6pt;width:111pt;height:123.6pt;z-index:251657728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1A2A6B82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9/10</w:t>
                  </w:r>
                </w:p>
                <w:p w14:paraId="686B1D5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Plant-based Taco </w:t>
                  </w:r>
                </w:p>
                <w:p w14:paraId="7052548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Salad w/Seasoned  Rice</w:t>
                  </w:r>
                </w:p>
                <w:p w14:paraId="2181E28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Vegan Mediterranean Salad (No Croutons) with GF Roll</w:t>
                  </w:r>
                </w:p>
                <w:p w14:paraId="0EDC88C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3D78CA9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5E00931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5718A95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68250E0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Stewed Black Beans</w:t>
                  </w:r>
                </w:p>
                <w:p w14:paraId="7096F3F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Grape Tomatoes</w:t>
                  </w:r>
                </w:p>
                <w:p w14:paraId="6A19F5A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00F257B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6C1CFDD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53B5E040">
          <v:shape id="TB116" o:spid="_x0000_s1042" type="#hgpTextboxType" style="position:absolute;margin-left:485.3pt;margin-top:372.6pt;width:111pt;height:123.6pt;z-index:251658752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1DA09EB9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9/11</w:t>
                  </w:r>
                </w:p>
                <w:p w14:paraId="35F5D01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Pizza Bagel</w:t>
                  </w:r>
                </w:p>
                <w:p w14:paraId="323BB9C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Vegan Mediterranean Salad (No Croutons) with GF Roll</w:t>
                  </w:r>
                </w:p>
                <w:p w14:paraId="3852B11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576119E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432C46A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149F5F4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411785E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Steamed Broccoli</w:t>
                  </w:r>
                </w:p>
                <w:p w14:paraId="3E79D27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Celery Sticks</w:t>
                  </w:r>
                </w:p>
                <w:p w14:paraId="628B818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1CF6277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2A55A66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0368CB40">
          <v:shape id="TB117" o:spid="_x0000_s1041" type="#hgpTextboxType" style="position:absolute;margin-left:25.35pt;margin-top:502.85pt;width:111pt;height:123.6pt;z-index:25165977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74F30AD8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9/14</w:t>
                  </w:r>
                </w:p>
                <w:p w14:paraId="2AF3E6E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GF Breaded Chicken Tenders </w:t>
                  </w:r>
                </w:p>
                <w:p w14:paraId="69EDC4B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Kale &amp; Apple Salad (No Granola) with GF Roll</w:t>
                  </w:r>
                </w:p>
                <w:p w14:paraId="61A0A56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6AF6431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0478F86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2FDDD3C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6C12E6D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Vegetarian Baked Beans</w:t>
                  </w:r>
                </w:p>
                <w:p w14:paraId="2C2DB22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Celery Sticks</w:t>
                  </w:r>
                </w:p>
                <w:p w14:paraId="7017332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4511CAC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569D71A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6649FB1D">
          <v:shape id="TB118" o:spid="_x0000_s1040" type="#hgpTextboxType" style="position:absolute;margin-left:140.2pt;margin-top:502.85pt;width:111pt;height:123.6pt;z-index:251660800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0D370E60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9/15</w:t>
                  </w:r>
                </w:p>
                <w:p w14:paraId="142F1F9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Bean &amp; Cheese Nachos</w:t>
                  </w:r>
                </w:p>
                <w:p w14:paraId="6EDCA05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Kale &amp; Apple Salad (No Granola) with GF Roll</w:t>
                  </w:r>
                </w:p>
                <w:p w14:paraId="2100802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2B4026F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572395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0B24182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02BE32F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Black Bean Salad</w:t>
                  </w:r>
                </w:p>
                <w:p w14:paraId="55B6993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Cucumber Salad</w:t>
                  </w:r>
                </w:p>
                <w:p w14:paraId="5921424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6BF97AF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5CEEF3E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3F336F76">
          <v:shape id="TB119" o:spid="_x0000_s1039" type="#hgpTextboxType" style="position:absolute;margin-left:254.95pt;margin-top:502.85pt;width:111pt;height:123.6pt;z-index:251661824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58BF4F69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9/16</w:t>
                  </w:r>
                </w:p>
                <w:p w14:paraId="3E5641F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Pasta, Marinara, Mozzarella Cheese</w:t>
                  </w:r>
                </w:p>
                <w:p w14:paraId="0E2C896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Kale &amp; Apple Salad (No Granola) with GF Roll</w:t>
                  </w:r>
                </w:p>
                <w:p w14:paraId="5D9F050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3890157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0A9433C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7292051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66DA5A5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Steamed Broccoli </w:t>
                  </w:r>
                </w:p>
                <w:p w14:paraId="61C86F6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Carrot Sticks</w:t>
                  </w:r>
                </w:p>
                <w:p w14:paraId="6165C9C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18FAECE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6D600FD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3347D93C">
          <v:shape id="TB120" o:spid="_x0000_s1038" type="#hgpTextboxType" style="position:absolute;margin-left:370.2pt;margin-top:502.85pt;width:111pt;height:123.6pt;z-index:251662848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0C5D4326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9/17</w:t>
                  </w:r>
                </w:p>
                <w:p w14:paraId="70E5D1C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Seasoned Chicken Thighs w/Rice Pilaf</w:t>
                  </w:r>
                </w:p>
                <w:p w14:paraId="3BADE2B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Kale &amp; Apple Salad (No Granola) with GF Roll</w:t>
                  </w:r>
                </w:p>
                <w:p w14:paraId="18DF401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47AAF31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043BDA4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0731760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0F892EF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CNC Mashed </w:t>
                  </w:r>
                </w:p>
                <w:p w14:paraId="1CDBF72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Sweet Potato</w:t>
                  </w:r>
                </w:p>
                <w:p w14:paraId="3DA54DD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Chilled Corn</w:t>
                  </w:r>
                </w:p>
                <w:p w14:paraId="09A7ED3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0A438AE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5C35984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6665A4B1">
          <v:shape id="TB121" o:spid="_x0000_s1037" type="#hgpTextboxType" style="position:absolute;margin-left:485.3pt;margin-top:502.85pt;width:111pt;height:123.6pt;z-index:251663872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5EBE9EC6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9/18</w:t>
                  </w:r>
                </w:p>
                <w:p w14:paraId="51DE0D3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Pizza Bagel</w:t>
                  </w:r>
                </w:p>
                <w:p w14:paraId="4EACBC8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Kale &amp; Apple Salad (No Granola) with GF Roll</w:t>
                  </w:r>
                </w:p>
                <w:p w14:paraId="53CA96C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Hummus Bento Box with GF Roll</w:t>
                  </w:r>
                </w:p>
                <w:p w14:paraId="1E0778E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Ham &amp; Cheese Sandwich on GF Bread</w:t>
                  </w:r>
                </w:p>
                <w:p w14:paraId="1FB5441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080276A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618EE35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Roasted Local Veg</w:t>
                  </w:r>
                </w:p>
                <w:p w14:paraId="41B5934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Celery Sticks</w:t>
                  </w:r>
                </w:p>
                <w:p w14:paraId="6DDF9D2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369CA7E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32E20E6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646C0898">
          <v:shape id="TB122" o:spid="_x0000_s1036" type="#hgpTextboxType" style="position:absolute;margin-left:25.35pt;margin-top:632.45pt;width:111pt;height:123.6pt;z-index:25166489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4AF88EEF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9/21</w:t>
                  </w:r>
                </w:p>
                <w:p w14:paraId="3C90423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GF Cheeseburger </w:t>
                  </w:r>
                </w:p>
                <w:p w14:paraId="0549E8B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On a Bun w/Fresh Lettuce &amp; Tomato</w:t>
                  </w:r>
                </w:p>
                <w:p w14:paraId="7F71840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40E3E32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018F2A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6C57074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61BFA5F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104F7C8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French Fries</w:t>
                  </w:r>
                </w:p>
                <w:p w14:paraId="546A1C6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Black Bean Salad</w:t>
                  </w:r>
                </w:p>
                <w:p w14:paraId="05D0FDA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3D9ECB4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0FE928B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1F929772">
          <v:shape id="TB123" o:spid="_x0000_s1035" type="#hgpTextboxType" style="position:absolute;margin-left:140.2pt;margin-top:632.45pt;width:111pt;height:123.6pt;z-index:251665920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576CBB27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9/22</w:t>
                  </w:r>
                </w:p>
                <w:p w14:paraId="0154A4E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 xml:space="preserve">AF Salsa Chicken </w:t>
                  </w:r>
                </w:p>
                <w:p w14:paraId="274714A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w/Rice</w:t>
                  </w:r>
                </w:p>
                <w:p w14:paraId="6CF0F3C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72C446A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6ED88AB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044E013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3F91957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4F20B59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Steamed Carrots</w:t>
                  </w:r>
                </w:p>
                <w:p w14:paraId="34E2A81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Celery Sticks</w:t>
                  </w:r>
                </w:p>
                <w:p w14:paraId="76572C1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0943F90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0FB546B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55C8BD4A">
          <v:shape id="TB124" o:spid="_x0000_s1034" type="#hgpTextboxType" style="position:absolute;margin-left:254.95pt;margin-top:632.45pt;width:111pt;height:123.6pt;z-index:251666944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43E47CFF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9/23</w:t>
                  </w:r>
                </w:p>
                <w:p w14:paraId="2F9C1C8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Mac &amp; Cheese</w:t>
                  </w:r>
                </w:p>
                <w:p w14:paraId="130025D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07B9648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6E536A2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111D7BA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331E2CD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27ABB0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Roasted Broccoli</w:t>
                  </w:r>
                </w:p>
                <w:p w14:paraId="0097D65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Grape Tomatoes</w:t>
                  </w:r>
                </w:p>
                <w:p w14:paraId="5C0682F3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00DA78B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58562B5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1112A7A9">
          <v:shape id="TB125" o:spid="_x0000_s1033" type="#hgpTextboxType" style="position:absolute;margin-left:370.2pt;margin-top:632.45pt;width:111pt;height:123.6pt;z-index:251667968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6251E852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9/24</w:t>
                  </w:r>
                </w:p>
                <w:p w14:paraId="7B4A800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Breaded Chicken Tenders w/GF Roll</w:t>
                  </w:r>
                </w:p>
                <w:p w14:paraId="741DADF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31A86DB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258514B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7D787C2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123FF5E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3AC983F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CNC Mashed Sweet Potatoes</w:t>
                  </w:r>
                </w:p>
                <w:p w14:paraId="5FD9A8B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Chilled Corn</w:t>
                  </w:r>
                </w:p>
                <w:p w14:paraId="3C2BA2C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711125C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39E4246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 w:rsidR="00000000">
        <w:pict w14:anchorId="13B6C7D4">
          <v:shape id="TB126" o:spid="_x0000_s1032" type="#hgpTextboxType" style="position:absolute;margin-left:485.3pt;margin-top:632.45pt;width:111pt;height:123.6pt;z-index:251668992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0E92EA3C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9/25</w:t>
                  </w:r>
                </w:p>
                <w:p w14:paraId="3530AFA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GF Pizza Bagel</w:t>
                  </w:r>
                </w:p>
                <w:p w14:paraId="27D06AA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Chicken Caesar Salad (No Croutons) with GF Roll</w:t>
                  </w:r>
                </w:p>
                <w:p w14:paraId="0199514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Garden Salad (No Croutons) with GF Roll</w:t>
                  </w:r>
                </w:p>
                <w:p w14:paraId="71D0EAB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Turkey &amp; Cheese Sandwich on GF Bread</w:t>
                  </w:r>
                </w:p>
                <w:p w14:paraId="76CA207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Sunbutter &amp; Jelly Sandwich on GF Bread</w:t>
                  </w:r>
                </w:p>
                <w:p w14:paraId="434D39E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Cheese Sandwich on GF Bread</w:t>
                  </w:r>
                </w:p>
                <w:p w14:paraId="04B2E1F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Steamed Broccoli</w:t>
                  </w:r>
                </w:p>
                <w:p w14:paraId="5D94213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Carrot Sticks</w:t>
                  </w:r>
                </w:p>
                <w:p w14:paraId="16CB1C51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Available Daily:</w:t>
                  </w:r>
                </w:p>
                <w:p w14:paraId="090A010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Assorted Fresh Fruit</w:t>
                  </w:r>
                </w:p>
                <w:p w14:paraId="5FD64CD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0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</w:p>
    <w:p w14:paraId="3534364B" w14:textId="77777777" w:rsidR="0095175E" w:rsidRDefault="0095175E">
      <w:pPr>
        <w:sectPr w:rsidR="0095175E"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 w14:paraId="2F13B397" w14:textId="77777777" w:rsidR="0095175E" w:rsidRDefault="00000000">
      <w:pPr>
        <w:spacing w:after="0"/>
      </w:pPr>
      <w:r>
        <w:rPr>
          <w:noProof/>
        </w:rPr>
        <w:lastRenderedPageBreak/>
        <w:drawing>
          <wp:anchor distT="0" distB="0" distL="0" distR="0" simplePos="0" relativeHeight="251641344" behindDoc="1" locked="0" layoutInCell="1" allowOverlap="1" wp14:anchorId="661CC3CA" wp14:editId="789009E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ll_full_rgb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8D9B85E">
          <v:shape id="TB127" o:spid="_x0000_s1031" type="#hgpTextboxType" style="position:absolute;margin-left:136.3pt;margin-top:8.7pt;width:388.75pt;height:55.75pt;z-index:25167001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3B94ED0B" w14:textId="77777777" w:rsidR="0095175E" w:rsidRDefault="00000000">
                  <w:pPr>
                    <w:spacing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color w:val="6ABD4A"/>
                      <w:sz w:val="42"/>
                    </w:rPr>
                    <w:t>GLUTEN-FREE ELEMENTARY LUNCH</w:t>
                  </w:r>
                </w:p>
                <w:p w14:paraId="5B569610" w14:textId="77777777" w:rsidR="0095175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color w:val="5A5A52"/>
                      <w:sz w:val="25"/>
                    </w:rPr>
                    <w:t>September-October 2026</w:t>
                  </w:r>
                </w:p>
              </w:txbxContent>
            </v:textbox>
            <w10:wrap anchorx="page" anchory="page"/>
          </v:shape>
        </w:pict>
      </w:r>
      <w:r>
        <w:pict w14:anchorId="6382BDF2">
          <v:shape id="TB128" o:spid="_x0000_s1030" type="#hgpTextboxType" style="position:absolute;margin-left:25.35pt;margin-top:113.4pt;width:111pt;height:123.6pt;z-index:251671040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41253CF1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9/28</w:t>
                  </w:r>
                </w:p>
                <w:p w14:paraId="4C9FD04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 xml:space="preserve">Hot Dog on a </w:t>
                  </w:r>
                </w:p>
                <w:p w14:paraId="2A060EC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GF Bun</w:t>
                  </w:r>
                </w:p>
                <w:p w14:paraId="4570EF9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Chicken Cobb Salad with GF Roll</w:t>
                  </w:r>
                </w:p>
                <w:p w14:paraId="18A40F6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Hummus Bento Box with GF Roll</w:t>
                  </w:r>
                </w:p>
                <w:p w14:paraId="68F0C2C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Turkey Ham &amp; Cheese Sandwich on GF Bread</w:t>
                  </w:r>
                </w:p>
                <w:p w14:paraId="776E3C7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Sunbutter &amp; Jelly Sandwich on GF Bread</w:t>
                  </w:r>
                </w:p>
                <w:p w14:paraId="5B13779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Cheese Sandwich on GF Bread</w:t>
                  </w:r>
                </w:p>
                <w:p w14:paraId="14DF3F7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Steamed Corn</w:t>
                  </w:r>
                </w:p>
                <w:p w14:paraId="53924B6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Black Bean Salad</w:t>
                  </w:r>
                </w:p>
                <w:p w14:paraId="2E63E82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Available Daily:</w:t>
                  </w:r>
                </w:p>
                <w:p w14:paraId="49CE781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Assorted Fresh Fruit</w:t>
                  </w:r>
                </w:p>
                <w:p w14:paraId="10E2B6B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>
        <w:pict w14:anchorId="29BDD7EA">
          <v:shape id="TB129" o:spid="_x0000_s1029" type="#hgpTextboxType" style="position:absolute;margin-left:140.2pt;margin-top:113.4pt;width:111pt;height:123.6pt;z-index:251672064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08DDF2E6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9/29</w:t>
                  </w:r>
                </w:p>
                <w:p w14:paraId="45BC1A5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GF Bean &amp; Cheese Nachos</w:t>
                  </w:r>
                </w:p>
                <w:p w14:paraId="5C4BBC6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Chicken Cobb Salad with GF Roll</w:t>
                  </w:r>
                </w:p>
                <w:p w14:paraId="6087566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Hummus Bento Box with GF Roll</w:t>
                  </w:r>
                </w:p>
                <w:p w14:paraId="430A232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Turkey Ham &amp; Cheese Sandwich on GF Bread</w:t>
                  </w:r>
                </w:p>
                <w:p w14:paraId="76F36D6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Sunbutter &amp; Jelly Sandwich on GF Bread</w:t>
                  </w:r>
                </w:p>
                <w:p w14:paraId="73B9DBC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Cheese Sandwich on GF Bread</w:t>
                  </w:r>
                </w:p>
                <w:p w14:paraId="3C30E11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Steamed Corn</w:t>
                  </w:r>
                </w:p>
                <w:p w14:paraId="3A37348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Black Bean Salad</w:t>
                  </w:r>
                </w:p>
                <w:p w14:paraId="72E7C3D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Available Daily:</w:t>
                  </w:r>
                </w:p>
                <w:p w14:paraId="4051C96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Assorted Fresh Fruit</w:t>
                  </w:r>
                </w:p>
                <w:p w14:paraId="1CA95A3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>
        <w:pict w14:anchorId="7310EE2B">
          <v:shape id="TB130" o:spid="_x0000_s1028" type="#hgpTextboxType" style="position:absolute;margin-left:254.95pt;margin-top:113.4pt;width:111pt;height:123.6pt;z-index:251673088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2C95E1B5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9/30</w:t>
                  </w:r>
                </w:p>
                <w:p w14:paraId="0D00A7F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 xml:space="preserve">GF Pasta w/Plant- </w:t>
                  </w:r>
                </w:p>
                <w:p w14:paraId="6D39301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based Bolognese</w:t>
                  </w:r>
                </w:p>
                <w:p w14:paraId="45F7798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Chicken Cobb Salad with GF Roll</w:t>
                  </w:r>
                </w:p>
                <w:p w14:paraId="41FE752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Hummus Bento Box with GF Roll</w:t>
                  </w:r>
                </w:p>
                <w:p w14:paraId="59E23B9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Turkey Ham &amp; Cheese Sandwich on GF Bread</w:t>
                  </w:r>
                </w:p>
                <w:p w14:paraId="57147CB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Sunbutter &amp; Jelly Sandwich on GF Bread</w:t>
                  </w:r>
                </w:p>
                <w:p w14:paraId="48029F6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Cheese Sandwich on GF Bread</w:t>
                  </w:r>
                </w:p>
                <w:p w14:paraId="27A9069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Roasted Broccoli</w:t>
                  </w:r>
                </w:p>
                <w:p w14:paraId="1A6F554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Carrot Sticks</w:t>
                  </w:r>
                </w:p>
                <w:p w14:paraId="3C267C80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Available Daily:</w:t>
                  </w:r>
                </w:p>
                <w:p w14:paraId="2B8304D5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Assorted Fresh Fruit</w:t>
                  </w:r>
                </w:p>
                <w:p w14:paraId="5C5D1A0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>
        <w:pict w14:anchorId="6B8DD05E">
          <v:shape id="TB131" o:spid="_x0000_s1027" type="#hgpTextboxType" style="position:absolute;margin-left:370.2pt;margin-top:113.4pt;width:111pt;height:123.6pt;z-index:251674112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44A0BF54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10/1</w:t>
                  </w:r>
                </w:p>
                <w:p w14:paraId="65D8C56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GF Cheddar Chicken Bowl</w:t>
                  </w:r>
                </w:p>
                <w:p w14:paraId="481A73C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Chicken Cobb Salad with GF Roll</w:t>
                  </w:r>
                </w:p>
                <w:p w14:paraId="39D8BEA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Hummus Bento Box with GF Roll</w:t>
                  </w:r>
                </w:p>
                <w:p w14:paraId="4B172EAA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Turkey Ham &amp; Cheese Sandwich on GF Bread</w:t>
                  </w:r>
                </w:p>
                <w:p w14:paraId="5365FE5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Sunbutter &amp; Jelly Sandwich on GF Bread</w:t>
                  </w:r>
                </w:p>
                <w:p w14:paraId="0ADBD7A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Cheese Sandwich on GF Bread</w:t>
                  </w:r>
                </w:p>
                <w:p w14:paraId="2EECFF6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CNC Mashed Potatoes</w:t>
                  </w:r>
                </w:p>
                <w:p w14:paraId="550EF52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Chilled Corn</w:t>
                  </w:r>
                </w:p>
                <w:p w14:paraId="39E08242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Available Daily:</w:t>
                  </w:r>
                </w:p>
                <w:p w14:paraId="74F1FFAE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Assorted Fresh Fruit</w:t>
                  </w:r>
                </w:p>
                <w:p w14:paraId="02EAB10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  <w:r>
        <w:pict w14:anchorId="3A7FA3F4">
          <v:shape id="TB132" o:spid="_x0000_s1026" type="#hgpTextboxType" style="position:absolute;margin-left:485.3pt;margin-top:113.4pt;width:111pt;height:123.6pt;z-index:251675136;mso-position-horizontal:absolute;mso-position-horizontal-relative:page;mso-position-vertical:absolute;mso-position-vertical-relative:page" o:spt="202" o:allowoverlap="t" path="m,l,21600r21600,l21600,xe" filled="f" stroked="f">
            <v:stroke joinstyle="miter"/>
            <v:path gradientshapeok="t" o:connecttype="rect"/>
            <v:textbox inset="0,0,0,0">
              <w:txbxContent>
                <w:p w14:paraId="10151FD9" w14:textId="77777777" w:rsidR="0095175E" w:rsidRDefault="00000000">
                  <w:pPr>
                    <w:spacing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color w:val="E4780C"/>
                      <w:sz w:val="15"/>
                    </w:rPr>
                    <w:t>10/2</w:t>
                  </w:r>
                </w:p>
                <w:p w14:paraId="15738DF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GF Pizza Bagel</w:t>
                  </w:r>
                </w:p>
                <w:p w14:paraId="0D19DDAF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Chicken Cobb Salad with GF Roll</w:t>
                  </w:r>
                </w:p>
                <w:p w14:paraId="345A3AE7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Hummus Bento Box with GF Roll</w:t>
                  </w:r>
                </w:p>
                <w:p w14:paraId="0492820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Turkey Ham &amp; Cheese Sandwich on GF Bread</w:t>
                  </w:r>
                </w:p>
                <w:p w14:paraId="0392DE86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Sunbutter &amp; Jelly Sandwich on GF Bread</w:t>
                  </w:r>
                </w:p>
                <w:p w14:paraId="346F72F4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Cheese Sandwich on GF Bread</w:t>
                  </w:r>
                </w:p>
                <w:p w14:paraId="3299BDED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Seasoned Green beans</w:t>
                  </w:r>
                </w:p>
                <w:p w14:paraId="4F180B48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Cucumber Salad</w:t>
                  </w:r>
                </w:p>
                <w:p w14:paraId="6875AF5B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Available Daily:</w:t>
                  </w:r>
                </w:p>
                <w:p w14:paraId="05D52CF9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Assorted Fresh Fruit</w:t>
                  </w:r>
                </w:p>
                <w:p w14:paraId="5E2B0A0C" w14:textId="77777777" w:rsidR="0095175E" w:rsidRDefault="00000000">
                  <w:pPr>
                    <w:spacing w:after="20" w:line="240" w:lineRule="auto"/>
                  </w:pPr>
                  <w:r>
                    <w:rPr>
                      <w:rFonts w:ascii="Arial" w:hAnsi="Arial"/>
                      <w:color w:val="111111"/>
                      <w:sz w:val="11"/>
                    </w:rPr>
                    <w:t>Fat Free Chocolate, 1% White or Fat Free White Milk</w:t>
                  </w:r>
                </w:p>
              </w:txbxContent>
            </v:textbox>
            <w10:wrap anchorx="page" anchory="page"/>
          </v:shape>
        </w:pict>
      </w:r>
    </w:p>
    <w:sectPr w:rsidR="0095175E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6425872">
    <w:abstractNumId w:val="8"/>
  </w:num>
  <w:num w:numId="2" w16cid:durableId="498497295">
    <w:abstractNumId w:val="6"/>
  </w:num>
  <w:num w:numId="3" w16cid:durableId="831287850">
    <w:abstractNumId w:val="5"/>
  </w:num>
  <w:num w:numId="4" w16cid:durableId="824979304">
    <w:abstractNumId w:val="4"/>
  </w:num>
  <w:num w:numId="5" w16cid:durableId="1816098763">
    <w:abstractNumId w:val="7"/>
  </w:num>
  <w:num w:numId="6" w16cid:durableId="634216033">
    <w:abstractNumId w:val="3"/>
  </w:num>
  <w:num w:numId="7" w16cid:durableId="101461864">
    <w:abstractNumId w:val="2"/>
  </w:num>
  <w:num w:numId="8" w16cid:durableId="2072802008">
    <w:abstractNumId w:val="1"/>
  </w:num>
  <w:num w:numId="9" w16cid:durableId="73593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0B10"/>
    <w:rsid w:val="0015074B"/>
    <w:rsid w:val="0029639D"/>
    <w:rsid w:val="00326F90"/>
    <w:rsid w:val="003D59CE"/>
    <w:rsid w:val="009517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9"/>
    <o:shapelayout v:ext="edit">
      <o:idmap v:ext="edit" data="1"/>
    </o:shapelayout>
  </w:shapeDefaults>
  <w:decimalSymbol w:val="."/>
  <w:listSeparator w:val=","/>
  <w14:docId w14:val="2A99FCA3"/>
  <w14:defaultImageDpi w14:val="300"/>
  <w15:docId w15:val="{72ED4CBE-0505-4C77-B6EB-332A8672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Cucalon, Andres</cp:lastModifiedBy>
  <cp:revision>2</cp:revision>
  <dcterms:created xsi:type="dcterms:W3CDTF">2026-08-21T02:10:00Z</dcterms:created>
  <dcterms:modified xsi:type="dcterms:W3CDTF">2026-08-21T02:10:00Z</dcterms:modified>
  <cp:category/>
</cp:coreProperties>
</file>