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01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EGG-FREE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102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Cheeseburger on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 Bun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Black Bean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3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General Tso’s Chicken w/Veggie Fried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Steamed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Celery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4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Mac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Grape Tomatoes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5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&amp; 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Waffles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CNC Mashed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Sweet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6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Carrot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7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Nachos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Chicken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 Cobb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Steamed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Black Bean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08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09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Baked Ziti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w/Plant-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based Bolognese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Chicken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 Cobb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Carrot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0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Cheddar Chicken Bowl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Chicken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 Cobb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CNC Mashed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1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Chicken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 Cobb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Cucumber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2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13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Pulled Pork Sandwich w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Cole Slaw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Vegan Mediterranean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Salad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(No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&amp; Cheese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&amp; Jelly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Celery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4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Breakfast for Lunch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W/French Toast &amp; 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CNC Chicken Sausage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Vegan Mediterranean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Salad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(No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&amp; Cheese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&amp; Jelly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Tater Tots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arrot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5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Plant-based Taco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Salad w/Seasoned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Rice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RANCH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Vegan Mediterranean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Salad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(No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&amp; Cheese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&amp; Jelly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Stewed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Black Bean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Grape Tomatoes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6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Vegan Mediterranean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Salad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with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(No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&amp; Cheese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&amp; Jelly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on GF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Celery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7" type="#hgpTextboxType" style="position:absolute;left:0.35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Nuggets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/Roll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&amp; CNC BBQ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Kale &amp; Apple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Salad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Vegetarian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Celery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8" type="#hgpTextboxType" style="position:absolute;left:1.947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Mini Turkey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Corn Dogs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Kale &amp; Apple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Salad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Black Bean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Cucumber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19" type="#hgpTextboxType" style="position:absolute;left:3.541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Penne Pasta &amp; Meatballs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Kale &amp; Apple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Salad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Steamed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Carrot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0" type="#hgpTextboxType" style="position:absolute;left:5.14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Huli Huli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Chicken w/Rice Pilaf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Kale &amp; Apple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Salad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CNC Mashed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Sweet Potato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1" type="#hgpTextboxType" style="position:absolute;left:6.74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Kale &amp; Apple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Salad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Roasted Local Veg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Celery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2" type="#hgpTextboxType" style="position:absolute;left:0.35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Cheeseburger on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 Bun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Black Bean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3" type="#hgpTextboxType" style="position:absolute;left:1.947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General Tso’s Chicken w/Veggie Fried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Celery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4" type="#hgpTextboxType" style="position:absolute;left:3.541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Mac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Grape Tomatoes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5" type="#hgpTextboxType" style="position:absolute;left:5.14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&amp; 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Waffles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CNC 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6" type="#hgpTextboxType" style="position:absolute;left:6.74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Chicken Caesar Salad with Roll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Caesar Dressing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Garden Salad (</w:t>
                  </w:r>
                  <w:r>
                    <w:rPr>
                      <w:rFonts w:ascii="Arial" w:hAnsi="Arial"/>
                      <w:b/>
                      <w:sz w:val="11"/>
                      <w:color w:val="183054"/>
                    </w:rPr>
                    <w:t xml:space="preserve">No Egg</w:t>
                  </w: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)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Turkey Ham &amp; 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Sunbutter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Carrot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1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27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EGG-FREE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128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Italian Meatball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Sub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Chicken Cobb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Green Peas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Carrot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29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Cheese Nachos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Chicken Cobb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Steamed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Black Bean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0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Baked Ziti</w:t>
                  </w: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w/Plant-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based Bolognese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Chicken Cobb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Carrot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1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Cheddar Chicken Bowl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Chicken Cobb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CNC Mashed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32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Cheese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Chicken Cobb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Hummus Bento Box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Turkey Ham &amp; Cheese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Sunbutter &amp; Jelly Sandwich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Cheese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Cucumber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Available Daily: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