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01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ELEMENTARY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102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 on a Roll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03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 Fried Rice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04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Mac &amp; Cheese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05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&amp; Waffles with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06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Pizzas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07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Nachos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/Salsa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Cobb Salad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08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09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Plant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-b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ased Bolognese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5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Cobb Salad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10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w/Roll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Ham &amp; Cheese Calzone w/Honey Mustard Dip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Cobb Salad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11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Pizzas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Cobb Salad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eason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12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13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BBQ Pulled Pork Sandwich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/Cole Slaw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Calzone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Dip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 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14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French Toast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CNC Chicken Sausage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 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Tater Tots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arrot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Sticks</w:t>
                  </w:r>
                </w:p>
              </w:txbxContent>
            </v:textbox>
          </v:shape>
        </w:pict>
      </w:r>
      <w:r>
        <w:pict>
          <v:shape id="TB115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lant-based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Taco Salad w/Seasoned Rice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Calzone w/Dip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 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Stewed Black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16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Pizzas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 Turkey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17" type="#hgpTextboxType" style="position:absolute;left:0.35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Nugget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Dinner Roll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BBQ Sauce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 Salad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18" type="#hgpTextboxType" style="position:absolute;left:1.947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Sweet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Battered Mini Turkey Corn Dog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Calzone w/dip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 Salad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19" type="#hgpTextboxType" style="position:absolute;left:3.541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Pasta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Meatballs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/Marinara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Salad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20" type="#hgpTextboxType" style="position:absolute;left:5.14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Huli Huli Chicken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Pil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af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Calzone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/dip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 Salad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21" type="#hgpTextboxType" style="position:absolute;left:6.74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Pizzas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 Salad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Local Root Veg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22" type="#hgpTextboxType" style="position:absolute;left:0.35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 on a Roll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23" type="#hgpTextboxType" style="position:absolute;left:1.947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 Fried Rice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24" type="#hgpTextboxType" style="position:absolute;left:3.541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Mac &amp; Cheese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25" type="#hgpTextboxType" style="position:absolute;left:5.14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&amp; Waffles with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26" type="#hgpTextboxType" style="position:absolute;left:6.74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Pizzas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27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ELEMENTARY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128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Italian Meatball Sub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w/Parmesan Cheese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Cobb Salad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team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ed Peas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29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Nachos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Roasted Salsa Fresca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Ham &amp; Cheese Calzone w/Honey Mustard Dip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Cobb Salad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30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5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Cobb Salad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31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w/Roll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Ham &amp; Cheese Calzone w/Honey Mustard Dip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Cobb Salad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32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Pizzas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Cobb Salad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Hummus Bento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ucumber Salad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