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33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ELEMENTARY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134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with 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5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French Toast Sticks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6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7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Pocket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</w:t>
                  </w:r>
                </w:p>
              </w:txbxContent>
            </v:textbox>
          </v:shape>
        </w:pict>
      </w:r>
      <w:r>
        <w:pict>
          <v:shape id="TB138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9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with 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0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41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 (Kindergarten Starts)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2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Chorizo, Potato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3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CNC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Sausage &amp; Cheese Maple Flatbread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4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45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Spread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6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Wild Blueberry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7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OATrageous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Mango Overnight Oats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8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9" type="#hgpTextboxType" style="position:absolute;left:0.35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 (Pre-K Starts)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Wild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with 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0" type="#hgpTextboxType" style="position:absolute;left:1.947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Bacon, Egg, Potato &amp; Cheese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1" type="#hgpTextboxType" style="position:absolute;left:3.541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Flakey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Biscuit with Creamy Sausage Gravy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2" type="#hgpTextboxType" style="position:absolute;left:5.14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Raspberry Roll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3" type="#hgpTextboxType" style="position:absolute;left:6.74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CNC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Sausage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&amp; Cheese 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4" type="#hgpTextboxType" style="position:absolute;left:0.35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with 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5" type="#hgpTextboxType" style="position:absolute;left:1.947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French Toast Sticks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6" type="#hgpTextboxType" style="position:absolute;left:3.541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7" type="#hgpTextboxType" style="position:absolute;left:5.14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Pocket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</w:t>
                  </w:r>
                </w:p>
              </w:txbxContent>
            </v:textbox>
          </v:shape>
        </w:pict>
      </w:r>
      <w:r>
        <w:pict>
          <v:shape id="TB158" type="#hgpTextboxType" style="position:absolute;left:6.74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59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ELEMENTARY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160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with 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61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Pancakes with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62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with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63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Chorizo, Potato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64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CNC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Sausage &amp; Cheese Maple Flatbread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