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6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PRE-PLATE VEGETARIAN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67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68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69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70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71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72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73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Burger with Carrots &amp;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with Roll</w:t>
                  </w:r>
                </w:p>
              </w:txbxContent>
            </v:textbox>
          </v:shape>
        </w:pict>
      </w:r>
      <w:r>
        <w:pict>
          <v:shape id="TB174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with Pizza Dipping Sauce and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Baked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Beans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&amp; Celery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with Roll</w:t>
                  </w:r>
                </w:p>
              </w:txbxContent>
            </v:textbox>
          </v:shape>
        </w:pict>
      </w:r>
      <w:r>
        <w:pict>
          <v:shape id="TB175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Green Beans,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176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Green Beans,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177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Rice, Local Stewed Beans w/ Green Beans &amp;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178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with Steamed Carrots and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with Roll</w:t>
                  </w:r>
                </w:p>
              </w:txbxContent>
            </v:textbox>
          </v:shape>
        </w:pict>
      </w:r>
      <w:r>
        <w:pict>
          <v:shape id="TB179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Nachos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Fiesta Corn &amp;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Beans, Baby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180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81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  <w:r>
        <w:pict>
          <v:shape id="TB182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  <w:r>
        <w:pict>
          <v:shape id="TB183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Loaded Baked Potato, Cheese sauce, Broccoli and a Roll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184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Steamed Carrots &amp;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  <w:r>
        <w:pict>
          <v:shape id="TB185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86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Carrots &amp;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187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Pancakes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unbutter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Tater Tots,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Baby Carrots &amp;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Syrup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188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Pancakes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unbutter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Tater Tots,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Baby Carrots &amp;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Syrup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189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Rice, Local Stewed Beans w/ Green Beans &amp;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190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with Steamed Carrots and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with Roll</w:t>
                  </w:r>
                </w:p>
              </w:txbxContent>
            </v:textbox>
          </v:shape>
        </w:pict>
      </w:r>
      <w:r>
        <w:pict>
          <v:shape id="TB191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Nachos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Fiesta Corn &amp;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Beans, Baby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192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with Pizza Dipping Sauce and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Baked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Beans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&amp; Celery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</w:t>
                  </w:r>
                </w:p>
              </w:txbxContent>
            </v:textbox>
          </v:shape>
        </w:pict>
      </w:r>
      <w:r>
        <w:pict>
          <v:shape id="TB193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Creamy Penne Alfredo,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194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Creamy Penne Alfredo,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195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Loaded Baked Potato, Cheese sauce, Broccoli and a Roll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  <w:r>
        <w:pict>
          <v:shape id="TB196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Steamed Carrots &amp;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197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Burger with Carrots &amp;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with Roll</w:t>
                  </w:r>
                </w:p>
              </w:txbxContent>
            </v:textbox>
          </v:shape>
        </w:pict>
      </w:r>
      <w:r>
        <w:pict>
          <v:shape id="TB198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with Pizza Dipping Sauce and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Baked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Beans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&amp; Celery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with Roll</w:t>
                  </w:r>
                </w:p>
              </w:txbxContent>
            </v:textbox>
          </v:shape>
        </w:pict>
      </w:r>
      <w:r>
        <w:pict>
          <v:shape id="TB199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Green Beans,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200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Green Beans,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201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Rice, Local Stewed Beans w/Green Beans &amp;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</w:t>
                  </w:r>
                </w:p>
              </w:txbxContent>
            </v:textbox>
          </v:shape>
        </w:pict>
      </w:r>
      <w:r>
        <w:pict>
          <v:shape id="TB202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with Steamed Carrots and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Hummus Bento Box with Roll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203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04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PRE-PLATE VEGETARIAN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205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206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207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08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09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210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211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Nachos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Fiesta Corn &amp;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Beans, Baby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  <w:r>
        <w:pict>
          <v:shape id="TB212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Rice, Local Stewed Beans w/Green Beans &amp;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213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  <w:r>
        <w:pict>
          <v:shape id="TB214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  <w:r>
        <w:pict>
          <v:shape id="TB215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Loaded Baked Potato, Cheese sauce, Broccoli and a Roll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Broccoli, Carrots &amp; Dinner Roll</w:t>
                  </w:r>
                </w:p>
              </w:txbxContent>
            </v:textbox>
          </v:shape>
        </w:pict>
      </w:r>
      <w:r>
        <w:pict>
          <v:shape id="TB216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Steamed Carrots &amp;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Corn, Celery &amp; Dinner Roll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