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269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70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DROP-OFF PRE-PLATE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271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272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273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274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275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276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277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Cheeseburger w/Baked Beans, Tater Tots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Sandwich, Broccoli, Grape Tomatoes</w:t>
                  </w:r>
                </w:p>
              </w:txbxContent>
            </v:textbox>
          </v:shape>
        </w:pict>
      </w:r>
      <w:r>
        <w:pict>
          <v:shape id="TB278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Chicken, Veggie Fried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Rice, Broccoli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Caesar Salad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Roll, Carrot Sticks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&amp; Corn Salsa</w:t>
                  </w:r>
                </w:p>
              </w:txbxContent>
            </v:textbox>
          </v:shape>
        </w:pict>
      </w:r>
      <w:r>
        <w:pict>
          <v:shape id="TB279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Sandwich, Broccoli, Grape Tomatoes</w:t>
                  </w:r>
                </w:p>
              </w:txbxContent>
            </v:textbox>
          </v:shape>
        </w:pict>
      </w:r>
      <w:r>
        <w:pict>
          <v:shape id="TB280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Sandwich, Broccoli, Grape Tomatoes</w:t>
                  </w:r>
                </w:p>
              </w:txbxContent>
            </v:textbox>
          </v:shape>
        </w:pict>
      </w:r>
      <w:r>
        <w:pict>
          <v:shape id="TB281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&amp; Waffles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, Sweet Potato, Baked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Caesar Salad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Roll, Carrot Sticks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Corn Salsa</w:t>
                  </w:r>
                </w:p>
              </w:txbxContent>
            </v:textbox>
          </v:shape>
        </w:pict>
      </w:r>
      <w:r>
        <w:pict>
          <v:shape id="TB282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with Steamed Carrots and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Sandwich, Broccoli, Grape Tomatoes</w:t>
                  </w:r>
                </w:p>
              </w:txbxContent>
            </v:textbox>
          </v:shape>
        </w:pict>
      </w:r>
      <w:r>
        <w:pict>
          <v:shape id="TB283" type="#hgpTextboxType" style="position:absolute;left:0.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Nachos, Fiesta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Corn &amp; Black Bean Salsa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Baby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arrot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Sandwich with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Bean Salad &amp; Carrot Stick</w:t>
                  </w:r>
                </w:p>
              </w:txbxContent>
            </v:textbox>
          </v:shape>
        </w:pict>
      </w:r>
      <w:r>
        <w:pict>
          <v:shape id="TB284" type="#hgpTextboxType" style="position:absolute;left:1.68833333333333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285" type="#hgpTextboxType" style="position:absolute;left:3.0266666666666673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 Lazy Lasagna,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Sandwich with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Bean Salad &amp; Carrot Stick</w:t>
                  </w:r>
                </w:p>
              </w:txbxContent>
            </v:textbox>
          </v:shape>
        </w:pict>
      </w:r>
      <w:r>
        <w:pict>
          <v:shape id="TB286" type="#hgpTextboxType" style="position:absolute;left:4.36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 Lazy Lasagna,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Sandwich with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Bean Salad &amp; Carrot Stick</w:t>
                  </w:r>
                </w:p>
              </w:txbxContent>
            </v:textbox>
          </v:shape>
        </w:pict>
      </w:r>
      <w:r>
        <w:pict>
          <v:shape id="TB287" type="#hgpTextboxType" style="position:absolute;left:5.703333333333334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Cheddar Chicken Bowl, Mashed Potatoes,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Buffalo Chicken Salad w/Roll, Celery Sticks, Broccoli</w:t>
                  </w:r>
                </w:p>
              </w:txbxContent>
            </v:textbox>
          </v:shape>
        </w:pict>
      </w:r>
      <w:r>
        <w:pict>
          <v:shape id="TB288" type="#hgpTextboxType" style="position:absolute;left:7.041666666666668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Steamed Carrots &amp;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Sandwich with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Bean Salad &amp; Carrot Stick</w:t>
                  </w:r>
                </w:p>
              </w:txbxContent>
            </v:textbox>
          </v:shape>
        </w:pict>
      </w:r>
      <w:r>
        <w:pict>
          <v:shape id="TB289" type="#hgpTextboxType" style="position:absolute;left:0.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290" type="#hgpTextboxType" style="position:absolute;left:1.68833333333333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Patty Sandwich, Baked Beans,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Crispy Chicken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Salad with Roll, Celery &amp;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Corn Salsa</w:t>
                  </w:r>
                </w:p>
              </w:txbxContent>
            </v:textbox>
          </v:shape>
        </w:pict>
      </w:r>
      <w:r>
        <w:pict>
          <v:shape id="TB291" type="#hgpTextboxType" style="position:absolute;left:3.0266666666666673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Pancakes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, Sausage, Tater Tots,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Baby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Carrots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Syrup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Sandwich, Broccoli, Grape Tomatoes</w:t>
                  </w:r>
                </w:p>
              </w:txbxContent>
            </v:textbox>
          </v:shape>
        </w:pict>
      </w:r>
      <w:r>
        <w:pict>
          <v:shape id="TB292" type="#hgpTextboxType" style="position:absolute;left:4.36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Pancakes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, Sausage, Tater Tots,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Baby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Carrots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Syrup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Sandwich, Broccoli, Grape Tomatoes</w:t>
                  </w:r>
                </w:p>
              </w:txbxContent>
            </v:textbox>
          </v:shape>
        </w:pict>
      </w:r>
      <w:r>
        <w:pict>
          <v:shape id="TB293" type="#hgpTextboxType" style="position:absolute;left:5.703333333333334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Rice, Local Stewed Beans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w/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Green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eans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&amp;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Crispy Chicken Salad with Roll, Celery &amp; Corn Salsa</w:t>
                  </w:r>
                </w:p>
              </w:txbxContent>
            </v:textbox>
          </v:shape>
        </w:pict>
      </w:r>
      <w:r>
        <w:pict>
          <v:shape id="TB294" type="#hgpTextboxType" style="position:absolute;left:7.041666666666668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with Steamed Carrots and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Sandwich, Broccoli, Grape Tomatoes</w:t>
                  </w:r>
                </w:p>
              </w:txbxContent>
            </v:textbox>
          </v:shape>
        </w:pict>
      </w:r>
      <w:r>
        <w:pict>
          <v:shape id="TB295" type="#hgpTextboxType" style="position:absolute;left:0.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Nuggets with Potato Wedges, Baked Beans and a Roll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Sandwich with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Bean Salad &amp; Carrot Stick</w:t>
                  </w:r>
                </w:p>
              </w:txbxContent>
            </v:textbox>
          </v:shape>
        </w:pict>
      </w:r>
      <w:r>
        <w:pict>
          <v:shape id="TB296" type="#hgpTextboxType" style="position:absolute;left:1.68833333333333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Beef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Picadillo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,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Rice, Green beans,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Chef Salad with Roll, Celery &amp; Carrot Sticks</w:t>
                  </w:r>
                </w:p>
              </w:txbxContent>
            </v:textbox>
          </v:shape>
        </w:pict>
      </w:r>
      <w:r>
        <w:pict>
          <v:shape id="TB297" type="#hgpTextboxType" style="position:absolute;left:3.0266666666666673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Creamy Penne Alfredo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Sandwich with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Bean Salad &amp; Carrot Stick</w:t>
                  </w:r>
                </w:p>
              </w:txbxContent>
            </v:textbox>
          </v:shape>
        </w:pict>
      </w:r>
      <w:r>
        <w:pict>
          <v:shape id="TB298" type="#hgpTextboxType" style="position:absolute;left:4.36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Creamy Penne Alfredo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Sandwich with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Bean Salad &amp; Carrot Stick</w:t>
                  </w:r>
                </w:p>
              </w:txbxContent>
            </v:textbox>
          </v:shape>
        </w:pict>
      </w:r>
      <w:r>
        <w:pict>
          <v:shape id="TB299" type="#hgpTextboxType" style="position:absolute;left:5.703333333333334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Loaded Baked Potato, Cheese sauce, Broccoli and a Roll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Chef Salad with Roll, Celery &amp; Carrot Sticks</w:t>
                  </w:r>
                </w:p>
              </w:txbxContent>
            </v:textbox>
          </v:shape>
        </w:pict>
      </w:r>
      <w:r>
        <w:pict>
          <v:shape id="TB300" type="#hgpTextboxType" style="position:absolute;left:7.041666666666668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Steamed Carrots &amp;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Sandwich with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Bean Salad &amp; Carrot Stick</w:t>
                  </w:r>
                </w:p>
              </w:txbxContent>
            </v:textbox>
          </v:shape>
        </w:pict>
      </w:r>
      <w:r>
        <w:pict>
          <v:shape id="TB301" type="#hgpTextboxType" style="position:absolute;left:0.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Cheeseburger w/Baked Beans, Tater Tots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Sandwich, Broccoli, Grape Tomatoes</w:t>
                  </w:r>
                </w:p>
              </w:txbxContent>
            </v:textbox>
          </v:shape>
        </w:pict>
      </w:r>
      <w:r>
        <w:pict>
          <v:shape id="TB302" type="#hgpTextboxType" style="position:absolute;left:1.68833333333333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Chicken, Veggie Fried Rice,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Caesar Salad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Roll, Carrot Sticks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&amp; Corn Salsa</w:t>
                  </w:r>
                </w:p>
              </w:txbxContent>
            </v:textbox>
          </v:shape>
        </w:pict>
      </w:r>
      <w:r>
        <w:pict>
          <v:shape id="TB303" type="#hgpTextboxType" style="position:absolute;left:3.0266666666666673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Sandwich, Broccoli, Grape Tomatoes</w:t>
                  </w:r>
                </w:p>
              </w:txbxContent>
            </v:textbox>
          </v:shape>
        </w:pict>
      </w:r>
      <w:r>
        <w:pict>
          <v:shape id="TB304" type="#hgpTextboxType" style="position:absolute;left:4.36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Sandwich, Broccoli, Grape Tomatoes</w:t>
                  </w:r>
                </w:p>
              </w:txbxContent>
            </v:textbox>
          </v:shape>
        </w:pict>
      </w:r>
      <w:r>
        <w:pict>
          <v:shape id="TB305" type="#hgpTextboxType" style="position:absolute;left:5.703333333333334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&amp; Waffles, Sweet Potato, Baked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Caesar Salad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Roll, Carrot Sticks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Corn Salsa</w:t>
                  </w:r>
                </w:p>
              </w:txbxContent>
            </v:textbox>
          </v:shape>
        </w:pict>
      </w:r>
      <w:r>
        <w:pict>
          <v:shape id="TB306" type="#hgpTextboxType" style="position:absolute;left:7.041666666666668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with Steamed Carrots and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Sandwich, Broccoli, Grape Tomatoes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307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308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DROP-OFF PRE-PLATE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309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310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311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312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313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314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315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Nachos, Fiesta Corn &amp; Black Bean Salsa &amp; Celery Sticks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Turkey Ham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Sandwich with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Bean Salad &amp; Carrot Stick</w:t>
                  </w:r>
                </w:p>
              </w:txbxContent>
            </v:textbox>
          </v:shape>
        </w:pict>
      </w:r>
      <w:r>
        <w:pict>
          <v:shape id="TB316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Hawaiian Pineapple Chicken Bowl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with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Carrots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,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Buffalo Chicken Salad w/Roll, Celery Sticks, Broccoli</w:t>
                  </w:r>
                </w:p>
              </w:txbxContent>
            </v:textbox>
          </v:shape>
        </w:pict>
      </w:r>
      <w:r>
        <w:pict>
          <v:shape id="TB317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 Lazy Lasagna,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Sandwich with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Bean Salad &amp; Carrot Stick</w:t>
                  </w:r>
                </w:p>
              </w:txbxContent>
            </v:textbox>
          </v:shape>
        </w:pict>
      </w:r>
      <w:r>
        <w:pict>
          <v:shape id="TB318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 Lazy Lasagna, Broccoli,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Sandwich with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Bean Salad &amp; Carrot Stick</w:t>
                  </w:r>
                </w:p>
              </w:txbxContent>
            </v:textbox>
          </v:shape>
        </w:pict>
      </w:r>
      <w:r>
        <w:pict>
          <v:shape id="TB319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Cheddar Chicken Bowl, Mashed Potatoes,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Buffalo Chicken Salad w/Roll, Celery Sticks, Broccoli</w:t>
                  </w:r>
                </w:p>
              </w:txbxContent>
            </v:textbox>
          </v:shape>
        </w:pict>
      </w:r>
      <w:r>
        <w:pict>
          <v:shape id="TB320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Steamed Carrots &amp;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Sandwich with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Bean Salad &amp; Carrot Stick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