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21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1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PRE-PLATE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219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20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21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22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23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24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25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  <w:r>
        <w:pict>
          <v:shape id="TB226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27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28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29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Tenders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Sweet Potato,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and Broccoli</w:t>
                  </w:r>
                </w:p>
              </w:txbxContent>
            </v:textbox>
          </v:shape>
        </w:pict>
      </w:r>
      <w:r>
        <w:pict>
          <v:shape id="TB230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</w:p>
              </w:txbxContent>
            </v:textbox>
          </v:shape>
        </w:pict>
      </w:r>
      <w:r>
        <w:pict>
          <v:shape id="TB231" type="#hgpTextboxType" style="position:absolute;left:0.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Tenders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Sweet Potato,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and Broccoli</w:t>
                  </w:r>
                </w:p>
              </w:txbxContent>
            </v:textbox>
          </v:shape>
        </w:pict>
      </w:r>
      <w:r>
        <w:pict>
          <v:shape id="TB232" type="#hgpTextboxType" style="position:absolute;left:1.688333333333333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33" type="#hgpTextboxType" style="position:absolute;left:3.0266666666666673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34" type="#hgpTextboxType" style="position:absolute;left:4.365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35" type="#hgpTextboxType" style="position:absolute;left:5.703333333333334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Pulled Chicken Sandwich, Green Beans and Home Fries</w:t>
                  </w:r>
                </w:p>
              </w:txbxContent>
            </v:textbox>
          </v:shape>
        </w:pict>
      </w:r>
      <w:r>
        <w:pict>
          <v:shape id="TB236" type="#hgpTextboxType" style="position:absolute;left:7.041666666666668in;top:3.3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  <w:r>
        <w:pict>
          <v:shape id="TB237" type="#hgpTextboxType" style="position:absolute;left:0.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238" type="#hgpTextboxType" style="position:absolute;left:1.688333333333333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  <w:r>
        <w:pict>
          <v:shape id="TB239" type="#hgpTextboxType" style="position:absolute;left:3.0266666666666673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40" type="#hgpTextboxType" style="position:absolute;left:4.365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41" type="#hgpTextboxType" style="position:absolute;left:5.703333333333334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Tenders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Sweet Potato,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and Broccoli</w:t>
                  </w:r>
                </w:p>
              </w:txbxContent>
            </v:textbox>
          </v:shape>
        </w:pict>
      </w:r>
      <w:r>
        <w:pict>
          <v:shape id="TB242" type="#hgpTextboxType" style="position:absolute;left:7.041666666666668in;top:5.1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43" type="#hgpTextboxType" style="position:absolute;left:0.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44" type="#hgpTextboxType" style="position:absolute;left:1.688333333333333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  <w:r>
        <w:pict>
          <v:shape id="TB245" type="#hgpTextboxType" style="position:absolute;left:3.0266666666666673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46" type="#hgpTextboxType" style="position:absolute;left:4.365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47" type="#hgpTextboxType" style="position:absolute;left:5.703333333333334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</w:p>
              </w:txbxContent>
            </v:textbox>
          </v:shape>
        </w:pict>
      </w:r>
      <w:r>
        <w:pict>
          <v:shape id="TB248" type="#hgpTextboxType" style="position:absolute;left:7.041666666666668in;top:6.9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Pulled Chicken Sandwich, Green Beans and Home Fries</w:t>
                  </w:r>
                </w:p>
              </w:txbxContent>
            </v:textbox>
          </v:shape>
        </w:pict>
      </w:r>
      <w:r>
        <w:pict>
          <v:shape id="TB249" type="#hgpTextboxType" style="position:absolute;left:0.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  <w:r>
        <w:pict>
          <v:shape id="TB250" type="#hgpTextboxType" style="position:absolute;left:1.688333333333333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51" type="#hgpTextboxType" style="position:absolute;left:3.0266666666666673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52" type="#hgpTextboxType" style="position:absolute;left:4.365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Rice, Corn &amp;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Green Beans</w:t>
                  </w:r>
                </w:p>
              </w:txbxContent>
            </v:textbox>
          </v:shape>
        </w:pict>
      </w:r>
      <w:r>
        <w:pict>
          <v:shape id="TB253" type="#hgpTextboxType" style="position:absolute;left:5.703333333333334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Tenders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Sweet Potato,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and Broccoli</w:t>
                  </w:r>
                </w:p>
              </w:txbxContent>
            </v:textbox>
          </v:shape>
        </w:pict>
      </w:r>
      <w:r>
        <w:pict>
          <v:shape id="TB254" type="#hgpTextboxType" style="position:absolute;left:7.041666666666668in;top:8.784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25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5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ALLERGY-FREE PRE-PLATE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257" type="#hgpTextboxType" style="position:absolute;left:0.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258" type="#hgpTextboxType" style="position:absolute;left:1.688333333333333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259" type="#hgpTextboxType" style="position:absolute;left:3.0266666666666673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60" type="#hgpTextboxType" style="position:absolute;left:4.365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261" type="#hgpTextboxType" style="position:absolute;left:5.703333333333334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262" type="#hgpTextboxType" style="position:absolute;left:7.041666666666668in;top:1.3in;width:1.278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2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263" type="#hgpTextboxType" style="position:absolute;left:0.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Tenders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Rice, Sweet Potato,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and Broccoli</w:t>
                  </w:r>
                </w:p>
              </w:txbxContent>
            </v:textbox>
          </v:shape>
        </w:pict>
      </w:r>
      <w:r>
        <w:pict>
          <v:shape id="TB264" type="#hgpTextboxType" style="position:absolute;left:1.688333333333333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GF Pasta &amp; Meat Sauce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with Carrots and Broccoli </w:t>
                  </w:r>
                </w:p>
              </w:txbxContent>
            </v:textbox>
          </v:shape>
        </w:pict>
      </w:r>
      <w:r>
        <w:pict>
          <v:shape id="TB265" type="#hgpTextboxType" style="position:absolute;left:3.0266666666666673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66" type="#hgpTextboxType" style="position:absolute;left:4.365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Ground Beef Nachos with Seasoned Black Beans &amp; Baby Carrots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267" type="#hgpTextboxType" style="position:absolute;left:5.703333333333334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BBQ Pulled Chicken Sandwich, Green Beans and Home Fries</w:t>
                  </w:r>
                </w:p>
              </w:txbxContent>
            </v:textbox>
          </v:shape>
        </w:pict>
      </w:r>
      <w:r>
        <w:pict>
          <v:shape id="TB268" type="#hgpTextboxType" style="position:absolute;left:7.041666666666668in;top:1.575in;width:1.2783333333333335in;height:1.7167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AF Chicken Fajitas with Baked Beans &amp; Corn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