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373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374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DAYCARE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375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376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377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378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379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380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381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 on a Bun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</w:txbxContent>
            </v:textbox>
          </v:shape>
        </w:pict>
      </w:r>
      <w:r>
        <w:pict>
          <v:shape id="TB382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General Tso’s Chicken w/Veggie Fried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383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384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385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Stuffed Cheesy Bread w/Marinara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Sweet Potatoes</w:t>
                  </w:r>
                </w:p>
              </w:txbxContent>
            </v:textbox>
          </v:shape>
        </w:pict>
      </w:r>
      <w:r>
        <w:pict>
          <v:shape id="TB386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  <w:r>
        <w:pict>
          <v:shape id="TB387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388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389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</w:txbxContent>
            </v:textbox>
          </v:shape>
        </w:pict>
      </w:r>
      <w:r>
        <w:pict>
          <v:shape id="TB390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</w:txbxContent>
            </v:textbox>
          </v:shape>
        </w:pict>
      </w:r>
      <w:r>
        <w:pict>
          <v:shape id="TB391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Potatoes</w:t>
                  </w:r>
                </w:p>
              </w:txbxContent>
            </v:textbox>
          </v:shape>
        </w:pict>
      </w:r>
      <w:r>
        <w:pict>
          <v:shape id="TB392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  <w:r>
        <w:pict>
          <v:shape id="TB393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394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</w:txbxContent>
            </v:textbox>
          </v:shape>
        </w:pict>
      </w:r>
      <w:r>
        <w:pict>
          <v:shape id="TB395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Breakfast for Lunch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w/French Toast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Tater Tots</w:t>
                  </w:r>
                </w:p>
              </w:txbxContent>
            </v:textbox>
          </v:shape>
        </w:pict>
      </w:r>
      <w:r>
        <w:pict>
          <v:shape id="TB396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Breakfast for Lunch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w/French Toast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Tater Tots</w:t>
                  </w:r>
                </w:p>
              </w:txbxContent>
            </v:textbox>
          </v:shape>
        </w:pict>
      </w:r>
      <w:r>
        <w:pict>
          <v:shape id="TB397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 Taco Crumbles w/Seasoned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Stewed Black Beans </w:t>
                  </w:r>
                </w:p>
              </w:txbxContent>
            </v:textbox>
          </v:shape>
        </w:pict>
      </w:r>
      <w:r>
        <w:pict>
          <v:shape id="TB398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399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Nuggets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 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</w:txbxContent>
            </v:textbox>
          </v:shape>
        </w:pict>
      </w:r>
      <w:r>
        <w:pict>
          <v:shape id="TB400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Vegetarian Baked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Bean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</w:t>
                  </w:r>
                </w:p>
              </w:txbxContent>
            </v:textbox>
          </v:shape>
        </w:pict>
      </w:r>
      <w:r>
        <w:pict>
          <v:shape id="TB401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Pasta &amp; Meatballs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402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Pasta &amp; Meatballs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403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Huli Huli Chicken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Pilaf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  <w:r>
        <w:pict>
          <v:shape id="TB404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Local Veg</w:t>
                  </w:r>
                </w:p>
              </w:txbxContent>
            </v:textbox>
          </v:shape>
        </w:pict>
      </w:r>
      <w:r>
        <w:pict>
          <v:shape id="TB405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 on a Bun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</w:txbxContent>
            </v:textbox>
          </v:shape>
        </w:pict>
      </w:r>
      <w:r>
        <w:pict>
          <v:shape id="TB406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General Tso’s Chicken w/Veggie Fried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407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408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409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Stuffed Cheesy Bread w/Marinara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Sweet Potatoes</w:t>
                  </w:r>
                </w:p>
              </w:txbxContent>
            </v:textbox>
          </v:shape>
        </w:pict>
      </w:r>
      <w:r>
        <w:pict>
          <v:shape id="TB410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41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41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DAYCARE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413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414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415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16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17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418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419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Italian Meatball Sub w/Parmesan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420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421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</w:txbxContent>
            </v:textbox>
          </v:shape>
        </w:pict>
      </w:r>
      <w:r>
        <w:pict>
          <v:shape id="TB422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</w:txbxContent>
            </v:textbox>
          </v:shape>
        </w:pict>
      </w:r>
      <w:r>
        <w:pict>
          <v:shape id="TB423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Potatoes</w:t>
                  </w:r>
                </w:p>
              </w:txbxContent>
            </v:textbox>
          </v:shape>
        </w:pict>
      </w:r>
      <w:r>
        <w:pict>
          <v:shape id="TB424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