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425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426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DAYCARE COLD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427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428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429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430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431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432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433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34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35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Danimals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Yogurt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Cinnamon Goldfish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36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Danimals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Yogurt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Cinnamon Goldfish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37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Spread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38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Belvita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Breakfast Biscuit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39" type="#hgpTextboxType" style="position:absolute;left:0.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Pumpkin Streusel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40" type="#hgpTextboxType" style="position:absolute;left:1.68833333333333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441" type="#hgpTextboxType" style="position:absolute;left:3.0266666666666673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 </w:t>
                  </w:r>
                </w:p>
              </w:txbxContent>
            </v:textbox>
          </v:shape>
        </w:pict>
      </w:r>
      <w:r>
        <w:pict>
          <v:shape id="TB442" type="#hgpTextboxType" style="position:absolute;left:4.36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 </w:t>
                  </w:r>
                </w:p>
              </w:txbxContent>
            </v:textbox>
          </v:shape>
        </w:pict>
      </w:r>
      <w:r>
        <w:pict>
          <v:shape id="TB443" type="#hgpTextboxType" style="position:absolute;left:5.703333333333334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44" type="#hgpTextboxType" style="position:absolute;left:7.041666666666668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Belvita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Breakfast Biscuit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45" type="#hgpTextboxType" style="position:absolute;left:0.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446" type="#hgpTextboxType" style="position:absolute;left:1.68833333333333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Spread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47" type="#hgpTextboxType" style="position:absolute;left:3.0266666666666673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Danimals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Yogurt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Cinnamon Goldfish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 </w:t>
                  </w:r>
                </w:p>
              </w:txbxContent>
            </v:textbox>
          </v:shape>
        </w:pict>
      </w:r>
      <w:r>
        <w:pict>
          <v:shape id="TB448" type="#hgpTextboxType" style="position:absolute;left:4.36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Danimals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Yogurt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Cinnamon Goldfish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 </w:t>
                  </w:r>
                </w:p>
              </w:txbxContent>
            </v:textbox>
          </v:shape>
        </w:pict>
      </w:r>
      <w:r>
        <w:pict>
          <v:shape id="TB449" type="#hgpTextboxType" style="position:absolute;left:5.703333333333334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 </w:t>
                  </w:r>
                </w:p>
              </w:txbxContent>
            </v:textbox>
          </v:shape>
        </w:pict>
      </w:r>
      <w:r>
        <w:pict>
          <v:shape id="TB450" type="#hgpTextboxType" style="position:absolute;left:7.041666666666668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Belvita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Breakfast Biscuit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51" type="#hgpTextboxType" style="position:absolute;left:0.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Wild Blueberry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52" type="#hgpTextboxType" style="position:absolute;left:1.68833333333333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 </w:t>
                  </w:r>
                </w:p>
              </w:txbxContent>
            </v:textbox>
          </v:shape>
        </w:pict>
      </w:r>
      <w:r>
        <w:pict>
          <v:shape id="TB453" type="#hgpTextboxType" style="position:absolute;left:3.0266666666666673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Spread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54" type="#hgpTextboxType" style="position:absolute;left:4.36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Spread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55" type="#hgpTextboxType" style="position:absolute;left:5.703333333333334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Doughnut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56" type="#hgpTextboxType" style="position:absolute;left:7.041666666666668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Belvita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Blueberry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Breakfast Biscuit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57" type="#hgpTextboxType" style="position:absolute;left:0.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58" type="#hgpTextboxType" style="position:absolute;left:1.68833333333333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Spread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59" type="#hgpTextboxType" style="position:absolute;left:3.0266666666666673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Danimals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Yogurt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Cinnamon Goldfish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 </w:t>
                  </w:r>
                </w:p>
              </w:txbxContent>
            </v:textbox>
          </v:shape>
        </w:pict>
      </w:r>
      <w:r>
        <w:pict>
          <v:shape id="TB460" type="#hgpTextboxType" style="position:absolute;left:4.36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Danimals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Yogurt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with Cinnamon Goldfish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 </w:t>
                  </w:r>
                </w:p>
              </w:txbxContent>
            </v:textbox>
          </v:shape>
        </w:pict>
      </w:r>
      <w:r>
        <w:pict>
          <v:shape id="TB461" type="#hgpTextboxType" style="position:absolute;left:5.703333333333334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62" type="#hgpTextboxType" style="position:absolute;left:7.041666666666668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Blueberry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Belvita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Breakfast Biscuit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463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464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DAYCARE COLD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465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466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467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468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469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470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471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Pumpkin Streusel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72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73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Spread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74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Spread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75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Muffin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9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Assorted Cereal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476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Belvita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Blueberry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Breakfast Biscuit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i/>
                      <w:sz w:val="17"/>
                      <w:color w:val="E4780C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Assorted Cereal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