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477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478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COLD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479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480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481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482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483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484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485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86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Spiced Apple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87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Yogurt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88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Yogurt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89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Spiced Apple Pocket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Scooby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nacks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90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Belvita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91" type="#hgpTextboxType" style="position:absolute;left:0.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92" type="#hgpTextboxType" style="position:absolute;left:1.68833333333333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493" type="#hgpTextboxType" style="position:absolute;left:3.0266666666666673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Mini Cinnamon Rolls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94" type="#hgpTextboxType" style="position:absolute;left:4.36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Mini Cinnamon Rolls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95" type="#hgpTextboxType" style="position:absolute;left:5.703333333333334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Nutri-Grain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Bar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Scooby Snacks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96" type="#hgpTextboxType" style="position:absolute;left:7.041666666666668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Belvita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97" type="#hgpTextboxType" style="position:absolute;left:0.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498" type="#hgpTextboxType" style="position:absolute;left:1.68833333333333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Spread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99" type="#hgpTextboxType" style="position:absolute;left:3.0266666666666673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Wild Blueberry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00" type="#hgpTextboxType" style="position:absolute;left:4.36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Wild Blueberry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01" type="#hgpTextboxType" style="position:absolute;left:5.703333333333334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OATrageous Mango Overnight Oats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Scooby Snacks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02" type="#hgpTextboxType" style="position:absolute;left:7.041666666666668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Belvita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03" type="#hgpTextboxType" style="position:absolute;left:0.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Wild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04" type="#hgpTextboxType" style="position:absolute;left:1.68833333333333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Nutri-Grain Bar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05" type="#hgpTextboxType" style="position:absolute;left:3.0266666666666673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Strudel Pastry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06" type="#hgpTextboxType" style="position:absolute;left:4.36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Strudel Pastry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07" type="#hgpTextboxType" style="position:absolute;left:5.703333333333334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Raspberry Roll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Scooby Snacks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08" type="#hgpTextboxType" style="position:absolute;left:7.041666666666668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Belvita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09" type="#hgpTextboxType" style="position:absolute;left:0.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Spiced Apple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10" type="#hgpTextboxType" style="position:absolute;left:1.68833333333333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Spread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11" type="#hgpTextboxType" style="position:absolute;left:3.0266666666666673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Yogurt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12" type="#hgpTextboxType" style="position:absolute;left:4.36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Yogurt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13" type="#hgpTextboxType" style="position:absolute;left:5.703333333333334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Spiced Apple Pocket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Scooby Snacks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14" type="#hgpTextboxType" style="position:absolute;left:7.041666666666668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Belvita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515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516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COLD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517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518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519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520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521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522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523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24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Strudel Pastry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25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Mini Cinnamon Rolls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26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Mini Cinnamon Rolls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27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Nutri-Grain Bar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Scooby Snacks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528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Belvita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