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full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101" type="#hgpTextboxType" style="position:absolute;left:1.893in;top:0.121in;width:5.399in;height:0.774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ALLERGY-FREE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August-September 2026</w:t>
                  </w:r>
                </w:p>
              </w:txbxContent>
            </v:textbox>
          </v:shape>
        </w:pict>
      </w:r>
      <w:r>
        <w:pict>
          <v:shape id="TB102" type="#hgpTextboxType" style="position:absolute;left:0.35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Chicken Salad Sandwich on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Steamed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03" type="#hgpTextboxType" style="position:absolute;left:1.947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Roll-Up on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GF Tortilla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04" type="#hgpTextboxType" style="position:absolute;left:3.541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GF Pasta &amp; Meat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05" type="#hgpTextboxType" style="position:absolute;left:5.14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BBQ Chicken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Rice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Steamed C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Chilled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Co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rn</w:t>
                  </w:r>
                </w:p>
              </w:txbxContent>
            </v:textbox>
          </v:shape>
        </w:pict>
      </w:r>
      <w:r>
        <w:pict>
          <v:shape id="TB106" type="#hgpTextboxType" style="position:absolute;left:6.74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Plant-based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Nachos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Steamed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07" type="#hgpTextboxType" style="position:absolute;left:0.352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8/31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Roll-Up on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GF Tortilla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08" type="#hgpTextboxType" style="position:absolute;left:1.947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109" type="#hgpTextboxType" style="position:absolute;left:3.541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GF Pasta &amp; Meat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arrot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Sticks</w:t>
                  </w:r>
                </w:p>
              </w:txbxContent>
            </v:textbox>
          </v:shape>
        </w:pict>
      </w:r>
      <w:r>
        <w:pict>
          <v:shape id="TB110" type="#hgpTextboxType" style="position:absolute;left:5.142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Plant-based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Nachos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Steamed C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11" type="#hgpTextboxType" style="position:absolute;left:6.74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Salsa Chicken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Rice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12" type="#hgpTextboxType" style="position:absolute;left:0.352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9/7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113" type="#hgpTextboxType" style="position:absolute;left:1.947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Plant-based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Nachos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Steamed C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14" type="#hgpTextboxType" style="position:absolute;left:3.541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Roll-Up on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GF Tortilla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Steamed C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arrot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Sticks</w:t>
                  </w:r>
                </w:p>
              </w:txbxContent>
            </v:textbox>
          </v:shape>
        </w:pict>
      </w:r>
      <w:r>
        <w:pict>
          <v:shape id="TB115" type="#hgpTextboxType" style="position:absolute;left:5.142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BBQ Chicken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Rice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Black Bean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16" type="#hgpTextboxType" style="position:absolute;left:6.74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GF Pasta &amp; Meat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17" type="#hgpTextboxType" style="position:absolute;left:0.352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Chicken Salad Sandwich on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Steamed C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18" type="#hgpTextboxType" style="position:absolute;left:1.947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BBQ Chicken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Rice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Veg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gie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Baked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19" type="#hgpTextboxType" style="position:absolute;left:3.541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GF Pasta &amp; Meat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20" type="#hgpTextboxType" style="position:absolute;left:5.142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Plant-based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Nachos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Chilled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Co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rn</w:t>
                  </w:r>
                </w:p>
              </w:txbxContent>
            </v:textbox>
          </v:shape>
        </w:pict>
      </w:r>
      <w:r>
        <w:pict>
          <v:shape id="TB121" type="#hgpTextboxType" style="position:absolute;left:6.74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Roll-Up on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GF Tortilla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Local Root Veg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22" type="#hgpTextboxType" style="position:absolute;left:0.352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Chicken Salad Sandwich on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Steamed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23" type="#hgpTextboxType" style="position:absolute;left:1.947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Salsa Chicken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Rice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24" type="#hgpTextboxType" style="position:absolute;left:3.541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GF Pasta &amp; Meat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25" type="#hgpTextboxType" style="position:absolute;left:5.142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BBQ Chicken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Rice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Steamed C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Chilled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Co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rn</w:t>
                  </w:r>
                </w:p>
              </w:txbxContent>
            </v:textbox>
          </v:shape>
        </w:pict>
      </w:r>
      <w:r>
        <w:pict>
          <v:shape id="TB126" type="#hgpTextboxType" style="position:absolute;left:6.74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Plant-based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Nachos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Steamed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full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27" type="#hgpTextboxType" style="position:absolute;left:1.893in;top:0.121in;width:5.399in;height:0.774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ALLERGY-FREE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September-October 2026</w:t>
                  </w:r>
                </w:p>
              </w:txbxContent>
            </v:textbox>
          </v:shape>
        </w:pict>
      </w:r>
      <w:r>
        <w:pict>
          <v:shape id="TB128" type="#hgpTextboxType" style="position:absolute;left:0.35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Roll-Up on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GF Tortilla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arrot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Sticks</w:t>
                  </w:r>
                </w:p>
              </w:txbxContent>
            </v:textbox>
          </v:shape>
        </w:pict>
      </w:r>
      <w:r>
        <w:pict>
          <v:shape id="TB129" type="#hgpTextboxType" style="position:absolute;left:1.947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Plant-based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Nachos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30" type="#hgpTextboxType" style="position:absolute;left:3.541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GF Pasta &amp; Meat Sauce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arrot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Sticks</w:t>
                  </w:r>
                </w:p>
              </w:txbxContent>
            </v:textbox>
          </v:shape>
        </w:pict>
      </w:r>
      <w:r>
        <w:pict>
          <v:shape id="TB131" type="#hgpTextboxType" style="position:absolute;left:5.14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Chicken Salad Sandwich on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Steamed C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32" type="#hgpTextboxType" style="position:absolute;left:6.74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BBQ Chicken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Rice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Celery Sticks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