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33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ALLERGY-FREE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134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35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 GF English Muffin with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36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37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38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39" type="#hgpTextboxType" style="position:absolute;left:0.35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 GF English Muffin with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40" type="#hgpTextboxType" style="position:absolute;left:1.947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41" type="#hgpTextboxType" style="position:absolute;left:3.541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42" type="#hgpTextboxType" style="position:absolute;left:5.14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43" type="#hgpTextboxType" style="position:absolute;left:6.74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44" type="#hgpTextboxType" style="position:absolute;left:0.35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45" type="#hgpTextboxType" style="position:absolute;left:1.947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 GF English Muffin with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46" type="#hgpTextboxType" style="position:absolute;left:3.541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47" type="#hgpTextboxType" style="position:absolute;left:5.14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48" type="#hgpTextboxType" style="position:absolute;left:6.74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49" type="#hgpTextboxType" style="position:absolute;left:0.35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50" type="#hgpTextboxType" style="position:absolute;left:1.947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51" type="#hgpTextboxType" style="position:absolute;left:3.541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 GF English Muffin with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52" type="#hgpTextboxType" style="position:absolute;left:5.14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53" type="#hgpTextboxType" style="position:absolute;left:6.74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54" type="#hgpTextboxType" style="position:absolute;left:0.35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55" type="#hgpTextboxType" style="position:absolute;left:1.947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56" type="#hgpTextboxType" style="position:absolute;left:3.541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57" type="#hgpTextboxType" style="position:absolute;left:5.14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 GF English Muffin with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58" type="#hgpTextboxType" style="position:absolute;left:6.74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59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ALLERGY-FREE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160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61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62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63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Assorted Cereal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 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and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  <w:r>
        <w:pict>
          <v:shape id="TB164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 GF English Muffin with Jelly or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Sunbutter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