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7132320" cy="9220932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edicare_event_review_day_flye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9220932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