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dicare_review_preparation_guid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