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7132320" cy="922093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rgent_healthcare_review_notification_fly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2093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