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7132320" cy="922093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your_2027_review_complete_fly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22093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504" w:right="504" w:bottom="504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